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Gay adult performer reports alleged assault outside San Francisco bar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Gay adult performer Alfonso Osnaya says he was knocked unconscious outside Beaux in San Francisco’s Castro District after a confrontation over his work, drawing fresh attention to stigma faced by sex workers in LGBTQ+ spaces.</w:t>
      </w:r>
      <w:r/>
    </w:p>
    <w:p>
      <w:pPr>
        <w:pStyle w:val="Heading2"/>
      </w:pPr>
      <w:r>
        <w:t>Essential Takeaways</w:t>
      </w:r>
      <w:r/>
      <w:r/>
    </w:p>
    <w:p>
      <w:pPr>
        <w:pStyle w:val="ListBullet"/>
        <w:spacing w:line="240" w:lineRule="auto"/>
        <w:ind w:left="720"/>
      </w:pPr>
      <w:r/>
      <w:r>
        <w:rPr>
          <w:b/>
        </w:rPr>
        <w:t>What happened:</w:t>
      </w:r>
      <w:r>
        <w:t xml:space="preserve"> Osnaya says a confrontation began inside Beaux before continuing outside.</w:t>
      </w:r>
      <w:r/>
    </w:p>
    <w:p>
      <w:pPr>
        <w:pStyle w:val="ListBullet"/>
        <w:spacing w:line="240" w:lineRule="auto"/>
        <w:ind w:left="720"/>
      </w:pPr>
      <w:r/>
      <w:r>
        <w:rPr>
          <w:b/>
        </w:rPr>
        <w:t>Reported injury:</w:t>
      </w:r>
      <w:r>
        <w:t xml:space="preserve"> He shared a photograph showing a cut above his right eyebrow.</w:t>
      </w:r>
      <w:r/>
    </w:p>
    <w:p>
      <w:pPr>
        <w:pStyle w:val="ListBullet"/>
        <w:spacing w:line="240" w:lineRule="auto"/>
        <w:ind w:left="720"/>
      </w:pPr>
      <w:r/>
      <w:r>
        <w:rPr>
          <w:b/>
        </w:rPr>
        <w:t>His account:</w:t>
      </w:r>
      <w:r>
        <w:t xml:space="preserve"> He says the group mocked his adult-industry career and was looking for a fight.</w:t>
      </w:r>
      <w:r/>
    </w:p>
    <w:p>
      <w:pPr>
        <w:pStyle w:val="ListBullet"/>
        <w:spacing w:line="240" w:lineRule="auto"/>
        <w:ind w:left="720"/>
      </w:pPr>
      <w:r/>
      <w:r>
        <w:rPr>
          <w:b/>
        </w:rPr>
        <w:t>Police status:</w:t>
      </w:r>
      <w:r>
        <w:t xml:space="preserve"> The current state of any investigation hasn't been publicly confirmed.</w:t>
      </w:r>
      <w:r/>
    </w:p>
    <w:p>
      <w:pPr>
        <w:pStyle w:val="ListBullet"/>
        <w:spacing w:line="240" w:lineRule="auto"/>
        <w:ind w:left="720"/>
      </w:pPr>
      <w:r/>
      <w:r>
        <w:rPr>
          <w:b/>
        </w:rPr>
        <w:t>Wider issue:</w:t>
      </w:r>
      <w:r>
        <w:t xml:space="preserve"> The incident has renewed discussion about sex-worker stigma within queer communities.</w:t>
      </w:r>
      <w:r/>
      <w:r/>
    </w:p>
    <w:p>
      <w:pPr>
        <w:pStyle w:val="Heading2"/>
      </w:pPr>
      <w:r>
        <w:t>A night out turned frightening</w:t>
      </w:r>
      <w:r/>
    </w:p>
    <w:p>
      <w:r/>
      <w:r>
        <w:t>The strongest detail in Alfonso Osnaya’s account is also the simplest: he says he was suddenly unconscious outside a familiar LGBTQ+ venue. The adult performer told Out that a dispute began inside Beaux, a bar in San Francisco’s Castro District, before the men confronted him after he left.</w:t>
      </w:r>
      <w:r/>
    </w:p>
    <w:p>
      <w:r/>
      <w:r>
        <w:t>Osnaya said staff and bystanders helped him while paramedics and police attended. He later posted an image showing a cut above his right eyebrow, a stark reminder that arguments which begin as verbal need only seconds to become dangerous. Reports from SFist and The Pink Times also described the alleged assault as taking place after he left the bar.</w:t>
      </w:r>
      <w:r/>
    </w:p>
    <w:p>
      <w:pPr>
        <w:pStyle w:val="Heading2"/>
      </w:pPr>
      <w:r>
        <w:t>Osnaya says his career was used against him</w:t>
      </w:r>
      <w:r/>
    </w:p>
    <w:p>
      <w:r/>
      <w:r>
        <w:t>According to Out, Osnaya said the men referred to his work in gay adult entertainment and appeared to know who he was. He began working in the industry in 2021 and has since appeared for several studios, including Falcon, Trailer Trash Boys, SayUncle, Carnal and Lucas Entertainment.</w:t>
      </w:r>
      <w:r/>
    </w:p>
    <w:p>
      <w:r/>
      <w:r>
        <w:t>He also acknowledged that he should have disengaged, saying the group was provoking him and appeared intent on starting a fight. That reflection doesn't shift responsibility for an alleged attack, but it does underline how quickly a hostile exchange can spiral, particularly when someone is isolated outside a venue.</w:t>
      </w:r>
      <w:r/>
    </w:p>
    <w:p>
      <w:r/>
      <w:r>
        <w:t>Gay Express and Attitude reported similar details about Osnaya’s account, including his description of being attacked after leaving the Castro bar. As with any allegation, the full circumstances remain subject to investigation and verification.</w:t>
      </w:r>
      <w:r/>
    </w:p>
    <w:p>
      <w:pPr>
        <w:pStyle w:val="Heading2"/>
      </w:pPr>
      <w:r>
        <w:t>The uncomfortable stigma inside queer spaces</w:t>
      </w:r>
      <w:r/>
    </w:p>
    <w:p>
      <w:r/>
      <w:r>
        <w:t>The incident has prompted a broader conversation about the uneasy place adult performers can occupy even within LGBTQ+ nightlife. Queer venues may offer safety and belonging, yet performers and sex workers can still encounter assumptions that they're immoral, promiscuous or somehow less deserving of respect.</w:t>
      </w:r>
      <w:r/>
    </w:p>
    <w:p>
      <w:r/>
      <w:r>
        <w:t>That contradiction matters. A person can be celebrated as part of a community in one setting and judged for their work in another, sometimes within the same night. Mundo Mais and The Pink Times both framed the story around that tension, highlighting the persistent prejudice adult performers can face.</w:t>
      </w:r>
      <w:r/>
    </w:p>
    <w:p>
      <w:r/>
      <w:r>
        <w:t>It’s also a useful reminder that LGBTQ+ spaces aren't automatically free from every form of discrimination. Community solidarity has to include people whose jobs, public profiles or relationships to sexuality make others uncomfortable.</w:t>
      </w:r>
      <w:r/>
    </w:p>
    <w:p>
      <w:pPr>
        <w:pStyle w:val="Heading2"/>
      </w:pPr>
      <w:r>
        <w:t>What remains unclear about the alleged attack?</w:t>
      </w:r>
      <w:r/>
    </w:p>
    <w:p>
      <w:r/>
      <w:r>
        <w:t>The reported assault took place on September 17, but public information about a police investigation remains limited. No confirmed account has established whether arrests were made, whether charges followed or whether authorities formally classified the incident as a hate crime.</w:t>
      </w:r>
      <w:r/>
    </w:p>
    <w:p>
      <w:r/>
      <w:r>
        <w:t>That uncertainty is important. Online discussion can move faster than verified evidence, especially when a well-known performer shares an account on social media. Readers should distinguish between Osnaya’s reported experience, media coverage of his comments and facts confirmed by law enforcement.</w:t>
      </w:r>
      <w:r/>
    </w:p>
    <w:p>
      <w:r/>
      <w:r>
        <w:t>For anyone caught in a similar confrontation, the practical advice is unglamorous but useful: leave the scene, stay near staff or other people, call emergency services if violence occurs and preserve photographs or messages that may help investigators. Pride, anger and the urge to answer back can all wait until you're safe.</w:t>
      </w:r>
      <w:r/>
    </w:p>
    <w:p>
      <w:pPr>
        <w:pStyle w:val="Heading2"/>
      </w:pPr>
      <w:r>
        <w:t>Why the story has struck a nerve</w:t>
      </w:r>
      <w:r/>
    </w:p>
    <w:p>
      <w:r/>
      <w:r>
        <w:t>Osnaya’s account has travelled because it combines a familiar nightlife scenario with a particularly pointed form of shaming. He wasn't describing a random disagreement alone; he said his profession was used to target him, which has resonated with performers and supporters who recognise the pattern.</w:t>
      </w:r>
      <w:r/>
    </w:p>
    <w:p>
      <w:r/>
      <w:r>
        <w:t>The Castro has long carried powerful symbolism as a centre of LGBTQ+ life, so an alleged attack there feels especially jarring. But symbolic neighbourhoods are still ordinary places, with ordinary risks and ordinary human failings. A safer nightlife culture depends not only on venues offering refuge, but also on patrons refusing to turn someone’s identity or work into ammunition.</w:t>
      </w:r>
      <w:r/>
    </w:p>
    <w:p>
      <w:r/>
      <w:r>
        <w:t>For Osnaya, speaking publicly appears to have been a way to name that harm. For everyone else, it’s a prompt to make queer spaces genuinely welcoming, including for the people whose labour is tied most visibly to sexuality.</w:t>
      </w:r>
      <w:r/>
    </w:p>
    <w:p>
      <w:r/>
      <w:r>
        <w:t>It's a small act of solidarity, but refusing sex-worker stigma can help make nightlife safer for everyone.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[6]</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[6]</w:t>
        </w:r>
      </w:hyperlink>
      <w:r>
        <w:t xml:space="preserve">- Paragraph 12: </w:t>
      </w:r>
      <w:hyperlink r:id="rId14">
        <w:r>
          <w:rPr>
            <w:color w:val="0000EE"/>
            <w:u w:val="single"/>
          </w:rPr>
          <w:t>[5]</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2">
        <w:r>
          <w:rPr>
            <w:color w:val="0000EE"/>
            <w:u w:val="single"/>
          </w:rPr>
          <w:t>[3]</w:t>
        </w:r>
      </w:hyperlink>
      <w:r>
        <w:t xml:space="preserve">, </w:t>
      </w:r>
      <w:hyperlink r:id="rId13">
        <w:r>
          <w:rPr>
            <w:color w:val="0000EE"/>
            <w:u w:val="single"/>
          </w:rPr>
          <w:t>[6]</w:t>
        </w:r>
      </w:hyperlink>
      <w:r>
        <w:t xml:space="preserve">- Paragraph 15: </w:t>
      </w:r>
      <w:hyperlink r:id="rId14">
        <w:r>
          <w:rPr>
            <w:color w:val="0000EE"/>
            <w:u w:val="single"/>
          </w:rPr>
          <w:t>[5]</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https://www.metroweekly.com/2026/09/alfonso-osnaya-attacked-castro-gay-bar/</w:t>
        </w:r>
      </w:hyperlink>
      <w:r>
        <w:t xml:space="preserve"> - Please view link - unable to able to access data</w:t>
      </w:r>
      <w:r/>
    </w:p>
    <w:p>
      <w:pPr>
        <w:pStyle w:val="ListNumber"/>
        <w:spacing w:line="240" w:lineRule="auto"/>
        <w:ind w:left="720"/>
      </w:pPr>
      <w:r/>
      <w:hyperlink r:id="rId10">
        <w:r>
          <w:rPr>
            <w:color w:val="0000EE"/>
            <w:u w:val="single"/>
          </w:rPr>
          <w:t>https://www.sfist.com/2026/09/25/gay-adult-film-star-says-he-was-beat-up-by-other-gay-men-in-sfs-castro/</w:t>
        </w:r>
      </w:hyperlink>
      <w:r>
        <w:t xml:space="preserve"> - San Francisco-based gay adult film star Alfonso Osnaya reported being assaulted by a group of men outside Beaux, a Castro District nightclub. The altercation began inside the bar, where Osnaya was taunted about his adult film career. After leaving, the men confronted him again, leading to the assault. Osnaya expressed regret for engaging with the aggressors and noted that the incident highlights ongoing issues of slut-shaming within the LGBTQ community. (</w:t>
      </w:r>
      <w:hyperlink r:id="rId16">
        <w:r>
          <w:rPr>
            <w:color w:val="0000EE"/>
            <w:u w:val="single"/>
          </w:rPr>
          <w:t>sfist.com</w:t>
        </w:r>
      </w:hyperlink>
      <w:r>
        <w:t>)</w:t>
      </w:r>
      <w:r/>
    </w:p>
    <w:p>
      <w:pPr>
        <w:pStyle w:val="ListNumber"/>
        <w:spacing w:line="240" w:lineRule="auto"/>
        <w:ind w:left="720"/>
      </w:pPr>
      <w:r/>
      <w:hyperlink r:id="rId12">
        <w:r>
          <w:rPr>
            <w:color w:val="0000EE"/>
            <w:u w:val="single"/>
          </w:rPr>
          <w:t>https://www.mundomais.com.br/noticias/2026/09/noticia-10883-ator-de-conteudo-adulto-gay-revela-agressao-apos-sair-de-bar-lgbt-</w:t>
        </w:r>
      </w:hyperlink>
      <w:r>
        <w:t xml:space="preserve"> - Alfonso Osnaya, a gay adult film actor, reported being assaulted by a group of men after leaving Beaux, a popular LGBTQ+ bar in San Francisco's Castro District. The confrontation began inside the bar, where the men mocked Osnaya's profession. After leaving, they confronted him again, leading to the assault. Osnaya expressed regret for engaging with the aggressors and noted that the incident highlights ongoing issues of slut-shaming within the LGBTQ community. (</w:t>
      </w:r>
      <w:hyperlink r:id="rId17">
        <w:r>
          <w:rPr>
            <w:color w:val="0000EE"/>
            <w:u w:val="single"/>
          </w:rPr>
          <w:t>mundomais.com.br</w:t>
        </w:r>
      </w:hyperlink>
      <w:r>
        <w:t>)</w:t>
      </w:r>
      <w:r/>
    </w:p>
    <w:p>
      <w:pPr>
        <w:pStyle w:val="ListNumber"/>
        <w:spacing w:line="240" w:lineRule="auto"/>
        <w:ind w:left="720"/>
      </w:pPr>
      <w:r/>
      <w:hyperlink r:id="rId11">
        <w:r>
          <w:rPr>
            <w:color w:val="0000EE"/>
            <w:u w:val="single"/>
          </w:rPr>
          <w:t>https://www.thepinktimes.com/article/san-francisco-adult-model-says-he-was-assaulted-in-castro-after-leaving-a-bar/</w:t>
        </w:r>
      </w:hyperlink>
      <w:r>
        <w:t xml:space="preserve"> - Alfonso Osnaya, a San Francisco-based adult model, reported being assaulted outside Beaux, a popular LGBTQ+ bar in the Castro District. The incident began inside the bar, where a group of men taunted him about his adult film career. After leaving, the men confronted him again, leading to the assault. Osnaya expressed regret for engaging with the aggressors and noted that the incident highlights ongoing issues of slut-shaming within the LGBTQ community. (</w:t>
      </w:r>
      <w:hyperlink r:id="rId18">
        <w:r>
          <w:rPr>
            <w:color w:val="0000EE"/>
            <w:u w:val="single"/>
          </w:rPr>
          <w:t>thepinktimes.com</w:t>
        </w:r>
      </w:hyperlink>
      <w:r>
        <w:t>)</w:t>
      </w:r>
      <w:r/>
    </w:p>
    <w:p>
      <w:pPr>
        <w:pStyle w:val="ListNumber"/>
        <w:spacing w:line="240" w:lineRule="auto"/>
        <w:ind w:left="720"/>
      </w:pPr>
      <w:r/>
      <w:hyperlink r:id="rId14">
        <w:r>
          <w:rPr>
            <w:color w:val="0000EE"/>
            <w:u w:val="single"/>
          </w:rPr>
          <w:t>https://gayexpress.co.nz/2026/09/adult-star-alfonso-osnaya-speaks-out-after-assault-outside-san-fran-gay-bar/</w:t>
        </w:r>
      </w:hyperlink>
      <w:r>
        <w:t xml:space="preserve"> - Gay adult performer Alfonso Osnaya reported being knocked unconscious outside Beaux, a well-known LGBTQ+ bar in San Francisco's Castro District, after being mocked over his work in adult entertainment. The incident occurred on the morning of September 17, following a confrontation inside the venue. Osnaya expressed gratitude that the incident did not result in more serious injuries. (</w:t>
      </w:r>
      <w:hyperlink r:id="rId19">
        <w:r>
          <w:rPr>
            <w:color w:val="0000EE"/>
            <w:u w:val="single"/>
          </w:rPr>
          <w:t>gayexpress.co.nz</w:t>
        </w:r>
      </w:hyperlink>
      <w:r>
        <w:t>)</w:t>
      </w:r>
      <w:r/>
    </w:p>
    <w:p>
      <w:pPr>
        <w:pStyle w:val="ListNumber"/>
        <w:spacing w:line="240" w:lineRule="auto"/>
        <w:ind w:left="720"/>
      </w:pPr>
      <w:r/>
      <w:hyperlink r:id="rId13">
        <w:r>
          <w:rPr>
            <w:color w:val="0000EE"/>
            <w:u w:val="single"/>
          </w:rPr>
          <w:t>https://www.attitude.co.uk/news/gay-adult-film-star-alfonso-osnaya-assaulted-san-francisco-535155/</w:t>
        </w:r>
      </w:hyperlink>
      <w:r>
        <w:t xml:space="preserve"> - Gay adult film star Alfonso Osnaya claimed he was assaulted by a group of gay men outside Beaux, a San Francisco gay bar in the Castro District. The incident began inside the bar, where the men mocked Osnaya's profession. After leaving, they confronted him again, leading to the assault. Osnaya expressed regret for engaging with the aggressors and noted that the incident highlights ongoing issues of slut-shaming within the LGBTQ community. (</w:t>
      </w:r>
      <w:hyperlink r:id="rId20">
        <w:r>
          <w:rPr>
            <w:color w:val="0000EE"/>
            <w:u w:val="single"/>
          </w:rPr>
          <w:t>attitude.co.uk</w:t>
        </w:r>
      </w:hyperlink>
      <w:r>
        <w:t>)</w:t>
      </w:r>
      <w:r/>
    </w:p>
    <w:p>
      <w:pPr>
        <w:pStyle w:val="ListNumber"/>
        <w:spacing w:line="240" w:lineRule="auto"/>
        <w:ind w:left="720"/>
      </w:pPr>
      <w:r/>
      <w:hyperlink r:id="rId15">
        <w:r>
          <w:rPr>
            <w:color w:val="0000EE"/>
            <w:u w:val="single"/>
          </w:rPr>
          <w:t>https://www.marincountyvisitor.com/castro-assault-exposes-dark-side-of-adult-film-stigma/</w:t>
        </w:r>
      </w:hyperlink>
      <w:r>
        <w:t xml:space="preserve"> - San Francisco-based gay adult film star Alfonso Osnaya was recently the victim of a targeted physical assault outside a popular Castro nightclub. The incident highlights the ongoing stigma faced by sex workers, even within spaces historically celebrated for inclusivity and progressive values. The confrontation began outside Beaux, a Castro District venue, following a heated verbal exchange. The suspects recognized Osnaya from his adult film work and immediately began taunting him with harsh, judgmental comments. Although Osnaya initially engaged in the argument inside, he later recognized that he should have simply disengaged from the instigators. (</w:t>
      </w:r>
      <w:hyperlink r:id="rId21">
        <w:r>
          <w:rPr>
            <w:color w:val="0000EE"/>
            <w:u w:val="single"/>
          </w:rPr>
          <w:t>marincountyvisitor.com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etroweekly.com/2026/09/alfonso-osnaya-attacked-castro-gay-bar/" TargetMode="External"/><Relationship Id="rId10" Type="http://schemas.openxmlformats.org/officeDocument/2006/relationships/hyperlink" Target="https://www.sfist.com/2026/09/25/gay-adult-film-star-says-he-was-beat-up-by-other-gay-men-in-sfs-castro/" TargetMode="External"/><Relationship Id="rId11" Type="http://schemas.openxmlformats.org/officeDocument/2006/relationships/hyperlink" Target="https://www.thepinktimes.com/article/san-francisco-adult-model-says-he-was-assaulted-in-castro-after-leaving-a-bar/" TargetMode="External"/><Relationship Id="rId12" Type="http://schemas.openxmlformats.org/officeDocument/2006/relationships/hyperlink" Target="https://www.mundomais.com.br/noticias/2026/09/noticia-10883-ator-de-conteudo-adulto-gay-revela-agressao-apos-sair-de-bar-lgbt-" TargetMode="External"/><Relationship Id="rId13" Type="http://schemas.openxmlformats.org/officeDocument/2006/relationships/hyperlink" Target="https://www.attitude.co.uk/news/gay-adult-film-star-alfonso-osnaya-assaulted-san-francisco-535155/" TargetMode="External"/><Relationship Id="rId14" Type="http://schemas.openxmlformats.org/officeDocument/2006/relationships/hyperlink" Target="https://gayexpress.co.nz/2026/09/adult-star-alfonso-osnaya-speaks-out-after-assault-outside-san-fran-gay-bar/" TargetMode="External"/><Relationship Id="rId15" Type="http://schemas.openxmlformats.org/officeDocument/2006/relationships/hyperlink" Target="https://www.marincountyvisitor.com/castro-assault-exposes-dark-side-of-adult-film-stigma/" TargetMode="External"/><Relationship Id="rId16" Type="http://schemas.openxmlformats.org/officeDocument/2006/relationships/hyperlink" Target="https://sfist.com/2026/09/25/gay-adult-film-star-says-he-was-beat-up-by-other-gay-men-in-sfs-castro/?utm_source=openai" TargetMode="External"/><Relationship Id="rId17" Type="http://schemas.openxmlformats.org/officeDocument/2006/relationships/hyperlink" Target="https://www.mundomais.com.br/noticias/2026/09/noticia-10883-ator-de-conteudo-adulto-gay-revela-agressao-apos-sair-de-bar-lgbt-?utm_source=openai" TargetMode="External"/><Relationship Id="rId18" Type="http://schemas.openxmlformats.org/officeDocument/2006/relationships/hyperlink" Target="https://www.thepinktimes.com/article/san-francisco-adult-model-says-he-was-assaulted-in-castro-after-leaving-a-bar/?utm_source=openai" TargetMode="External"/><Relationship Id="rId19" Type="http://schemas.openxmlformats.org/officeDocument/2006/relationships/hyperlink" Target="https://gayexpress.co.nz/2026/09/adult-star-alfonso-osnaya-speaks-out-after-assault-outside-san-fran-gay-bar/?utm_source=openai" TargetMode="External"/><Relationship Id="rId20" Type="http://schemas.openxmlformats.org/officeDocument/2006/relationships/hyperlink" Target="https://www.attitude.co.uk/news/gay-adult-film-star-alfonso-osnaya-assaulted-san-francisco-535155/?utm_source=openai" TargetMode="External"/><Relationship Id="rId21" Type="http://schemas.openxmlformats.org/officeDocument/2006/relationships/hyperlink" Target="https://www.marincountyvisitor.com/castro-assault-exposes-dark-side-of-adult-film-stigma/?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