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West Hollywood Cannabis Collectibles for National Coming Out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culture fans are being invited to explore West Hollywood cannabis shops on National Coming Out Day, where a limited-edition six-button collection turns local pride, LGBTQ+ history and cannabis culture into a colourful city-wide treasure hunt. It’s a small, playful campaign with a bigger message about visibility, community and supporting independent dispensaries.</w:t>
      </w:r>
      <w:r/>
    </w:p>
    <w:p>
      <w:pPr>
        <w:pStyle w:val="Heading2"/>
      </w:pPr>
      <w:r>
        <w:t>Essential Takeaways</w:t>
      </w:r>
      <w:r/>
      <w:r/>
    </w:p>
    <w:p>
      <w:pPr>
        <w:pStyle w:val="ListBullet"/>
        <w:spacing w:line="240" w:lineRule="auto"/>
        <w:ind w:left="720"/>
      </w:pPr>
      <w:r/>
      <w:r>
        <w:rPr>
          <w:b/>
        </w:rPr>
        <w:t>Six designs make one collection:</w:t>
      </w:r>
      <w:r>
        <w:t xml:space="preserve"> The buttons form a rainbow-inspired set when collected together.</w:t>
      </w:r>
      <w:r/>
    </w:p>
    <w:p>
      <w:pPr>
        <w:pStyle w:val="ListBullet"/>
        <w:spacing w:line="240" w:lineRule="auto"/>
        <w:ind w:left="720"/>
      </w:pPr>
      <w:r/>
      <w:r>
        <w:rPr>
          <w:b/>
        </w:rPr>
        <w:t>Local shops are involved:</w:t>
      </w:r>
      <w:r>
        <w:t xml:space="preserve"> Participating licensed West Hollywood dispensaries are distributing the free designs while supplies last.</w:t>
      </w:r>
      <w:r/>
    </w:p>
    <w:p>
      <w:pPr>
        <w:pStyle w:val="ListBullet"/>
        <w:spacing w:line="240" w:lineRule="auto"/>
        <w:ind w:left="720"/>
      </w:pPr>
      <w:r/>
      <w:r>
        <w:rPr>
          <w:b/>
        </w:rPr>
        <w:t>The messages are cheeky:</w:t>
      </w:r>
      <w:r>
        <w:t xml:space="preserve"> Slogans include “Buy Weed from WeHo”, “West Hollyweed” and “Always Bowl Season”.</w:t>
      </w:r>
      <w:r/>
    </w:p>
    <w:p>
      <w:pPr>
        <w:pStyle w:val="ListBullet"/>
        <w:spacing w:line="240" w:lineRule="auto"/>
        <w:ind w:left="720"/>
      </w:pPr>
      <w:r/>
      <w:r>
        <w:rPr>
          <w:b/>
        </w:rPr>
        <w:t>There’s a deeper history:</w:t>
      </w:r>
      <w:r>
        <w:t xml:space="preserve"> The campaign links cannabis visibility with the LGBTQ+ movement and West Hollywood’s longstanding role in both.</w:t>
      </w:r>
      <w:r/>
    </w:p>
    <w:p>
      <w:pPr>
        <w:pStyle w:val="ListBullet"/>
        <w:spacing w:line="240" w:lineRule="auto"/>
        <w:ind w:left="720"/>
      </w:pPr>
      <w:r/>
      <w:r>
        <w:rPr>
          <w:b/>
        </w:rPr>
        <w:t>Plan before you go:</w:t>
      </w:r>
      <w:r>
        <w:t xml:space="preserve"> Stock is limited, so visiting earlier gives collectors a better chance of completing the set.</w:t>
      </w:r>
      <w:r/>
      <w:r/>
    </w:p>
    <w:p>
      <w:pPr>
        <w:pStyle w:val="Heading2"/>
      </w:pPr>
      <w:r>
        <w:t>A colourful cannabis treasure hunt lands in WeHo</w:t>
      </w:r>
      <w:r/>
    </w:p>
    <w:p>
      <w:r/>
      <w:r>
        <w:t>West Hollywood is swapping ordinary promotional merchandise for something far more collectible: six bright political-style buttons celebrating cannabis, local identity and LGBTQ+ history. According to the West Hollywood Times, visitors can pick up the free designs at participating dispensaries from National Coming Out Day, with supplies available only while stocks last.</w:t>
      </w:r>
      <w:r/>
    </w:p>
    <w:p>
      <w:r/>
      <w:r>
        <w:t>The result is part shopping trip, part scavenger hunt. Each button works on its own, but the full set creates a rainbow-style collection, giving visitors a reason to browse more than one familiar corner of the city. It has the slightly scrappy, handmade energy that makes campaign buttons so appealing in the first place.</w:t>
      </w:r>
      <w:r/>
    </w:p>
    <w:p>
      <w:pPr>
        <w:pStyle w:val="Heading2"/>
      </w:pPr>
      <w:r>
        <w:t>The slogans are playful, but the message is serious</w:t>
      </w:r>
      <w:r/>
    </w:p>
    <w:p>
      <w:r/>
      <w:r>
        <w:t xml:space="preserve">The designs include “Come Out for Cannabis”, “Buy Weed from WeHo” and “Just Top Oil”, alongside “Always Bowl Season” and “Walking Man”. Another, “West Hollyweed”, tips its hat to Christopher Isherwood and borrows the visual language of the film </w:t>
      </w:r>
      <w:r>
        <w:rPr>
          <w:i/>
        </w:rPr>
        <w:t>Cabaret</w:t>
      </w:r>
      <w:r>
        <w:t>.</w:t>
      </w:r>
      <w:r/>
    </w:p>
    <w:p>
      <w:r/>
      <w:r>
        <w:t>That humour matters. Emerald Village’s campaign uses cannabis wordplay to make a broader point about public visibility, drawing inspiration from Harvey Milk and the LGBTQ+ movement’s call for people to live openly. Emerald Village describes itself as a destination for cannabis culture and innovation, while its wider branding leans into West Hollywood’s distinctive creative identity.</w:t>
      </w:r>
      <w:r/>
    </w:p>
    <w:p>
      <w:pPr>
        <w:pStyle w:val="Heading2"/>
      </w:pPr>
      <w:r>
        <w:t>Why West Hollywood is the natural setting</w:t>
      </w:r>
      <w:r/>
    </w:p>
    <w:p>
      <w:r/>
      <w:r>
        <w:t>Few places make the connection between cannabis and LGBTQ+ culture as visibly as West Hollywood. Rainbow flags, nightlife, independent businesses and licensed dispensaries sit within the same compact urban landscape, so a campaign linking the two movements feels rooted in place rather than simply bolted on for a single date.</w:t>
      </w:r>
      <w:r/>
    </w:p>
    <w:p>
      <w:r/>
      <w:r>
        <w:t>The city’s Pride programming has long shown how public celebration can turn streets and venues into shared community spaces. LA Weekly’s coverage of WeHo Pride, for example, reflects the area’s continuing role as a gathering point for LGBTQ+ culture. This collection taps into that same sense of belonging, only in a pocket-sized form.</w:t>
      </w:r>
      <w:r/>
    </w:p>
    <w:p>
      <w:pPr>
        <w:pStyle w:val="Heading2"/>
      </w:pPr>
      <w:r>
        <w:t>How to collect the six-button set</w:t>
      </w:r>
      <w:r/>
    </w:p>
    <w:p>
      <w:r/>
      <w:r>
        <w:t>The buttons are available at AHHS WeHo, The Artist Tree, Green Queen, LAPCG, MedMen, Off The Charts, PleasureMed by HyperWolf, Urbn Leaf and The Woods WeHo. Because the collection is free and limited, it’s sensible to check participating dispensaries directly before setting off, particularly if you’re trying to complete every design.</w:t>
      </w:r>
      <w:r/>
    </w:p>
    <w:p>
      <w:r/>
      <w:r>
        <w:t>Visitors should also remember that the buttons are a promotional extra, not a substitute for a legal cannabis purchase. Bring valid identification, follow each dispensary’s entry rules and ask staff about availability. If you’re collecting with friends, splitting the route could make the hunt quicker, although trading duplicates may be half the fun.</w:t>
      </w:r>
      <w:r/>
    </w:p>
    <w:p>
      <w:pPr>
        <w:pStyle w:val="Heading2"/>
      </w:pPr>
      <w:r>
        <w:t>A small souvenir with a bigger cultural footprint</w:t>
      </w:r>
      <w:r/>
    </w:p>
    <w:p>
      <w:r/>
      <w:r>
        <w:t>Emerald Village has previously positioned West Hollywood as a Southern California hub for cannabis culture, with events and activations designed to bring businesses and visitors together. The button campaign takes a lighter approach, but it still reflects that ambition: make local dispensaries feel like part of the city’s cultural fabric, not merely places to buy products.</w:t>
      </w:r>
      <w:r/>
    </w:p>
    <w:p>
      <w:r/>
      <w:r>
        <w:t>There’s something charming about turning a civic idea into a wearable keepsake. A button can start a conversation, raise a smile or sit quietly on a jacket long after the event has passed. In this case, it also carries a reminder that visibility can be both political and wonderfully playful.</w:t>
      </w:r>
      <w:r/>
    </w:p>
    <w:p>
      <w:r/>
      <w:r>
        <w:t>Find your favourite design, then see whether you can complete the rainbow.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[4]</w:t>
        </w:r>
      </w:hyperlink>
      <w:r>
        <w:t xml:space="preserve">, </w:t>
      </w:r>
      <w:hyperlink r:id="rId13">
        <w:r>
          <w:rPr>
            <w:color w:val="0000EE"/>
            <w:u w:val="single"/>
          </w:rPr>
          <w:t>[7]</w:t>
        </w:r>
      </w:hyperlink>
      <w:r>
        <w:t xml:space="preserve">- Paragraph 5: </w:t>
      </w:r>
      <w:hyperlink r:id="rId12">
        <w:r>
          <w:rPr>
            <w:color w:val="0000EE"/>
            <w:u w:val="single"/>
          </w:rPr>
          <w:t>[6]</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2">
        <w:r>
          <w:rPr>
            <w:color w:val="0000EE"/>
            <w:u w:val="single"/>
          </w:rPr>
          <w:t>[6]</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https://wehotimes.com/emerald-village-invites-west-hollywood-to-come-out-for-cannabis-on-national-coming-out-day/</w:t>
        </w:r>
      </w:hyperlink>
      <w:r>
        <w:t xml:space="preserve"> - Please view link - unable to able to access data</w:t>
      </w:r>
      <w:r/>
    </w:p>
    <w:p>
      <w:pPr>
        <w:pStyle w:val="ListNumber"/>
        <w:spacing w:line="240" w:lineRule="auto"/>
        <w:ind w:left="720"/>
      </w:pPr>
      <w:r/>
      <w:hyperlink r:id="rId9">
        <w:r>
          <w:rPr>
            <w:color w:val="0000EE"/>
            <w:u w:val="single"/>
          </w:rPr>
          <w:t>https://wehotimes.com/emerald-village-invites-west-hollywood-to-come-out-for-cannabis-on-national-coming-out-day/</w:t>
        </w:r>
      </w:hyperlink>
      <w:r>
        <w:t xml:space="preserve"> - Emerald Village West Hollywood is inviting the community to 'Come Out for Cannabis' on Sunday, Oct. 11, with a limited-edition collection of six political-style buttons celebrating cannabis, local pride, and the city’s LGBTQ+ history. Visitors to participating licensed cannabis dispensaries in West Hollywood can pick up a free commemorative button while supplies last. Collect all six and, together, the buttons form a rainbow-inspired collection, with each featuring its own cheeky message and design. The campaign draws inspiration from the late Harvey Milk and the historic LGBTQ+ call to 'come out' as a way to increase visibility, awareness, and acceptance by living openly and authentically.</w:t>
      </w:r>
      <w:r/>
    </w:p>
    <w:p>
      <w:pPr>
        <w:pStyle w:val="ListNumber"/>
        <w:spacing w:line="240" w:lineRule="auto"/>
        <w:ind w:left="720"/>
      </w:pPr>
      <w:r/>
      <w:hyperlink r:id="rId11">
        <w:r>
          <w:rPr>
            <w:color w:val="0000EE"/>
            <w:u w:val="single"/>
          </w:rPr>
          <w:t>https://www.emeraldvillageweho.com/icons</w:t>
        </w:r>
      </w:hyperlink>
      <w:r>
        <w:t xml:space="preserve"> - Emerald Village West Hollywood's 'Come Out for Cannabis' campaign is both a call to action and an invitation at the intersection of today’s leading civil rights movements: gay liberation and cannabis legalization. The campaign encourages the legalization movement to look to the LGBTQ+ liberation movement—and West Hollywood in particular—as an example of how visibility and community can help drive cultural change.</w:t>
      </w:r>
      <w:r/>
    </w:p>
    <w:p>
      <w:pPr>
        <w:pStyle w:val="ListNumber"/>
        <w:spacing w:line="240" w:lineRule="auto"/>
        <w:ind w:left="720"/>
      </w:pPr>
      <w:r/>
      <w:hyperlink r:id="rId10">
        <w:r>
          <w:rPr>
            <w:color w:val="0000EE"/>
            <w:u w:val="single"/>
          </w:rPr>
          <w:t>https://www.emeraldvillageweho.com/about</w:t>
        </w:r>
      </w:hyperlink>
      <w:r>
        <w:t xml:space="preserve"> - Emerald Village West Hollywood is a place where cannabis dreams come true. For more than a century, West Hollywood has been where Los Angeles comes to play. With its cannabis lounges and dispensaries, West Hollywood’s Emerald Village provides exclusive California flower, products, experiences, and events.</w:t>
      </w:r>
      <w:r/>
    </w:p>
    <w:p>
      <w:pPr>
        <w:pStyle w:val="ListNumber"/>
        <w:spacing w:line="240" w:lineRule="auto"/>
        <w:ind w:left="720"/>
      </w:pPr>
      <w:r/>
      <w:hyperlink r:id="rId14">
        <w:r>
          <w:rPr>
            <w:color w:val="0000EE"/>
            <w:u w:val="single"/>
          </w:rPr>
          <w:t>https://www.globenewswire.com/news-release/2023/09/26/2749816/0/en/EMERALD-VILLAGE-WEST-HOLLYWOOD-ACTIVATES-HARVEST-HAUNT-ON-OCTOBER-31-ADJACENT-TO-HALLOWEEN-CARNAVAL-2023.html</w:t>
        </w:r>
      </w:hyperlink>
      <w:r>
        <w:t xml:space="preserve"> - Emerald Village is activating Harvest Haunt, this year’s dankest Halloween party adjacent to West Hollywood’s renowned Halloween Carnaval 2023. The first annual cannabis event will take place under a Cannabis Special Event Permit and will transform Santa Monica Boulevard between N. Robertson Blvd. and N. La Peer Dr. into a cannabis-infused extravaganza on October 31, 2023, beginning at 6:00 PM. This event is the first and only legal and licensed public cannabis experience on Halloween night.</w:t>
      </w:r>
      <w:r/>
    </w:p>
    <w:p>
      <w:pPr>
        <w:pStyle w:val="ListNumber"/>
        <w:spacing w:line="240" w:lineRule="auto"/>
        <w:ind w:left="720"/>
      </w:pPr>
      <w:r/>
      <w:hyperlink r:id="rId12">
        <w:r>
          <w:rPr>
            <w:color w:val="0000EE"/>
            <w:u w:val="single"/>
          </w:rPr>
          <w:t>https://www.globenewswire.com/news-release/2023/04/26/2655494/0/en/WEST-HOLLYWOOD-AKA-EMERALD-VILLAGE-EMERGES-AS-THE-EPICENTER-AND-INNOVATION-DESTINATION-FOR-CANNABIS-CULTURE-IN-SOUTHERN-CALIFORNIA.html</w:t>
        </w:r>
      </w:hyperlink>
      <w:r>
        <w:t xml:space="preserve"> - In just five years since adult-use cannabis became legal in California, West Hollywood, also known as Emerald Village, has been progressive in embracing the flower and creating unique experiences for consumers and connoisseurs, rising as the epicenter and innovation destination for cannabis culture in Southern California. While more mature markets experienced declines in cannabis sales in 2022, West Hollywood bucked the trend, seeing a year-over-year growth in local cannabis taxes.</w:t>
      </w:r>
      <w:r/>
    </w:p>
    <w:p>
      <w:pPr>
        <w:pStyle w:val="ListNumber"/>
        <w:spacing w:line="240" w:lineRule="auto"/>
        <w:ind w:left="720"/>
      </w:pPr>
      <w:r/>
      <w:hyperlink r:id="rId13">
        <w:r>
          <w:rPr>
            <w:color w:val="0000EE"/>
            <w:u w:val="single"/>
          </w:rPr>
          <w:t>https://www.laweekly.com/pride-2023-kicks-off-outloud-in-weho/</w:t>
        </w:r>
      </w:hyperlink>
      <w:r>
        <w:t xml:space="preserve"> - Pride 2023 is here, and while LA Pride and Christopher Street West left West Hollywood last year (after the pandemic forced cancellations and majorly downsized events in 2020 and 2021), West Hollywood has by no means laid low. How could they? The City of West Hollywood remains the epicenter for gay nightlife and small businesses, and it’s still the most active and high profile neighborhood we have in terms of LGBTQ+ issues and political freedoms in general– from drag to cannabis. Dubbed the 'Rainbow District,' Santa Monica Boulevard will always be loud and proud. Since joining forces with OUTLOUD and JJLA events last year, WeHo Pride is louder than ever.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emerald-village-invites-west-hollywood-to-come-out-for-cannabis-on-national-coming-out-day/" TargetMode="External"/><Relationship Id="rId10" Type="http://schemas.openxmlformats.org/officeDocument/2006/relationships/hyperlink" Target="https://www.emeraldvillageweho.com/about" TargetMode="External"/><Relationship Id="rId11" Type="http://schemas.openxmlformats.org/officeDocument/2006/relationships/hyperlink" Target="https://www.emeraldvillageweho.com/icons" TargetMode="External"/><Relationship Id="rId12" Type="http://schemas.openxmlformats.org/officeDocument/2006/relationships/hyperlink" Target="https://www.globenewswire.com/news-release/2023/04/26/2655494/0/en/WEST-HOLLYWOOD-AKA-EMERALD-VILLAGE-EMERGES-AS-THE-EPICENTER-AND-INNOVATION-DESTINATION-FOR-CANNABIS-CULTURE-IN-SOUTHERN-CALIFORNIA.html" TargetMode="External"/><Relationship Id="rId13" Type="http://schemas.openxmlformats.org/officeDocument/2006/relationships/hyperlink" Target="https://www.laweekly.com/pride-2023-kicks-off-outloud-in-weho/" TargetMode="External"/><Relationship Id="rId14" Type="http://schemas.openxmlformats.org/officeDocument/2006/relationships/hyperlink" Target="https://www.globenewswire.com/news-release/2023/09/26/2749816/0/en/EMERALD-VILLAGE-WEST-HOLLYWOOD-ACTIVATES-HARVEST-HAUNT-ON-OCTOBER-31-ADJACENT-TO-HALLOWEEN-CARNAVAL-202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