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Tell If a Lesbian Date Is More Than Friendship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weighing up subtle signals: queer women are often left wondering whether a cosy evening is romantic or simply friendly. From one-to-one plans and candlelit bars to a thoughtful late-night text, these clues can help you read the situation, ask clearly and avoid weeks of exhausting overthinking.</w:t>
      </w:r>
      <w:r/>
    </w:p>
    <w:p>
      <w:pPr>
        <w:pStyle w:val="Heading2"/>
      </w:pPr>
      <w:r>
        <w:t>Essential Takeaways</w:t>
      </w:r>
      <w:r/>
      <w:r/>
    </w:p>
    <w:p>
      <w:pPr>
        <w:pStyle w:val="ListBullet"/>
        <w:spacing w:line="240" w:lineRule="auto"/>
        <w:ind w:left="720"/>
      </w:pPr>
      <w:r/>
      <w:r>
        <w:rPr>
          <w:b/>
        </w:rPr>
        <w:t>Look at the arrangement:</w:t>
      </w:r>
      <w:r>
        <w:t xml:space="preserve"> One-to-one evening plans usually carry more romantic possibility than casual daytime meet-ups.</w:t>
      </w:r>
      <w:r/>
    </w:p>
    <w:p>
      <w:pPr>
        <w:pStyle w:val="ListBullet"/>
        <w:spacing w:line="240" w:lineRule="auto"/>
        <w:ind w:left="720"/>
      </w:pPr>
      <w:r/>
      <w:r>
        <w:rPr>
          <w:b/>
        </w:rPr>
        <w:t>Notice the effort:</w:t>
      </w:r>
      <w:r>
        <w:t xml:space="preserve"> A carefully chosen venue, extra drinks or an evening that keeps going can all suggest interest.</w:t>
      </w:r>
      <w:r/>
    </w:p>
    <w:p>
      <w:pPr>
        <w:pStyle w:val="ListBullet"/>
        <w:spacing w:line="240" w:lineRule="auto"/>
        <w:ind w:left="720"/>
      </w:pPr>
      <w:r/>
      <w:r>
        <w:rPr>
          <w:b/>
        </w:rPr>
        <w:t>Don't rely on affection alone:</w:t>
      </w:r>
      <w:r>
        <w:t xml:space="preserve"> Nicknames, hugs and warm messages can be common between friends.</w:t>
      </w:r>
      <w:r/>
    </w:p>
    <w:p>
      <w:pPr>
        <w:pStyle w:val="ListBullet"/>
        <w:spacing w:line="240" w:lineRule="auto"/>
        <w:ind w:left="720"/>
      </w:pPr>
      <w:r/>
      <w:r>
        <w:rPr>
          <w:b/>
        </w:rPr>
        <w:t>Ask about the next plan:</w:t>
      </w:r>
      <w:r>
        <w:t xml:space="preserve"> A light, forward-looking text is often less awkward than dissecting the last meeting.</w:t>
      </w:r>
      <w:r/>
    </w:p>
    <w:p>
      <w:pPr>
        <w:pStyle w:val="ListBullet"/>
        <w:spacing w:line="240" w:lineRule="auto"/>
        <w:ind w:left="720"/>
      </w:pPr>
      <w:r/>
      <w:r>
        <w:rPr>
          <w:b/>
        </w:rPr>
        <w:t>Make space for either answer:</w:t>
      </w:r>
      <w:r>
        <w:t xml:space="preserve"> Clarity protects the friendship better than a long stretch of guessing.</w:t>
      </w:r>
      <w:r/>
      <w:r/>
    </w:p>
    <w:p>
      <w:pPr>
        <w:pStyle w:val="Heading2"/>
      </w:pPr>
      <w:r>
        <w:t>Why queer dating can feel wonderfully unclear</w:t>
      </w:r>
      <w:r/>
    </w:p>
    <w:p>
      <w:r/>
      <w:r>
        <w:t>In many lesbian and queer circles, friendship groups and dating pools overlap. That means the woman you're wondering about might also be connected to your friends, your ex or your wider social life, making every invitation feel slightly more loaded.</w:t>
      </w:r>
      <w:r/>
    </w:p>
    <w:p>
      <w:r/>
      <w:r>
        <w:t>As dating guidance from eHarmony explains, the setting and intention behind a meeting matter more than any single gesture. A quick coffee may be purely social, while a carefully planned evening can suggest something more deliberate. Still, there isn't a universal formula, especially when both people are trying not to make the first move.</w:t>
      </w:r>
      <w:r/>
    </w:p>
    <w:p>
      <w:r/>
      <w:r>
        <w:t>The result is a familiar kind of romantic fog. A lingering hug can feel significant, but so can a hug between close friends. Someone calling you "babe" might be flirting, or they might use the word for everyone. Your instincts matter, but patterns are usually more revealing than isolated moments.</w:t>
      </w:r>
      <w:r/>
    </w:p>
    <w:p>
      <w:pPr>
        <w:pStyle w:val="Heading2"/>
      </w:pPr>
      <w:r>
        <w:t>The clues that suggest it might be a date</w:t>
      </w:r>
      <w:r/>
    </w:p>
    <w:p>
      <w:r/>
      <w:r>
        <w:t>Start with the practical details. Was it just the two of you? Did she choose an evening slot, pick somewhere atmospheric or make an effort to keep the night going? Those details don't prove romantic interest, but together they create a stronger signal.</w:t>
      </w:r>
      <w:r/>
    </w:p>
    <w:p>
      <w:r/>
      <w:r>
        <w:t>A plan that grows from one drink into another, followed by a message checking you got home safely, may indicate that she enjoyed the closeness. Dateviser and EchoPro both recommend paying attention to how an invitation is framed, including whether the person makes a clear plan rather than leaving things vague.</w:t>
      </w:r>
      <w:r/>
    </w:p>
    <w:p>
      <w:r/>
      <w:r>
        <w:t>The bill can offer a clue, too, although it shouldn't be treated as evidence on its own. Offering another round, suggesting a future outing or remembering small details about you often points to genuine investment. The most useful question is whether her actions are consistent over time.</w:t>
      </w:r>
      <w:r/>
    </w:p>
    <w:p>
      <w:pPr>
        <w:pStyle w:val="Heading2"/>
      </w:pPr>
      <w:r>
        <w:t>Warmth doesn't always equal romance</w:t>
      </w:r>
      <w:r/>
    </w:p>
    <w:p>
      <w:r/>
      <w:r>
        <w:t>This is where things get tricky. Women are often affectionate with friends, and queer friendship can be especially intimate, supportive and physically warm. A soft voice, a long conversation or a late-night check-in might feel charged without being intended romantically.</w:t>
      </w:r>
      <w:r/>
    </w:p>
    <w:p>
      <w:r/>
      <w:r>
        <w:t>Unanswered's guide to reading a date recommends looking at the whole context rather than attaching too much meaning to one behaviour. If she behaves in exactly the same way with everyone, the signal becomes less distinctive. If she singles you out for regular one-to-one plans and follows up afterwards, the picture changes.</w:t>
      </w:r>
      <w:r/>
    </w:p>
    <w:p>
      <w:r/>
      <w:r>
        <w:t>That distinction is useful because it stops you from turning every small kindness into a detective case. Romance tends to reveal itself through consistency, initiative and a willingness to make future plans, not just chemistry in one memorable moment.</w:t>
      </w:r>
      <w:r/>
    </w:p>
    <w:p>
      <w:pPr>
        <w:pStyle w:val="Heading2"/>
      </w:pPr>
      <w:r>
        <w:t>How to ask without making the friendship weird</w:t>
      </w:r>
      <w:r/>
    </w:p>
    <w:p>
      <w:r/>
      <w:r>
        <w:t>A short text can be kinder than a dramatic conversation. Asking privately gives both of you time to answer honestly, and it avoids putting someone on the spot in a crowded bar or halfway through a hug.</w:t>
      </w:r>
      <w:r/>
    </w:p>
    <w:p>
      <w:r/>
      <w:r>
        <w:t>The best approach is direct but light. Dateviser suggests keeping an invitation simple, while NeedTheWords recommends using language that acknowledges the possibility of awkwardness without apologising for your feelings. You could write, "I had a lovely time. Would you like to make our next one a date?" and add "No pressure either way."</w:t>
      </w:r>
      <w:r/>
    </w:p>
    <w:p>
      <w:r/>
      <w:r>
        <w:t>Asking about the next meeting often feels easier than demanding a verdict on the last one. It also turns the conversation towards something hopeful and practical. If she says yes, you have your answer; if she says no, you've given her a comfortable route to be honest.</w:t>
      </w:r>
      <w:r/>
    </w:p>
    <w:p>
      <w:pPr>
        <w:pStyle w:val="Heading2"/>
      </w:pPr>
      <w:r>
        <w:t>If she says it's only friendship</w:t>
      </w:r>
      <w:r/>
    </w:p>
    <w:p>
      <w:r/>
      <w:r>
        <w:t>A no may sting, but clear disappointment is usually easier to manage than weeks of silent speculation. Since many queer social circles overlap, a straightforward exchange can prevent every future group gathering from becoming an awkward guessing game.</w:t>
      </w:r>
      <w:r/>
    </w:p>
    <w:p>
      <w:r/>
      <w:r>
        <w:t>AskForADate recommends keeping invitations relaxed and respectful, with enough room for the other person to decline. That principle works in reverse, too: if she says she sees you as a friend, accept the answer without treating friendship as a consolation prize.</w:t>
      </w:r>
      <w:r/>
    </w:p>
    <w:p>
      <w:r/>
      <w:r>
        <w:t>You may want a little breathing space before returning to normal. That's fine. Feelings can be tender, and taking time to reset doesn't mean you've damaged the connection. Sometimes the most reassuring outcome is simply knowing where you stand.</w:t>
      </w:r>
      <w:r/>
    </w:p>
    <w:p>
      <w:pPr>
        <w:pStyle w:val="Heading2"/>
      </w:pPr>
      <w:r>
        <w:t>A simple text to send tonight</w:t>
      </w:r>
      <w:r/>
    </w:p>
    <w:p>
      <w:r/>
      <w:r>
        <w:t>Try: "Random question, but would you like our next hangout to be a date? No pressure if you'd rather keep it friendly."</w:t>
      </w:r>
      <w:r/>
    </w:p>
    <w:p>
      <w:r/>
      <w:r>
        <w:t>For something more playful, you could say: "Mate-date or date-date? I'm happy either way, but I'd quite like to take you out properly."</w:t>
      </w:r>
      <w:r/>
    </w:p>
    <w:p>
      <w:r/>
      <w:r>
        <w:t>Those messages are clear without being heavy, and they leave room for an honest reply. A few seconds of nerves can save you a month of analysing kisses, emojis and the precise time a message arrived.</w:t>
      </w:r>
      <w:r/>
    </w:p>
    <w:p>
      <w:r/>
      <w:r>
        <w:t>Clarity won't guarantee the answer you want, but it will give you something better than guesswork.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https://nonchalantmagazine.com/is-it-a-date-or-are-we-just-friends-a-lesbian-dating-dilemma/</w:t>
        </w:r>
      </w:hyperlink>
      <w:r>
        <w:t xml:space="preserve"> - Please view link - unable to able to access data</w:t>
      </w:r>
      <w:r/>
    </w:p>
    <w:p>
      <w:pPr>
        <w:pStyle w:val="ListNumber"/>
        <w:spacing w:line="240" w:lineRule="auto"/>
        <w:ind w:left="720"/>
      </w:pPr>
      <w:r/>
      <w:hyperlink r:id="rId10">
        <w:r>
          <w:rPr>
            <w:color w:val="0000EE"/>
            <w:u w:val="single"/>
          </w:rPr>
          <w:t>https://unanswered.io/guide/how-to-tell-if-its-a-date</w:t>
        </w:r>
      </w:hyperlink>
      <w:r>
        <w:t xml:space="preserve"> - This article provides guidance on distinguishing between a date and a casual hangout. It highlights key signs such as advance planning, one-on-one settings, and specific activities. The piece also discusses the importance of clear communication and offers advice on how to ask someone if it's a date without causing awkwardness. The author, Julian Moreau, is a licensed marriage and family therapist, lending credibility to the advice provided.</w:t>
      </w:r>
      <w:r/>
    </w:p>
    <w:p>
      <w:pPr>
        <w:pStyle w:val="ListNumber"/>
        <w:spacing w:line="240" w:lineRule="auto"/>
        <w:ind w:left="720"/>
      </w:pPr>
      <w:r/>
      <w:hyperlink r:id="rId12">
        <w:r>
          <w:rPr>
            <w:color w:val="0000EE"/>
            <w:u w:val="single"/>
          </w:rPr>
          <w:t>https://dateviser.com/guides/how-to-ask-someone-out-over-text</w:t>
        </w:r>
      </w:hyperlink>
      <w:r>
        <w:t xml:space="preserve"> - DateViser's guide focuses on the art of asking someone out over text without making it awkward. It emphasizes the importance of clarity, specificity, and timing in crafting the perfect invitation. The article suggests that a clear, low-pressure message naming a specific activity, place, and day makes it easy for the recipient to say yes or suggest another time. It also advises waiting for a real back-and-forth in the conversation before making the ask.</w:t>
      </w:r>
      <w:r/>
    </w:p>
    <w:p>
      <w:pPr>
        <w:pStyle w:val="ListNumber"/>
        <w:spacing w:line="240" w:lineRule="auto"/>
        <w:ind w:left="720"/>
      </w:pPr>
      <w:r/>
      <w:hyperlink r:id="rId13">
        <w:r>
          <w:rPr>
            <w:color w:val="0000EE"/>
            <w:u w:val="single"/>
          </w:rPr>
          <w:t>https://echopro.world/blog/how-to-ask-someone-out-over-text</w:t>
        </w:r>
      </w:hyperlink>
      <w:r>
        <w:t xml:space="preserve"> - Echo Pro's article offers strategies for asking someone out over text without causing awkwardness. It recommends making the invitation clear, specific, and relaxed, allowing the other person to answer honestly. The piece advises against vague lines like 'we should do something sometime' and suggests more direct invitations such as 'Fancy a drink after work one evening next week?' It also emphasizes the importance of timing and context in making the ask.</w:t>
      </w:r>
      <w:r/>
    </w:p>
    <w:p>
      <w:pPr>
        <w:pStyle w:val="ListNumber"/>
        <w:spacing w:line="240" w:lineRule="auto"/>
        <w:ind w:left="720"/>
      </w:pPr>
      <w:r/>
      <w:hyperlink r:id="rId14">
        <w:r>
          <w:rPr>
            <w:color w:val="0000EE"/>
            <w:u w:val="single"/>
          </w:rPr>
          <w:t>https://www.askforadate.in/date-ideas/cute-ways-to-ask-someone-out/</w:t>
        </w:r>
      </w:hyperlink>
      <w:r>
        <w:t xml:space="preserve"> - This article provides 50 cute ways to ask someone out without making it awkward. The approaches are grouped by situation, offering in-person, over text, and other scenarios. For instance, in-person suggestions include inviting someone to a coffee place nearby or asking if they're free this weekend. The article aims to help individuals find a method that suits their personality and the context of their relationship.</w:t>
      </w:r>
      <w:r/>
    </w:p>
    <w:p>
      <w:pPr>
        <w:pStyle w:val="ListNumber"/>
        <w:spacing w:line="240" w:lineRule="auto"/>
        <w:ind w:left="720"/>
      </w:pPr>
      <w:r/>
      <w:hyperlink r:id="rId11">
        <w:r>
          <w:rPr>
            <w:color w:val="0000EE"/>
            <w:u w:val="single"/>
          </w:rPr>
          <w:t>https://www.eharmony.com/dating-advice/dating/is-it-a-date/</w:t>
        </w:r>
      </w:hyperlink>
      <w:r>
        <w:t xml:space="preserve"> - eHarmony's article helps readers determine if a meeting is a date or just a casual hangout. It provides a checklist of signs to look for, such as a clear invitation, one-on-one time, romantic undertones, dressing up, paying for the meal, and flirty conversation. The piece also discusses the importance of context and intent in interpreting these signs, offering readers a framework to assess their own situations.</w:t>
      </w:r>
      <w:r/>
    </w:p>
    <w:p>
      <w:pPr>
        <w:pStyle w:val="ListNumber"/>
        <w:spacing w:line="240" w:lineRule="auto"/>
        <w:ind w:left="720"/>
      </w:pPr>
      <w:r/>
      <w:hyperlink r:id="rId15">
        <w:r>
          <w:rPr>
            <w:color w:val="0000EE"/>
            <w:u w:val="single"/>
          </w:rPr>
          <w:t>https://www.needthewords.com/dating-scripts/blog/how-to-ask-someone-out-without-being-awkward</w:t>
        </w:r>
      </w:hyperlink>
      <w:r>
        <w:t xml:space="preserve"> - NeedTheWords' article offers advice on how to ask someone out without being awkward, including scripts for various scenarios. It emphasizes the importance of specificity and clarity in invitations, suggesting that vague asks like 'We should hang out sometime' are less effective. The piece also discusses the psychological aspects of asking someone out, addressing common fears and providing strategies to overcome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is-it-a-date-or-are-we-just-friends-a-lesbian-dating-dilemma/" TargetMode="External"/><Relationship Id="rId10" Type="http://schemas.openxmlformats.org/officeDocument/2006/relationships/hyperlink" Target="https://unanswered.io/guide/how-to-tell-if-its-a-date" TargetMode="External"/><Relationship Id="rId11" Type="http://schemas.openxmlformats.org/officeDocument/2006/relationships/hyperlink" Target="https://www.eharmony.com/dating-advice/dating/is-it-a-date/" TargetMode="External"/><Relationship Id="rId12" Type="http://schemas.openxmlformats.org/officeDocument/2006/relationships/hyperlink" Target="https://dateviser.com/guides/how-to-ask-someone-out-over-text" TargetMode="External"/><Relationship Id="rId13" Type="http://schemas.openxmlformats.org/officeDocument/2006/relationships/hyperlink" Target="https://echopro.world/blog/how-to-ask-someone-out-over-text" TargetMode="External"/><Relationship Id="rId14" Type="http://schemas.openxmlformats.org/officeDocument/2006/relationships/hyperlink" Target="https://www.askforadate.in/date-ideas/cute-ways-to-ask-someone-out/" TargetMode="External"/><Relationship Id="rId15" Type="http://schemas.openxmlformats.org/officeDocument/2006/relationships/hyperlink" Target="https://www.needthewords.com/dating-scripts/blog/how-to-ask-someone-out-without-being-awkw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