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transgender audiobooks for memoirs, history and family guidance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turning to transgender audiobooks for thoughtful company on commutes, quiet evenings and difficult family conversations. From author-narrated memoirs and accessible history to practical guides for parents and clinicians, the best choices offer something print can't always provide: a human voice, a manageable pace and a more personal way into complex stories.</w:t>
      </w:r>
      <w:r/>
    </w:p>
    <w:p>
      <w:pPr>
        <w:pStyle w:val="Heading2"/>
      </w:pPr>
      <w:r>
        <w:t>Essential Takeaways</w:t>
      </w:r>
      <w:r/>
      <w:r/>
    </w:p>
    <w:p>
      <w:pPr>
        <w:pStyle w:val="ListBullet"/>
        <w:spacing w:line="240" w:lineRule="auto"/>
        <w:ind w:left="720"/>
      </w:pPr>
      <w:r/>
      <w:r>
        <w:rPr>
          <w:b/>
        </w:rPr>
        <w:t>Authorial intimacy:</w:t>
      </w:r>
      <w:r>
        <w:t xml:space="preserve"> Memoirs narrated by their writers can make personal journeys feel unusually immediate.</w:t>
      </w:r>
      <w:r/>
    </w:p>
    <w:p>
      <w:pPr>
        <w:pStyle w:val="ListBullet"/>
        <w:spacing w:line="240" w:lineRule="auto"/>
        <w:ind w:left="720"/>
      </w:pPr>
      <w:r/>
      <w:r>
        <w:rPr>
          <w:b/>
        </w:rPr>
        <w:t>Plenty of choice:</w:t>
      </w:r>
      <w:r>
        <w:t xml:space="preserve"> Catalogues from Audible, Kobo, Storytel and library apps cover memoir, history, romance and practical guidance.</w:t>
      </w:r>
      <w:r/>
    </w:p>
    <w:p>
      <w:pPr>
        <w:pStyle w:val="ListBullet"/>
        <w:spacing w:line="240" w:lineRule="auto"/>
        <w:ind w:left="720"/>
      </w:pPr>
      <w:r/>
      <w:r>
        <w:rPr>
          <w:b/>
        </w:rPr>
        <w:t>Families have options:</w:t>
      </w:r>
      <w:r>
        <w:t xml:space="preserve"> Parent-focused books range from emotional support to detailed advice on schools, healthcare and communication.</w:t>
      </w:r>
      <w:r/>
    </w:p>
    <w:p>
      <w:pPr>
        <w:pStyle w:val="ListBullet"/>
        <w:spacing w:line="240" w:lineRule="auto"/>
        <w:ind w:left="720"/>
      </w:pPr>
      <w:r/>
      <w:r>
        <w:rPr>
          <w:b/>
        </w:rPr>
        <w:t>Check the format:</w:t>
      </w:r>
      <w:r>
        <w:t xml:space="preserve"> Some titles are full audiobooks, while others are ebook bundles, library editions or short audio originals.</w:t>
      </w:r>
      <w:r/>
    </w:p>
    <w:p>
      <w:pPr>
        <w:pStyle w:val="ListBullet"/>
        <w:spacing w:line="240" w:lineRule="auto"/>
        <w:ind w:left="720"/>
      </w:pPr>
      <w:r/>
      <w:r>
        <w:rPr>
          <w:b/>
        </w:rPr>
        <w:t>Listen critically:</w:t>
      </w:r>
      <w:r>
        <w:t xml:space="preserve"> Controversial books about trans healthcare may be widely available, but availability doesn't equal medical credibility.</w:t>
      </w:r>
      <w:r/>
      <w:r/>
    </w:p>
    <w:p>
      <w:pPr>
        <w:pStyle w:val="Heading2"/>
      </w:pPr>
      <w:r>
        <w:t>Why transgender audiobooks feel different</w:t>
      </w:r>
      <w:r/>
    </w:p>
    <w:p>
      <w:r/>
      <w:r>
        <w:t>A printed memoir gives you the author's words. An audiobook can give you the pauses, warmth and uncertainty behind them. That difference matters when the subject is identity, family or belonging, because a good narration can feel less like a lecture and more like an honest conversation.</w:t>
      </w:r>
      <w:r/>
    </w:p>
    <w:p>
      <w:r/>
      <w:r>
        <w:t>The format also suits modern routines. A listener might hear a chapter while walking the dog, travelling to work or washing up, then return to a difficult passage later. Platforms such as Storytel, Kobo and Audible all maintain dedicated transgender or trans and non-binary collections, suggesting that this is no longer a niche corner of audio publishing.</w:t>
      </w:r>
      <w:r/>
    </w:p>
    <w:p>
      <w:pPr>
        <w:pStyle w:val="Heading2"/>
      </w:pPr>
      <w:r>
        <w:t>Start with a memoir in the author's own voice</w:t>
      </w:r>
      <w:r/>
    </w:p>
    <w:p>
      <w:r/>
      <w:r>
        <w:t xml:space="preserve">For listeners who want lived experience rather than a glossary, memoir is the natural entry point. Sarah McBride's </w:t>
      </w:r>
      <w:r>
        <w:rPr>
          <w:i/>
        </w:rPr>
        <w:t>Tomorrow Will Be Different</w:t>
      </w:r>
      <w:r>
        <w:t xml:space="preserve"> combines personal history with political campaigning, while Skylar Kergil's </w:t>
      </w:r>
      <w:r>
        <w:rPr>
          <w:i/>
        </w:rPr>
        <w:t>Before I Had the Words</w:t>
      </w:r>
      <w:r>
        <w:t xml:space="preserve"> offers a younger, intimate perspective on growing up trans.</w:t>
      </w:r>
      <w:r/>
    </w:p>
    <w:p>
      <w:r/>
      <w:r>
        <w:t>Author narration isn't automatically better, but it can add texture that a professional performance may not capture. The voice may sound less polished, yet that slight roughness often feels honest. For many listeners, especially those looking for recognition rather than explanation, that can be the whole point.</w:t>
      </w:r>
      <w:r/>
    </w:p>
    <w:p>
      <w:r/>
      <w:r>
        <w:t>Memoir also works well for people who aren't ready for a long academic treatment. A personal story can open the door gently, allowing listeners to understand the emotional stakes before moving on to history, healthcare or advocacy.</w:t>
      </w:r>
      <w:r/>
    </w:p>
    <w:p>
      <w:pPr>
        <w:pStyle w:val="Heading2"/>
      </w:pPr>
      <w:r>
        <w:t>Need context? Choose history and scholarship</w:t>
      </w:r>
      <w:r/>
    </w:p>
    <w:p>
      <w:r/>
      <w:r>
        <w:t xml:space="preserve">Susan Stryker's </w:t>
      </w:r>
      <w:r>
        <w:rPr>
          <w:i/>
        </w:rPr>
        <w:t>Transgender History</w:t>
      </w:r>
      <w:r>
        <w:t xml:space="preserve"> is a strong choice for anyone wanting a broader map of the subject. It places trans lives and activism within a longer historical frame, making it useful for students, journalists, families and curious listeners who want more than headlines.</w:t>
      </w:r>
      <w:r/>
    </w:p>
    <w:p>
      <w:r/>
      <w:r>
        <w:t>Other works take a more focused route. Academic writing on sexuality, relationships and gender liberation may be denser, but audio can make difficult material easier to absorb in smaller sessions. Kobo and other audiobook retailers often group these titles alongside memoirs, so it's worth checking the description carefully before pressing buy.</w:t>
      </w:r>
      <w:r/>
    </w:p>
    <w:p>
      <w:r/>
      <w:r>
        <w:t>A simple rule helps: choose memoir for emotional connection, history for context and scholarship for a deeper question. You don't need to begin with the most demanding title on the shelf. In fact, starting with something you can finish is usually the smarter move.</w:t>
      </w:r>
      <w:r/>
    </w:p>
    <w:p>
      <w:pPr>
        <w:pStyle w:val="Heading2"/>
      </w:pPr>
      <w:r>
        <w:t>The best listens for parents and families</w:t>
      </w:r>
      <w:r/>
    </w:p>
    <w:p>
      <w:r/>
      <w:r>
        <w:t xml:space="preserve">Parents often need reassurance and practical language at the same time. Books such as </w:t>
      </w:r>
      <w:r>
        <w:rPr>
          <w:i/>
        </w:rPr>
        <w:t>The Transgender Teen</w:t>
      </w:r>
      <w:r>
        <w:t xml:space="preserve"> and </w:t>
      </w:r>
      <w:r>
        <w:rPr>
          <w:i/>
        </w:rPr>
        <w:t>The Transgender Child</w:t>
      </w:r>
      <w:r>
        <w:t xml:space="preserve"> address communication, development, school life and family support, making them useful when a household is trying to replace panic with understanding.</w:t>
      </w:r>
      <w:r/>
    </w:p>
    <w:p>
      <w:r/>
      <w:r>
        <w:rPr>
          <w:i/>
        </w:rPr>
        <w:t>Transitions of the Heart</w:t>
      </w:r>
      <w:r>
        <w:t xml:space="preserve"> offers a different kind of help by bringing together parents' experiences. That shared perspective can be comforting during lonely moments, particularly when someone is still learning the vocabulary and trying to avoid saying the wrong thing.</w:t>
      </w:r>
      <w:r/>
    </w:p>
    <w:p>
      <w:r/>
      <w:r>
        <w:t>Look for books that are current, clearly sourced and written for your situation. A guide for parents of young children won't necessarily answer the questions facing a family with a teenager. Meanwhile, a personal memoir can offer empathy, but it shouldn't be treated as a substitute for qualified medical, legal or psychological advice.</w:t>
      </w:r>
      <w:r/>
    </w:p>
    <w:p>
      <w:pPr>
        <w:pStyle w:val="Heading2"/>
      </w:pPr>
      <w:r>
        <w:t>Practical guides can work surprisingly well in audio</w:t>
      </w:r>
      <w:r/>
    </w:p>
    <w:p>
      <w:r/>
      <w:r>
        <w:t xml:space="preserve">Professional and self-help titles are often associated with highlighting and sticky notes, yet some translate neatly into listening. </w:t>
      </w:r>
      <w:r>
        <w:rPr>
          <w:i/>
        </w:rPr>
        <w:t>The Queer and Transgender Resilience Workbook</w:t>
      </w:r>
      <w:r>
        <w:t>, for instance, is built around exercises and coping strategies, so listeners can pause, reflect and return to a useful section.</w:t>
      </w:r>
      <w:r/>
    </w:p>
    <w:p>
      <w:r/>
      <w:r>
        <w:t>Clinical books require a little more care. If you're a therapist, teacher or support worker, check the author's credentials, publication date and intended audience. An audiobook can introduce a framework, but a print or digital edition may still be better when you need to locate a specific definition, citation or recommendation quickly.</w:t>
      </w:r>
      <w:r/>
    </w:p>
    <w:p>
      <w:r/>
      <w:r>
        <w:t xml:space="preserve">The same principle applies to books about faith. Cheryl B. Evans's </w:t>
      </w:r>
      <w:r>
        <w:rPr>
          <w:i/>
        </w:rPr>
        <w:t>What Does God Think?</w:t>
      </w:r>
      <w:r>
        <w:t xml:space="preserve"> approaches gender identity through a parent's religious and personal journey. It's a useful option for listeners who want the conversation framed around scripture, family and inclusion rather than politics alone.</w:t>
      </w:r>
      <w:r/>
    </w:p>
    <w:p>
      <w:pPr>
        <w:pStyle w:val="Heading2"/>
      </w:pPr>
      <w:r>
        <w:t>How to choose the right transgender audiobook</w:t>
      </w:r>
      <w:r/>
    </w:p>
    <w:p>
      <w:r/>
      <w:r>
        <w:t>First, decide what you want from the experience. Are you looking for a story that feels close and personal, a reliable overview of trans history, advice for supporting someone else or a short piece of adult fiction? The answer will narrow the field quickly.</w:t>
      </w:r>
      <w:r/>
    </w:p>
    <w:p>
      <w:r/>
      <w:r>
        <w:t>Then check the practical details. A nine-hour handbook suits a long commute or a subscription credit, while a short audio original may be better for sampling a genre. Library services, including Libby and Hoopla where available, can be especially useful for testing a title without paying full price.</w:t>
      </w:r>
      <w:r/>
    </w:p>
    <w:p>
      <w:r/>
      <w:r>
        <w:t>Finally, consider narration. Listen to a sample whenever possible, particularly if you find certain voices tiring over long sessions. And if a book makes medical or social claims, compare them with guidance from recognised professional organisations and current evidence. A confident narrator can make weak information sound persuasive, which is precisely why a little checking matters.</w:t>
      </w:r>
      <w:r/>
    </w:p>
    <w:p>
      <w:pPr>
        <w:pStyle w:val="Heading2"/>
      </w:pPr>
      <w:r>
        <w:t>A growing listening landscape</w:t>
      </w:r>
      <w:r/>
    </w:p>
    <w:p>
      <w:r/>
      <w:r>
        <w:t>The range of titles now available is encouraging. Retailers and audio platforms place memoirs beside history, family guides, academic works and romance, reflecting the fact that trans listeners and their allies don't all want the same thing.</w:t>
      </w:r>
      <w:r/>
    </w:p>
    <w:p>
      <w:r/>
      <w:r>
        <w:t>That variety is worth protecting. Some people need a practical handbook; others want a story that makes them laugh, cry or simply feel less alone. The best transgender audiobook is the one that meets the listener where they are, without pretending that one voice can represent everyone.</w:t>
      </w:r>
      <w:r/>
    </w:p>
    <w:p>
      <w:r/>
      <w:r>
        <w:t>It's a small shift in format, but it can make a complex subject feel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2">
        <w:r>
          <w:rPr>
            <w:color w:val="0000EE"/>
            <w:u w:val="single"/>
          </w:rPr>
          <w:t>[4]</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5">
        <w:r>
          <w:rPr>
            <w:color w:val="0000EE"/>
            <w:u w:val="single"/>
          </w:rPr>
          <w:t>[6]</w:t>
        </w:r>
      </w:hyperlink>
      <w:r>
        <w:t xml:space="preserve">- Paragraph 18: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https://translgbtq.com/transgender-audio-books-listening-guide/</w:t>
        </w:r>
      </w:hyperlink>
      <w:r>
        <w:t xml:space="preserve"> - Please view link - unable to able to access data</w:t>
      </w:r>
      <w:r/>
    </w:p>
    <w:p>
      <w:pPr>
        <w:pStyle w:val="ListNumber"/>
        <w:spacing w:line="240" w:lineRule="auto"/>
        <w:ind w:left="720"/>
      </w:pPr>
      <w:r/>
      <w:hyperlink r:id="rId10">
        <w:r>
          <w:rPr>
            <w:color w:val="0000EE"/>
            <w:u w:val="single"/>
          </w:rPr>
          <w:t>https://www.storytel.com/tv/tags/transgender-10222</w:t>
        </w:r>
      </w:hyperlink>
      <w:r>
        <w:t xml:space="preserve"> - Storytel offers a diverse collection of transgender-themed audiobooks and eBooks, including titles like 'No Tea, No Shade: Life as a Drag Queen' and Virginia Woolf's 'Orlando: A Biography'. The platform provides a range of genres and languages, catering to various interests within the transgender community. Users can explore and listen to these works through Storytel's subscription service, which grants access to a vast library of digital content.</w:t>
      </w:r>
      <w:r/>
    </w:p>
    <w:p>
      <w:pPr>
        <w:pStyle w:val="ListNumber"/>
        <w:spacing w:line="240" w:lineRule="auto"/>
        <w:ind w:left="720"/>
      </w:pPr>
      <w:r/>
      <w:hyperlink r:id="rId11">
        <w:r>
          <w:rPr>
            <w:color w:val="0000EE"/>
            <w:u w:val="single"/>
          </w:rPr>
          <w:t>https://www.kobo.com/us/en/audiobooks/transgender</w:t>
        </w:r>
      </w:hyperlink>
      <w:r>
        <w:t xml:space="preserve"> - Kobo's audiobook store features a comprehensive selection of transgender audiobooks across multiple categories, including fiction, literature, and romance. With over 375 titles available, readers can find works by transgender authors and stories that explore transgender experiences. The platform offers various audio lengths and languages, ensuring accessibility for a wide audience. Kobo's user-friendly interface allows for easy browsing and purchasing of audiobooks.</w:t>
      </w:r>
      <w:r/>
    </w:p>
    <w:p>
      <w:pPr>
        <w:pStyle w:val="ListNumber"/>
        <w:spacing w:line="240" w:lineRule="auto"/>
        <w:ind w:left="720"/>
      </w:pPr>
      <w:r/>
      <w:hyperlink r:id="rId12">
        <w:r>
          <w:rPr>
            <w:color w:val="0000EE"/>
            <w:u w:val="single"/>
          </w:rPr>
          <w:t>https://www.audible.com/blog/article-best-trans-nonbinary-books</w:t>
        </w:r>
      </w:hyperlink>
      <w:r>
        <w:t xml:space="preserve"> - Audible's curated list highlights essential audiobooks by trans, nonbinary, and genderqueer authors. This collection spans genres from science fiction to memoir and poetry, aiming to amplify authentic stories centered on identity, self-exploration, acceptance, transition, and liberation. The selection includes works like 'Stag Dance' and other notable titles, providing listeners with diverse perspectives and experiences within the transgender and nonbinary communities.</w:t>
      </w:r>
      <w:r/>
    </w:p>
    <w:p>
      <w:pPr>
        <w:pStyle w:val="ListNumber"/>
        <w:spacing w:line="240" w:lineRule="auto"/>
        <w:ind w:left="720"/>
      </w:pPr>
      <w:r/>
      <w:hyperlink r:id="rId13">
        <w:r>
          <w:rPr>
            <w:color w:val="0000EE"/>
            <w:u w:val="single"/>
          </w:rPr>
          <w:t>https://en.wikipedia.org/wiki/Queer_Liberation_Library</w:t>
        </w:r>
      </w:hyperlink>
      <w:r>
        <w:t xml:space="preserve"> - The Queer Liberation Library (QLL) is a U.S.-based digital library established in 2023, offering a vast collection of LGBTQ+ eBooks and audiobooks. With over 1,200 titles as of June 2024, QLL provides resources representing LGBTQ+ communities, especially for those in areas with limited access to physical LGBTQ+ books. The library is accessible through the Overdrive website or the Libby app, serving as a valuable resource for readers seeking diverse LGBTQ+ literature.</w:t>
      </w:r>
      <w:r/>
    </w:p>
    <w:p>
      <w:pPr>
        <w:pStyle w:val="ListNumber"/>
        <w:spacing w:line="240" w:lineRule="auto"/>
        <w:ind w:left="720"/>
      </w:pPr>
      <w:r/>
      <w:hyperlink r:id="rId15">
        <w:r>
          <w:rPr>
            <w:color w:val="0000EE"/>
            <w:u w:val="single"/>
          </w:rPr>
          <w:t>https://en.wikipedia.org/wiki/Trans%3A_When_Ideology_Meets_Reality</w:t>
        </w:r>
      </w:hyperlink>
      <w:r>
        <w:t xml:space="preserve"> - Helen Joyce's 2021 book, 'Trans: When Ideology Meets Reality', critically examines the transgender rights movement and transgender activism. Published by Oneworld Publications, the book has been both praised and criticized, with some reviewers highlighting its critical perspective on gender identity and the implications for women's rights. The book has sparked discussions and debates within the LGBTQ+ community and beyond, reflecting the complexities of the discourse surrounding transgender issues.</w:t>
      </w:r>
      <w:r/>
    </w:p>
    <w:p>
      <w:pPr>
        <w:pStyle w:val="ListNumber"/>
        <w:spacing w:line="240" w:lineRule="auto"/>
        <w:ind w:left="720"/>
      </w:pPr>
      <w:r/>
      <w:hyperlink r:id="rId14">
        <w:r>
          <w:rPr>
            <w:color w:val="0000EE"/>
            <w:u w:val="single"/>
          </w:rPr>
          <w:t>https://en.wikipedia.org/wiki/Beyond_Magenta</w:t>
        </w:r>
      </w:hyperlink>
      <w:r>
        <w:t xml:space="preserve"> - Susan Kuklin's 2014 book, 'Beyond Magenta: Transgender Teens Speak Out', features interviews with six transgender or gender-neutral young adults, sharing their experiences before, during, and after transitioning. The book has received numerous awards and has been recognized for its insightful portrayal of transgender youth. Despite its acclaim, it has also faced challenges, being listed among the Top 10 Most Challenged Books in 2015 and 2019, highlighting ongoing debates over LGBTQ+ representation in literature.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transgender-audio-books-listening-guide/" TargetMode="External"/><Relationship Id="rId10" Type="http://schemas.openxmlformats.org/officeDocument/2006/relationships/hyperlink" Target="https://www.storytel.com/tv/tags/transgender-10222" TargetMode="External"/><Relationship Id="rId11" Type="http://schemas.openxmlformats.org/officeDocument/2006/relationships/hyperlink" Target="https://www.kobo.com/us/en/audiobooks/transgender" TargetMode="External"/><Relationship Id="rId12" Type="http://schemas.openxmlformats.org/officeDocument/2006/relationships/hyperlink" Target="https://www.audible.com/blog/article-best-trans-nonbinary-books" TargetMode="External"/><Relationship Id="rId13" Type="http://schemas.openxmlformats.org/officeDocument/2006/relationships/hyperlink" Target="https://en.wikipedia.org/wiki/Queer_Liberation_Library" TargetMode="External"/><Relationship Id="rId14" Type="http://schemas.openxmlformats.org/officeDocument/2006/relationships/hyperlink" Target="https://en.wikipedia.org/wiki/Beyond_Magenta" TargetMode="External"/><Relationship Id="rId15" Type="http://schemas.openxmlformats.org/officeDocument/2006/relationships/hyperlink" Target="https://en.wikipedia.org/wiki/Trans%3A_When_Ideology_Meets_Real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