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AIDS Walk Delaware Returns for Its 40th Anniversary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Delawareans are coming together for AIDS Walk Delaware on Saturday, 19 September 2026, with events in Wilmington and Rehoboth Beach. The popular community fundraiser will honour people lost to HIV/AIDS, support those living with HIV and keep testing, treatment, housing and stigma reduction firmly on the public agenda.</w:t>
      </w:r>
      <w:r/>
    </w:p>
    <w:p>
      <w:pPr>
        <w:pStyle w:val="Heading2"/>
      </w:pPr>
      <w:r>
        <w:t>Essential Takeaways</w:t>
      </w:r>
      <w:r/>
      <w:r/>
    </w:p>
    <w:p>
      <w:pPr>
        <w:pStyle w:val="ListBullet"/>
        <w:spacing w:line="240" w:lineRule="auto"/>
        <w:ind w:left="720"/>
      </w:pPr>
      <w:r/>
      <w:r>
        <w:rPr>
          <w:b/>
        </w:rPr>
        <w:t>Two locations:</w:t>
      </w:r>
      <w:r>
        <w:t xml:space="preserve"> Choose Brandywine Park in Wilmington or the Rehoboth Beach Bandstand.</w:t>
      </w:r>
      <w:r/>
    </w:p>
    <w:p>
      <w:pPr>
        <w:pStyle w:val="ListBullet"/>
        <w:spacing w:line="240" w:lineRule="auto"/>
        <w:ind w:left="720"/>
      </w:pPr>
      <w:r/>
      <w:r>
        <w:rPr>
          <w:b/>
        </w:rPr>
        <w:t>Morning schedule:</w:t>
      </w:r>
      <w:r>
        <w:t xml:space="preserve"> Check-in starts at 8.30am, announcements follow at 9.30am and the walk begins at 10am.</w:t>
      </w:r>
      <w:r/>
    </w:p>
    <w:p>
      <w:pPr>
        <w:pStyle w:val="ListBullet"/>
        <w:spacing w:line="240" w:lineRule="auto"/>
        <w:ind w:left="720"/>
      </w:pPr>
      <w:r/>
      <w:r>
        <w:rPr>
          <w:b/>
        </w:rPr>
        <w:t>A lasting mission:</w:t>
      </w:r>
      <w:r>
        <w:t xml:space="preserve"> The event supports HIV awareness, prevention, care and community services.</w:t>
      </w:r>
      <w:r/>
    </w:p>
    <w:p>
      <w:pPr>
        <w:pStyle w:val="ListBullet"/>
        <w:spacing w:line="240" w:lineRule="auto"/>
        <w:ind w:left="720"/>
      </w:pPr>
      <w:r/>
      <w:r>
        <w:rPr>
          <w:b/>
        </w:rPr>
        <w:t>Local impact:</w:t>
      </w:r>
      <w:r>
        <w:t xml:space="preserve"> Funds benefit AIDS Delaware, the Delaware HIV Consortium and partner organisations across the state.</w:t>
      </w:r>
      <w:r/>
    </w:p>
    <w:p>
      <w:pPr>
        <w:pStyle w:val="ListBullet"/>
        <w:spacing w:line="240" w:lineRule="auto"/>
        <w:ind w:left="720"/>
      </w:pPr>
      <w:r/>
      <w:r>
        <w:rPr>
          <w:b/>
        </w:rPr>
        <w:t>Parking note:</w:t>
      </w:r>
      <w:r>
        <w:t xml:space="preserve"> Wilmington parking is limited, with additional space available at the Warner School lot.</w:t>
      </w:r>
      <w:r/>
      <w:r/>
    </w:p>
    <w:p>
      <w:pPr>
        <w:pStyle w:val="Heading2"/>
      </w:pPr>
      <w:r>
        <w:t>Four decades of walking, remembering and showing up</w:t>
      </w:r>
      <w:r/>
    </w:p>
    <w:p>
      <w:r/>
      <w:r>
        <w:t>AIDS Walk Delaware has reached a landmark anniversary, but its purpose remains strikingly current. On 19 September, participants will gather across the state to remember those lost to HIV/AIDS, stand alongside people living with HIV and help fund practical support.</w:t>
      </w:r>
      <w:r/>
    </w:p>
    <w:p>
      <w:r/>
      <w:r>
        <w:t>The mood is likely to be both reflective and hopeful. There'll be familiar faces, community groups and first-time walkers, with every step carrying a little more meaning than a typical Saturday morning stroll. The event's organisers say it remains an important way to challenge stigma and keep HIV awareness visible.</w:t>
      </w:r>
      <w:r/>
    </w:p>
    <w:p>
      <w:r/>
      <w:r>
        <w:t>According to event information published by AIDS Delaware, the walk's wider mission includes prevention, testing, medical care, housing, food assistance, mental health support and education. That breadth matters, because health outcomes are shaped by far more than a clinic appointment. Sources from AIDS Delaware and the City of Rehoboth Beach confirm the 2026 event details.</w:t>
      </w:r>
      <w:r/>
    </w:p>
    <w:p>
      <w:pPr>
        <w:pStyle w:val="Heading2"/>
      </w:pPr>
      <w:r>
        <w:t>Wilmington or Rehoboth Beach? There are two ways to take part</w:t>
      </w:r>
      <w:r/>
    </w:p>
    <w:p>
      <w:r/>
      <w:r>
        <w:t>Participants can select between two venues. The Wilmington gathering will be held at Brandywine Park, near the Brandywine Zoo and Josephine Fountain, while the Rehoboth Beach event will take place at the Bandstand in the heart of downtown.</w:t>
      </w:r>
      <w:r/>
    </w:p>
    <w:p>
      <w:r/>
      <w:r>
        <w:t>Both walks follow the same morning timetable. Check-in begins at 8.30am, announcements are scheduled for 9.30am and the walk starts at 10am, with the event expected to finish by noon. That makes it easy to join before the rest of the weekend gets under way.</w:t>
      </w:r>
      <w:r/>
    </w:p>
    <w:p>
      <w:r/>
      <w:r>
        <w:t>The Rehoboth Beach event listing confirms the Bandstand location, while Wilmington listings identify Brandywine Park as the northern venue. If you're travelling, check the registration details before setting off, particularly if you need accessibility information or want to organise a group. Event listings from AIDS Delaware and local organisers provide the latest practical guidance.</w:t>
      </w:r>
      <w:r/>
    </w:p>
    <w:p>
      <w:pPr>
        <w:pStyle w:val="Heading2"/>
      </w:pPr>
      <w:r>
        <w:t>Where the money goes matters</w:t>
      </w:r>
      <w:r/>
    </w:p>
    <w:p>
      <w:r/>
      <w:r>
        <w:t>The fundraiser supports AIDS Delaware and the Delaware HIV Consortium, alongside other HIV service organisations including CAMP Rehoboth, Beautiful Gate Outreach Center and Sussex Pride. In practical terms, that means a donation can help strengthen the network around people who need care, advice, safe housing or emotional support.</w:t>
      </w:r>
      <w:r/>
    </w:p>
    <w:p>
      <w:r/>
      <w:r>
        <w:t>HIV treatment and prevention have advanced dramatically, transforming what a diagnosis can mean. Still, access isn't automatically equal, and stigma can make it harder for people to seek testing or support. AIDS Delaware's event materials underline why community involvement remains part of the solution.</w:t>
      </w:r>
      <w:r/>
    </w:p>
    <w:p>
      <w:r/>
      <w:r>
        <w:t>For many walkers, the appeal won't be about making a grand gesture. It may be as simple as remembering a friend, supporting a family member or taking a public stand for better health services. That quiet, personal motivation is often what gives community events their staying power.</w:t>
      </w:r>
      <w:r/>
    </w:p>
    <w:p>
      <w:pPr>
        <w:pStyle w:val="Heading2"/>
      </w:pPr>
      <w:r>
        <w:t>A little planning will make the morning easier</w:t>
      </w:r>
      <w:r/>
    </w:p>
    <w:p>
      <w:r/>
      <w:r>
        <w:t>Wilmington attendees should plan for limited parking at Brandywine Park. Organisers have identified the Warner School lot at 801 West 18th Street as an alternative, at the top of Monkey Hill on North Van Buren Street between 18th and 19th streets.</w:t>
      </w:r>
      <w:r/>
    </w:p>
    <w:p>
      <w:r/>
      <w:r>
        <w:t>Comfortable shoes, water and a little extra travel time are sensible choices, especially for anyone joining with children, older relatives or a larger group. Rehoboth Beach visitors may also want to consider downtown traffic and parking before the morning rush.</w:t>
      </w:r>
      <w:r/>
    </w:p>
    <w:p>
      <w:r/>
      <w:r>
        <w:t>Registration and further event information are available through the official GiveGab campaign page. Checking details in advance is particularly worthwhile for teams, sponsors and anyone hoping to fundraise rather than simply attend. The GiveGab listing and Wilmington event information provide registration and venue details.</w:t>
      </w:r>
      <w:r/>
    </w:p>
    <w:p>
      <w:pPr>
        <w:pStyle w:val="Heading2"/>
      </w:pPr>
      <w:r>
        <w:t>Why the anniversary still feels important</w:t>
      </w:r>
      <w:r/>
    </w:p>
    <w:p>
      <w:r/>
      <w:r>
        <w:t>Forty years is a long time for any community event, especially one rooted in a health crisis that has changed so dramatically. Yet the anniversary isn't just a look back. It's a reminder that progress in medicine needs to be matched by access, compassion and reliable local support.</w:t>
      </w:r>
      <w:r/>
    </w:p>
    <w:p>
      <w:r/>
      <w:r>
        <w:t>The walk also offers a useful counterpoint to the idea that HIV awareness is yesterday's issue. Better treatment has changed lives, but prevention, testing and stigma reduction still require attention. Local event information from AIDS Delaware, Rehoboth Beach and Wilmington points to a continuing role for public participation.</w:t>
      </w:r>
      <w:r/>
    </w:p>
    <w:p>
      <w:r/>
      <w:r>
        <w:t>Whether you walk in memory, solidarity or simple support, the invitation is broad. Sometimes the most useful thing a community can do is turn up together, visibly and consistently.</w:t>
      </w:r>
      <w:r/>
    </w:p>
    <w:p>
      <w:r/>
      <w:r>
        <w:t>A morning walk can honour the past while helping Delaware build a healthier future.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1">
        <w:r>
          <w:rPr>
            <w:color w:val="0000EE"/>
            <w:u w:val="single"/>
          </w:rPr>
          <w:t>[4]</w:t>
        </w:r>
      </w:hyperlink>
      <w:r>
        <w:t xml:space="preserve">, </w:t>
      </w:r>
      <w:hyperlink r:id="rId15">
        <w:r>
          <w:rPr>
            <w:color w:val="0000EE"/>
            <w:u w:val="single"/>
          </w:rPr>
          <w:t>[6]</w:t>
        </w:r>
      </w:hyperlink>
      <w:r>
        <w:t xml:space="preserve">- Paragraph 5: </w:t>
      </w:r>
      <w:hyperlink r:id="rId13">
        <w:r>
          <w:rPr>
            <w:color w:val="0000EE"/>
            <w:u w:val="single"/>
          </w:rPr>
          <w:t>[5]</w:t>
        </w:r>
      </w:hyperlink>
      <w:r>
        <w:t xml:space="preserve">, </w:t>
      </w:r>
      <w:hyperlink r:id="rId15">
        <w:r>
          <w:rPr>
            <w:color w:val="0000EE"/>
            <w:u w:val="single"/>
          </w:rPr>
          <w:t>[6]</w:t>
        </w:r>
      </w:hyperlink>
      <w:r>
        <w:t xml:space="preserve">- Paragraph 6: </w:t>
      </w:r>
      <w:hyperlink r:id="rId10">
        <w:r>
          <w:rPr>
            <w:color w:val="0000EE"/>
            <w:u w:val="single"/>
          </w:rPr>
          <w:t>[2]</w:t>
        </w:r>
      </w:hyperlink>
      <w:r>
        <w:t xml:space="preserve">, </w:t>
      </w:r>
      <w:hyperlink r:id="rId14">
        <w:r>
          <w:rPr>
            <w:color w:val="0000EE"/>
            <w:u w:val="single"/>
          </w:rPr>
          <w:t>[7]</w:t>
        </w:r>
      </w:hyperlink>
      <w:r>
        <w:t xml:space="preserve">- Paragraph 7: </w:t>
      </w:r>
      <w:hyperlink r:id="rId12">
        <w:r>
          <w:rPr>
            <w:color w:val="0000EE"/>
            <w:u w:val="single"/>
          </w:rPr>
          <w:t>[3]</w:t>
        </w:r>
      </w:hyperlink>
      <w:r>
        <w:t xml:space="preserve">, </w:t>
      </w:r>
      <w:hyperlink r:id="rId11">
        <w:r>
          <w:rPr>
            <w:color w:val="0000EE"/>
            <w:u w:val="single"/>
          </w:rPr>
          <w:t>[4]</w:t>
        </w:r>
      </w:hyperlink>
      <w:r>
        <w:t xml:space="preserve">- Paragraph 8: </w:t>
      </w:r>
      <w:hyperlink r:id="rId13">
        <w:r>
          <w:rPr>
            <w:color w:val="0000EE"/>
            <w:u w:val="single"/>
          </w:rPr>
          <w:t>[5]</w:t>
        </w:r>
      </w:hyperlink>
      <w:r>
        <w:t xml:space="preserve">, </w:t>
      </w:r>
      <w:hyperlink r:id="rId15">
        <w:r>
          <w:rPr>
            <w:color w:val="0000EE"/>
            <w:u w:val="single"/>
          </w:rPr>
          <w:t>[6]</w:t>
        </w:r>
      </w:hyperlink>
      <w:r>
        <w:t xml:space="preserve">- Paragraph 9: </w:t>
      </w:r>
      <w:hyperlink r:id="rId10">
        <w:r>
          <w:rPr>
            <w:color w:val="0000EE"/>
            <w:u w:val="single"/>
          </w:rPr>
          <w:t>[2]</w:t>
        </w:r>
      </w:hyperlink>
      <w:r>
        <w:t xml:space="preserve">, </w:t>
      </w:r>
      <w:hyperlink r:id="rId14">
        <w:r>
          <w:rPr>
            <w:color w:val="0000EE"/>
            <w:u w:val="single"/>
          </w:rPr>
          <w:t>[7]</w:t>
        </w:r>
      </w:hyperlink>
      <w:r>
        <w:t xml:space="preserve">- Paragraph 10: </w:t>
      </w:r>
      <w:hyperlink r:id="rId11">
        <w:r>
          <w:rPr>
            <w:color w:val="0000EE"/>
            <w:u w:val="single"/>
          </w:rPr>
          <w:t>[4]</w:t>
        </w:r>
      </w:hyperlink>
      <w:r>
        <w:t xml:space="preserve">, </w:t>
      </w:r>
      <w:hyperlink r:id="rId13">
        <w:r>
          <w:rPr>
            <w:color w:val="0000EE"/>
            <w:u w:val="single"/>
          </w:rPr>
          <w:t>[5]</w:t>
        </w:r>
      </w:hyperlink>
      <w:r>
        <w:t xml:space="preserve">- Paragraph 11: </w:t>
      </w:r>
      <w:hyperlink r:id="rId15">
        <w:r>
          <w:rPr>
            <w:color w:val="0000EE"/>
            <w:u w:val="single"/>
          </w:rPr>
          <w:t>[6]</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1">
        <w:r>
          <w:rPr>
            <w:color w:val="0000EE"/>
            <w:u w:val="single"/>
          </w:rPr>
          <w:t>[4]</w:t>
        </w:r>
      </w:hyperlink>
      <w:r>
        <w:t xml:space="preserve">, </w:t>
      </w:r>
      <w:hyperlink r:id="rId13">
        <w:r>
          <w:rPr>
            <w:color w:val="0000EE"/>
            <w:u w:val="single"/>
          </w:rPr>
          <w:t>[5]</w:t>
        </w:r>
      </w:hyperlink>
      <w:r>
        <w:t xml:space="preserve">- Paragraph 14: </w:t>
      </w:r>
      <w:hyperlink r:id="rId15">
        <w:r>
          <w:rPr>
            <w:color w:val="0000EE"/>
            <w:u w:val="single"/>
          </w:rPr>
          <w:t>[6]</w:t>
        </w:r>
      </w:hyperlink>
      <w:r>
        <w:t xml:space="preserve">, </w:t>
      </w:r>
      <w:hyperlink r:id="rId14">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[4]</w:t>
        </w:r>
      </w:hyperlink>
      <w:r>
        <w:t xml:space="preserve">- Paragraph 16: </w:t>
      </w:r>
      <w:hyperlink r:id="rId12">
        <w:r>
          <w:rPr>
            <w:color w:val="0000EE"/>
            <w:u w:val="single"/>
          </w:rPr>
          <w:t>[3]</w:t>
        </w:r>
      </w:hyperlink>
      <w:r>
        <w:t xml:space="preserve">, </w:t>
      </w:r>
      <w:hyperlink r:id="rId13">
        <w:r>
          <w:rPr>
            <w:color w:val="0000EE"/>
            <w:u w:val="single"/>
          </w:rPr>
          <w:t>[5]</w:t>
        </w:r>
      </w:hyperlink>
      <w:r>
        <w:t xml:space="preserve">- Paragraph 17: </w:t>
      </w:r>
      <w:hyperlink r:id="rId15">
        <w:r>
          <w:rPr>
            <w:color w:val="0000EE"/>
            <w:u w:val="single"/>
          </w:rPr>
          <w:t>[6]</w:t>
        </w:r>
      </w:hyperlink>
      <w:r>
        <w:t xml:space="preserve">, </w:t>
      </w:r>
      <w:hyperlink r:id="rId14">
        <w:r>
          <w:rPr>
            <w:color w:val="0000EE"/>
            <w:u w:val="single"/>
          </w:rPr>
          <w:t>[7]</w:t>
        </w:r>
      </w:hyperlink>
      <w:r>
        <w:t xml:space="preserve">- Paragraph 18: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https://townsquaredelaware.com/aids-walk-delaware-marks-40-years-of-advocacy-and-community-action/</w:t>
        </w:r>
      </w:hyperlink>
      <w:r>
        <w:t xml:space="preserve"> - Please view link - unable to able to access data</w:t>
      </w:r>
      <w:r/>
    </w:p>
    <w:p>
      <w:pPr>
        <w:pStyle w:val="ListNumber"/>
        <w:spacing w:line="240" w:lineRule="auto"/>
        <w:ind w:left="720"/>
      </w:pPr>
      <w:r/>
      <w:hyperlink r:id="rId10">
        <w:r>
          <w:rPr>
            <w:color w:val="0000EE"/>
            <w:u w:val="single"/>
          </w:rPr>
          <w:t>https://aidsdelaware.org/event/aids-walk-delaware-bandstand-rehoboth-beach/</w:t>
        </w:r>
      </w:hyperlink>
      <w:r>
        <w:t xml:space="preserve"> - AIDS Walk Delaware celebrates its 40th anniversary on September 19, 2026, as one of the nation's longest-running HIV walks. Co-hosted by AIDS Delaware and the Delaware HIV Consortium, the event brings communities together in Wilmington's Brandywine Park and downtown Rehoboth Beach to honour lives affected by HIV, raise awareness, and support essential HIV services across Delaware. Check-in begins at 8:30 a.m., with the walk starting at 10 a.m. Funds raised support vital services for Delawareans living with or impacted by HIV, including free HIV testing, medical case management, mental health counselling, housing and food assistance, and education and prevention programmes. This year, the event aims to raise $100,000 while bringing together more than 600 participants and volunteers to increase awareness of HIV and PrEP, strengthen prevention efforts, and foster community support and solidarity in the fight against HIV.</w:t>
      </w:r>
      <w:r/>
    </w:p>
    <w:p>
      <w:pPr>
        <w:pStyle w:val="ListNumber"/>
        <w:spacing w:line="240" w:lineRule="auto"/>
        <w:ind w:left="720"/>
      </w:pPr>
      <w:r/>
      <w:hyperlink r:id="rId12">
        <w:r>
          <w:rPr>
            <w:color w:val="0000EE"/>
            <w:u w:val="single"/>
          </w:rPr>
          <w:t>https://finance.yahoo.com/healthcare/articles/aids-walk-delaware-marks-40-120700642.html</w:t>
        </w:r>
      </w:hyperlink>
      <w:r>
        <w:t xml:space="preserve"> - AIDS Walk Delaware will mark a milestone few HIV awareness events in the country can claim: 40 years of walking, advocating, and standing beside people living with HIV. The 40th Annual AIDS Walk Delaware will take place Saturday, September 19, 2026, at Brandywine Park in Wilmington and the Bandstand in downtown Rehoboth Beach. Check-in begins at 8:30 a.m., with the walk starting at 10 a.m. Co-hosted by AIDS Delaware and the Delaware HIV Consortium, the walk has brought together people with HIV, families, caregivers, advocates, healthcare providers, businesses, and volunteers for four decades. It serves as a fundraiser and a public show of support for prevention, care, and education, while reminding Delawareans that no one faces HIV alone. Funds raised support HIV-related services across Delaware, including prevention education, free HIV testing, linkage to care, food assistance, housing support, transportation, and medical case management.</w:t>
      </w:r>
      <w:r/>
    </w:p>
    <w:p>
      <w:pPr>
        <w:pStyle w:val="ListNumber"/>
        <w:spacing w:line="240" w:lineRule="auto"/>
        <w:ind w:left="720"/>
      </w:pPr>
      <w:r/>
      <w:hyperlink r:id="rId11">
        <w:r>
          <w:rPr>
            <w:color w:val="0000EE"/>
            <w:u w:val="single"/>
          </w:rPr>
          <w:t>https://www.rehobothbeachde.gov/event/aids-walk-delaware-2026/</w:t>
        </w:r>
      </w:hyperlink>
      <w:r>
        <w:t xml:space="preserve"> - AIDS Walk Delaware celebrates 40 years as one of the nation's longest-running HIV walks on Saturday, September 19, 2026. The event is co-hosted by AIDS Delaware and the Delaware HIV Consortium, bringing communities together in Wilmington's Brandywine Park and downtown Rehoboth Beach to honour lives affected by HIV, raise awareness, and support essential HIV services across Delaware. Check-in begins at 8:30 a.m., with the walk starting at 10 a.m. AIDS Walk Delaware provides critical financial support across the state for vital services for Delawareans living with or impacted by HIV, including free HIV testing, medical case management, housing, mental health counselling, discount pharmacy, and food assistance, as well as education and prevention programmes. This year, the event aims to raise $100,000 while bringing together more than 600 participants and volunteers to increase awareness of HIV and PrEP, strengthen prevention efforts, and foster community support and solidarity in the fight against HIV.</w:t>
      </w:r>
      <w:r/>
    </w:p>
    <w:p>
      <w:pPr>
        <w:pStyle w:val="ListNumber"/>
        <w:spacing w:line="240" w:lineRule="auto"/>
        <w:ind w:left="720"/>
      </w:pPr>
      <w:r/>
      <w:hyperlink r:id="rId13">
        <w:r>
          <w:rPr>
            <w:color w:val="0000EE"/>
            <w:u w:val="single"/>
          </w:rPr>
          <w:t>https://inwilmde.com/events/2026-aids-walk-delaware/</w:t>
        </w:r>
      </w:hyperlink>
      <w:r>
        <w:t xml:space="preserve"> - On Saturday, September 19, 2026, AIDS Walk Delaware celebrates 40 years as one of the nation's longest-running HIV walks. Join in Wilmington at Brandywine Park or in Rehoboth Beach at the Bandstand to honour four decades of advocacy, remembrance, education, and support for people living with HIV. For 40 years, AIDS Walk Delaware has brought communities together to raise awareness, fight stigma, and support those impacted by HIV. Every step helps fund essential HIV prevention, testing, care, and support services across Delaware. Whether you walk in memory of someone, in support of a loved one, or to help create a healthier future, your participation makes a difference.</w:t>
      </w:r>
      <w:r/>
    </w:p>
    <w:p>
      <w:pPr>
        <w:pStyle w:val="ListNumber"/>
        <w:spacing w:line="240" w:lineRule="auto"/>
        <w:ind w:left="720"/>
      </w:pPr>
      <w:r/>
      <w:hyperlink r:id="rId15">
        <w:r>
          <w:rPr>
            <w:color w:val="0000EE"/>
            <w:u w:val="single"/>
          </w:rPr>
          <w:t>https://happeningnext.com/event/2026-aids-walk-delaware-brandywine-park-wilmington-eid3a0dtjitjn</w:t>
        </w:r>
      </w:hyperlink>
      <w:r>
        <w:t xml:space="preserve"> - On Saturday, September 19, 2026, AIDS Walk Delaware celebrates 40 years as one of the nation's longest-running HIV walks. Join in Wilmington at Brandywine Park or in Rehoboth Beach at the Bandstand to honour four decades of advocacy, remembrance, education, and support for people living with HIV. For 40 years, AIDS Walk Delaware has brought communities together to raise awareness, fight stigma, and support those impacted by HIV. Every step helps fund essential HIV prevention, testing, care, and support services across Delaware. Whether you walk in memory of someone, in support of a loved one, or to help create a healthier future, your participation makes a difference.</w:t>
      </w:r>
      <w:r/>
    </w:p>
    <w:p>
      <w:pPr>
        <w:pStyle w:val="ListNumber"/>
        <w:spacing w:line="240" w:lineRule="auto"/>
        <w:ind w:left="720"/>
      </w:pPr>
      <w:r/>
      <w:hyperlink r:id="rId14">
        <w:r>
          <w:rPr>
            <w:color w:val="0000EE"/>
            <w:u w:val="single"/>
          </w:rPr>
          <w:t>https://www.givegab.com/campaigns/aids-walk-delaware-saturday-september-19-2026</w:t>
        </w:r>
      </w:hyperlink>
      <w:r>
        <w:t xml:space="preserve"> - AIDS Walk Delaware: Two Walks, One Day. On Saturday, September 19, 2026, as AIDS Walk Delaware celebrates 40 years as one of the nation's longest-running HIV walks. Join in Wilmington at Brandywine Park or in Rehoboth Beach at the Bandstand as we honour four decades of advocacy, remembrance, education, and support for people living with HIV. For 40 years, AIDS Walk Delaware has brought communities together to raise awareness, fight stigma, and support those impacted by HIV. Every step helps fund essential HIV prevention, testing, care, and support services across Delaware. Whether you walk in memory of someone, in support of a loved one, or to help create a healthier future, your participation makes a difference.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ownsquaredelaware.com/aids-walk-delaware-marks-40-years-of-advocacy-and-community-action/" TargetMode="External"/><Relationship Id="rId10" Type="http://schemas.openxmlformats.org/officeDocument/2006/relationships/hyperlink" Target="https://aidsdelaware.org/event/aids-walk-delaware-bandstand-rehoboth-beach/" TargetMode="External"/><Relationship Id="rId11" Type="http://schemas.openxmlformats.org/officeDocument/2006/relationships/hyperlink" Target="https://www.rehobothbeachde.gov/event/aids-walk-delaware-2026/" TargetMode="External"/><Relationship Id="rId12" Type="http://schemas.openxmlformats.org/officeDocument/2006/relationships/hyperlink" Target="https://finance.yahoo.com/healthcare/articles/aids-walk-delaware-marks-40-120700642.html" TargetMode="External"/><Relationship Id="rId13" Type="http://schemas.openxmlformats.org/officeDocument/2006/relationships/hyperlink" Target="https://inwilmde.com/events/2026-aids-walk-delaware/" TargetMode="External"/><Relationship Id="rId14" Type="http://schemas.openxmlformats.org/officeDocument/2006/relationships/hyperlink" Target="https://www.givegab.com/campaigns/aids-walk-delaware-saturday-september-19-2026" TargetMode="External"/><Relationship Id="rId15" Type="http://schemas.openxmlformats.org/officeDocument/2006/relationships/hyperlink" Target="https://happeningnext.com/event/2026-aids-walk-delaware-brandywine-park-wilmington-eid3a0dtjitj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