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LGBTQIA+ event in João Pessoa celebrates pride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are expected at Praça da Paz in Bancários, João Pessoa, on Saturday 26 September for the 6th Parada JP, a colourful evening of music, performance and LGBTQIA+ visibility. Starting at 17:24, the event will bring together residents, artists, allies and visitors for a celebration that pairs joyful entertainment with a clear message about respect and inclusion.</w:t>
      </w:r>
      <w:r/>
    </w:p>
    <w:p>
      <w:pPr>
        <w:pStyle w:val="Heading2"/>
      </w:pPr>
      <w:r>
        <w:t>Essential Takeaways</w:t>
      </w:r>
      <w:r/>
      <w:r/>
    </w:p>
    <w:p>
      <w:pPr>
        <w:pStyle w:val="ListBullet"/>
        <w:spacing w:line="240" w:lineRule="auto"/>
        <w:ind w:left="720"/>
      </w:pPr>
      <w:r/>
      <w:r>
        <w:rPr>
          <w:b/>
        </w:rPr>
        <w:t>When:</w:t>
      </w:r>
      <w:r>
        <w:t xml:space="preserve"> Saturday 26 September, from 17:24.</w:t>
      </w:r>
      <w:r/>
    </w:p>
    <w:p>
      <w:pPr>
        <w:pStyle w:val="ListBullet"/>
        <w:spacing w:line="240" w:lineRule="auto"/>
        <w:ind w:left="720"/>
      </w:pPr>
      <w:r/>
      <w:r>
        <w:rPr>
          <w:b/>
        </w:rPr>
        <w:t>Where:</w:t>
      </w:r>
      <w:r>
        <w:t xml:space="preserve"> Praça da Paz, Bancários, João Pessoa, Paraíba.</w:t>
      </w:r>
      <w:r/>
    </w:p>
    <w:p>
      <w:pPr>
        <w:pStyle w:val="ListBullet"/>
        <w:spacing w:line="240" w:lineRule="auto"/>
        <w:ind w:left="720"/>
      </w:pPr>
      <w:r/>
      <w:r>
        <w:rPr>
          <w:b/>
        </w:rPr>
        <w:t>What to expect:</w:t>
      </w:r>
      <w:r>
        <w:t xml:space="preserve"> Music, artistic performances and drag shows in a lively outdoor setting.</w:t>
      </w:r>
      <w:r/>
    </w:p>
    <w:p>
      <w:pPr>
        <w:pStyle w:val="ListBullet"/>
        <w:spacing w:line="240" w:lineRule="auto"/>
        <w:ind w:left="720"/>
      </w:pPr>
      <w:r/>
      <w:r>
        <w:rPr>
          <w:b/>
        </w:rPr>
        <w:t>Why it matters:</w:t>
      </w:r>
      <w:r>
        <w:t xml:space="preserve"> The parade links celebration with visibility, human rights and the fight against prejudice.</w:t>
      </w:r>
      <w:r/>
    </w:p>
    <w:p>
      <w:pPr>
        <w:pStyle w:val="ListBullet"/>
        <w:spacing w:line="240" w:lineRule="auto"/>
        <w:ind w:left="720"/>
      </w:pPr>
      <w:r/>
      <w:r>
        <w:rPr>
          <w:b/>
        </w:rPr>
        <w:t>Who’s behind it:</w:t>
      </w:r>
      <w:r>
        <w:t xml:space="preserve"> The event is organised by Iguais and Parada JP.</w:t>
      </w:r>
      <w:r/>
      <w:r/>
    </w:p>
    <w:p>
      <w:pPr>
        <w:pStyle w:val="Heading2"/>
      </w:pPr>
      <w:r>
        <w:t>Praça da Paz gets ready for a night of pride</w:t>
      </w:r>
      <w:r/>
    </w:p>
    <w:p>
      <w:r/>
      <w:r>
        <w:t>The strongest image from the 6th Parada JP is easy to picture: colourful flags, glitter catching the evening light and a public square gradually turning into a shared stage. Organisers expect the event to welcome the LGBTQIA+ community, friends, families, artists and anyone keen to support a more open João Pessoa.</w:t>
      </w:r>
      <w:r/>
    </w:p>
    <w:p>
      <w:r/>
      <w:r>
        <w:t>The parade begins at 17:24, giving visitors time to arrive before the music and performances gather pace. According to the event announcement, the evening is designed as both a celebration and a meeting point, with a warm, collective atmosphere rather than a formal civic gathering.</w:t>
      </w:r>
      <w:r/>
    </w:p>
    <w:p>
      <w:pPr>
        <w:pStyle w:val="Heading2"/>
      </w:pPr>
      <w:r>
        <w:t>Music, drag and plenty of energy</w:t>
      </w:r>
      <w:r/>
    </w:p>
    <w:p>
      <w:r/>
      <w:r>
        <w:t>Performance sits at the heart of the programme. Visitors can expect musical attractions, artistic presentations and drag performances, creating the sort of varied line-up that keeps an outdoor crowd moving and mingling.</w:t>
      </w:r>
      <w:r/>
    </w:p>
    <w:p>
      <w:r/>
      <w:r>
        <w:t>A confirmed attraction is Axé do Yuri, adding a strong musical presence to the event. For many attendees, that mix of live entertainment, expressive fashion and spontaneous dancing is part of the appeal. The best parades feel less like something to watch and more like something to join.</w:t>
      </w:r>
      <w:r/>
    </w:p>
    <w:p>
      <w:pPr>
        <w:pStyle w:val="Heading2"/>
      </w:pPr>
      <w:r>
        <w:t>More than a party, it’s a public statement</w:t>
      </w:r>
      <w:r/>
    </w:p>
    <w:p>
      <w:r/>
      <w:r>
        <w:t>The parade also carries a wider civic purpose. By occupying a central public space, it makes LGBTQIA+ people and their experiences visible while encouraging conversations about dignity, equality and citizenship.</w:t>
      </w:r>
      <w:r/>
    </w:p>
    <w:p>
      <w:r/>
      <w:r>
        <w:t>That context matters as public LGBTQIA+ events continue to draw large crowds across Brazil. Coverage of São Paulo’s major parade has shown the scale such gatherings can reach, but the importance of smaller city events lies in their local connections and direct sense of community.</w:t>
      </w:r>
      <w:r/>
    </w:p>
    <w:p>
      <w:r/>
      <w:r>
        <w:t>Recent reporting on legal action involving a church and pastors accused of associating LGBT people with paedophilia also underlines why visibility and accurate public discussion remain necessary. Celebration can't erase prejudice overnight, but it can challenge the silence that allows it to grow.</w:t>
      </w:r>
      <w:r/>
    </w:p>
    <w:p>
      <w:pPr>
        <w:pStyle w:val="Heading2"/>
      </w:pPr>
      <w:r>
        <w:t>Planning your visit to the 6th Parada JP</w:t>
      </w:r>
      <w:r/>
    </w:p>
    <w:p>
      <w:r/>
      <w:r>
        <w:t>If you're heading to Praça da Paz, choose comfortable footwear and clothing suited to a warm evening outdoors. A portable phone charger is a sensible addition, especially if you'll be taking photos, sharing videos or trying to find friends in the crowd.</w:t>
      </w:r>
      <w:r/>
    </w:p>
    <w:p>
      <w:r/>
      <w:r>
        <w:t>Arrive with a simple meeting point in mind, keep valuables secure and be considerate of the people around you. A fan, water and a touch of glitter may improve the experience, but the most important accessory is respect for different identities and ways of expressing them.</w:t>
      </w:r>
      <w:r/>
    </w:p>
    <w:p>
      <w:pPr>
        <w:pStyle w:val="Heading2"/>
      </w:pPr>
      <w:r>
        <w:t>Why this event matters to João Pessoa</w:t>
      </w:r>
      <w:r/>
    </w:p>
    <w:p>
      <w:r/>
      <w:r>
        <w:t>The 6th Parada JP helps turn diversity into something visible, local and shared. It brings together generations and social groups that might not otherwise meet, while giving artists and community voices room to be seen and heard.</w:t>
      </w:r>
      <w:r/>
    </w:p>
    <w:p>
      <w:r/>
      <w:r>
        <w:t>There’s also a quiet power in seeing an ordinary square transformed for one evening. When people can celebrate openly in a familiar neighbourhood, the message travels beyond the event itself: João Pessoa is at its best when everyone has room to belong.</w:t>
      </w:r>
      <w:r/>
    </w:p>
    <w:p>
      <w:r/>
      <w:r>
        <w:t>Bring the glitter, find your people and let Praça da Paz shine.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[4]</w:t>
        </w:r>
      </w:hyperlink>
      <w:r>
        <w:t xml:space="preserve">- Paragraph 5: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http://acontecesantyago.blogspot.com/2026/09/6-parada-jp-ocupa-praca-da-paz-com.html</w:t>
        </w:r>
      </w:hyperlink>
      <w:r>
        <w:t xml:space="preserve"> - Please view link - unable to able to access data</w:t>
      </w:r>
      <w:r/>
    </w:p>
    <w:p>
      <w:pPr>
        <w:pStyle w:val="ListNumber"/>
        <w:spacing w:line="240" w:lineRule="auto"/>
        <w:ind w:left="720"/>
      </w:pPr>
      <w:r/>
      <w:hyperlink r:id="rId10">
        <w:r>
          <w:rPr>
            <w:color w:val="0000EE"/>
            <w:u w:val="single"/>
          </w:rPr>
          <w:t>https://acontecesantyago.blogspot.com/2026/09/6-parada-jp-ocupa-praca-da-paz-com.html</w:t>
        </w:r>
      </w:hyperlink>
      <w:r>
        <w:t xml:space="preserve"> - The 6th Parada JP, a LGBTQIA+ event, is scheduled for Saturday, 26th September 2026, at Praça da Paz in the Bancários neighbourhood of João Pessoa, starting at 5:24 PM. Organised by Iguais and Parada JP, the event aims to celebrate diversity, freedom, and pride, featuring musical performances, drag queen shows, and artistic displays. The slogan for this year's parade is "Não existe democracia sem nós. Vote colorido!" emphasising the importance of political participation and representation for the LGBTQIA+ community.</w:t>
      </w:r>
      <w:r/>
    </w:p>
    <w:p>
      <w:pPr>
        <w:pStyle w:val="ListNumber"/>
        <w:spacing w:line="240" w:lineRule="auto"/>
        <w:ind w:left="720"/>
      </w:pPr>
      <w:r/>
      <w:hyperlink r:id="rId12">
        <w:r>
          <w:rPr>
            <w:color w:val="0000EE"/>
            <w:u w:val="single"/>
          </w:rPr>
          <w:t>https://acontecesantyago.blogspot.com/2026/09/axe-do-yuri-e-atracao-confirmada-da-6.html</w:t>
        </w:r>
      </w:hyperlink>
      <w:r>
        <w:t xml:space="preserve"> - Axé do Yuri has been confirmed as one of the attractions for the 6th Parada JP in João Pessoa. The event, taking place on 26th September 2026 at Praça da Paz in the Bancários neighbourhood, will commence at 5:24 PM. The performance by Axé do Yuri is expected to bring vibrant energy and joy to the celebration, reinforcing the parade's focus on diversity, inclusion, and the rights of the LGBTQIA+ community.</w:t>
      </w:r>
      <w:r/>
    </w:p>
    <w:p>
      <w:pPr>
        <w:pStyle w:val="ListNumber"/>
        <w:spacing w:line="240" w:lineRule="auto"/>
        <w:ind w:left="720"/>
      </w:pPr>
      <w:r/>
      <w:hyperlink r:id="rId11">
        <w:r>
          <w:rPr>
            <w:color w:val="0000EE"/>
            <w:u w:val="single"/>
          </w:rPr>
          <w:t>https://www.bol.uol.com.br/noticias/2026/06/07/30-edicao-da-parada-lgbt-reune-multidao-em-sao-paulo.htm</w:t>
        </w:r>
      </w:hyperlink>
      <w:r>
        <w:t xml:space="preserve"> - The 30th edition of the Parada do Orgulho LGBT+ took place on 7th June 2026, drawing thousands of participants to Avenida Paulista in São Paulo. The event blended festive carnival elements with political activism, advocating for LGBTQIA+ rights. Notable attractions included performances by Gloria Groove, Pablo Vittar, and Melody. Attendees were advised to use public transportation, with access points at various metro stations along the route.</w:t>
      </w:r>
      <w:r/>
    </w:p>
    <w:p>
      <w:pPr>
        <w:pStyle w:val="ListNumber"/>
        <w:spacing w:line="240" w:lineRule="auto"/>
        <w:ind w:left="720"/>
      </w:pPr>
      <w:r/>
      <w:hyperlink r:id="rId13">
        <w:r>
          <w:rPr>
            <w:color w:val="0000EE"/>
            <w:u w:val="single"/>
          </w:rPr>
          <w:t>https://noticias.uol.com.br/cotidiano/ultimas-noticias/2026/07/31/igreja-e-pastores-sao-condenados-por-associar-populacao-lgbt-a-pedofilia.ghtm?uol_app=true%3Ft%3Ft</w:t>
        </w:r>
      </w:hyperlink>
      <w:r>
        <w:t xml:space="preserve"> - The Ministry Voz da Verdade church and two of its pastors were condemned by the São Paulo Court of Justice for discriminatory speeches against the LGBTQIA+ community. During a 2023 service, one pastor linked the LGBTQIA+ community to paedophilia, stating "Tá aí... P... Pedófilo". The court upheld the decision of the 6th Civil Court of Santo André in a case filed by the Public Defender's Office of the State of São Paulo.</w:t>
      </w:r>
      <w:r/>
    </w:p>
    <w:p>
      <w:pPr>
        <w:pStyle w:val="ListNumber"/>
        <w:spacing w:line="240" w:lineRule="auto"/>
        <w:ind w:left="720"/>
      </w:pPr>
      <w:r/>
      <w:hyperlink r:id="rId14">
        <w:r>
          <w:rPr>
            <w:color w:val="0000EE"/>
            <w:u w:val="single"/>
          </w:rPr>
          <w:t>https://www.uol.com.br/esporte/futebol/ultimas-noticias/gazeta-esportiva/2026/03/15/coritiba-vence-a-segunda-seguida-e-remo-continua-em-jejum-no-brasileirao.htm</w:t>
        </w:r>
      </w:hyperlink>
      <w:r>
        <w:t xml:space="preserve"> - In the sixth round of the Brazilian Championship on 15th March 2026, Coritiba secured their second consecutive victory by defeating Remo 1-0 at Couto Pereira Stadium. With this win, Coritiba rose to sixth place in the standings with 10 points, while Remo remained in the penultimate position with three points, still seeking their first win of the season.</w:t>
      </w:r>
      <w:r/>
    </w:p>
    <w:p>
      <w:pPr>
        <w:pStyle w:val="ListNumber"/>
        <w:spacing w:line="240" w:lineRule="auto"/>
        <w:ind w:left="720"/>
      </w:pPr>
      <w:r/>
      <w:hyperlink r:id="rId15">
        <w:r>
          <w:rPr>
            <w:color w:val="0000EE"/>
            <w:u w:val="single"/>
          </w:rPr>
          <w:t>https://www.uol.com.br/esporte/futebol/ultimas-noticias/gazeta-esportiva/2026/03/15/com-um-a-mais-cruzeiro-empata-contra-o-vasco-e-segue-sem-vencer.htm</w:t>
        </w:r>
      </w:hyperlink>
      <w:r>
        <w:t xml:space="preserve"> - Despite playing with an extra man, Cruzeiro drew 3-3 against Vasco on 15th March 2026 at Mineirão Stadium. This result marked Cruzeiro's sixth match without a win in the Brazilian Championship, leaving them in the penultimate position with three points. Vasco, with five points, occupied the 15th spot in the standings.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acontecesantyago.blogspot.com/2026/09/6-parada-jp-ocupa-praca-da-paz-com.html" TargetMode="External"/><Relationship Id="rId10" Type="http://schemas.openxmlformats.org/officeDocument/2006/relationships/hyperlink" Target="https://acontecesantyago.blogspot.com/2026/09/6-parada-jp-ocupa-praca-da-paz-com.html" TargetMode="External"/><Relationship Id="rId11" Type="http://schemas.openxmlformats.org/officeDocument/2006/relationships/hyperlink" Target="https://www.bol.uol.com.br/noticias/2026/06/07/30-edicao-da-parada-lgbt-reune-multidao-em-sao-paulo.htm" TargetMode="External"/><Relationship Id="rId12" Type="http://schemas.openxmlformats.org/officeDocument/2006/relationships/hyperlink" Target="https://acontecesantyago.blogspot.com/2026/09/axe-do-yuri-e-atracao-confirmada-da-6.html" TargetMode="External"/><Relationship Id="rId13" Type="http://schemas.openxmlformats.org/officeDocument/2006/relationships/hyperlink" Target="https://noticias.uol.com.br/cotidiano/ultimas-noticias/2026/07/31/igreja-e-pastores-sao-condenados-por-associar-populacao-lgbt-a-pedofilia.ghtm?uol_app=true%3Ft%3Ft" TargetMode="External"/><Relationship Id="rId14" Type="http://schemas.openxmlformats.org/officeDocument/2006/relationships/hyperlink" Target="https://www.uol.com.br/esporte/futebol/ultimas-noticias/gazeta-esportiva/2026/03/15/coritiba-vence-a-segunda-seguida-e-remo-continua-em-jejum-no-brasileirao.htm" TargetMode="External"/><Relationship Id="rId15" Type="http://schemas.openxmlformats.org/officeDocument/2006/relationships/hyperlink" Target="https://www.uol.com.br/esporte/futebol/ultimas-noticias/gazeta-esportiva/2026/03/15/com-um-a-mais-cruzeiro-empata-contra-o-vasco-e-segue-sem-vencer.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