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Freddie Fraser’s Mum Shares Why His Bisexual Coming Out Felt So Scary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Freddie Fraser’s mum has opened up about the fear behind his bisexual coming out, revealing that her worry was never about his identity. Instead, she feared the cruelty he might face, making his happier, more open life at university feel especially meaningful.</w:t>
      </w:r>
      <w:r/>
    </w:p>
    <w:p>
      <w:pPr>
        <w:pStyle w:val="Heading2"/>
      </w:pPr>
      <w:r>
        <w:t>Essential Takeaways</w:t>
      </w:r>
      <w:r/>
      <w:r/>
    </w:p>
    <w:p>
      <w:pPr>
        <w:pStyle w:val="ListBullet"/>
        <w:spacing w:line="240" w:lineRule="auto"/>
        <w:ind w:left="720"/>
      </w:pPr>
      <w:r/>
      <w:r>
        <w:rPr>
          <w:b/>
        </w:rPr>
        <w:t>The fear was protective:</w:t>
      </w:r>
      <w:r>
        <w:t xml:space="preserve"> Kate worried people might mistreat Freddie because he was open about being bisexual.</w:t>
      </w:r>
      <w:r/>
    </w:p>
    <w:p>
      <w:pPr>
        <w:pStyle w:val="ListBullet"/>
        <w:spacing w:line="240" w:lineRule="auto"/>
        <w:ind w:left="720"/>
      </w:pPr>
      <w:r/>
      <w:r>
        <w:rPr>
          <w:b/>
        </w:rPr>
        <w:t>University brought confidence:</w:t>
      </w:r>
      <w:r>
        <w:t xml:space="preserve"> Studying broadcast journalism has helped him feel more comfortable being himself.</w:t>
      </w:r>
      <w:r/>
    </w:p>
    <w:p>
      <w:pPr>
        <w:pStyle w:val="ListBullet"/>
        <w:spacing w:line="240" w:lineRule="auto"/>
        <w:ind w:left="720"/>
      </w:pPr>
      <w:r/>
      <w:r>
        <w:rPr>
          <w:b/>
        </w:rPr>
        <w:t>Old memories still mattered:</w:t>
      </w:r>
      <w:r>
        <w:t xml:space="preserve"> His mum remembered the bullying and judgement he faced when he was younger.</w:t>
      </w:r>
      <w:r/>
    </w:p>
    <w:p>
      <w:pPr>
        <w:pStyle w:val="ListBullet"/>
        <w:spacing w:line="240" w:lineRule="auto"/>
        <w:ind w:left="720"/>
      </w:pPr>
      <w:r/>
      <w:r>
        <w:rPr>
          <w:b/>
        </w:rPr>
        <w:t>Support changed her outlook:</w:t>
      </w:r>
      <w:r>
        <w:t xml:space="preserve"> Freddie’s friends helped show her that his current world could be kinder.</w:t>
      </w:r>
      <w:r/>
    </w:p>
    <w:p>
      <w:pPr>
        <w:pStyle w:val="ListBullet"/>
        <w:spacing w:line="240" w:lineRule="auto"/>
        <w:ind w:left="720"/>
      </w:pPr>
      <w:r/>
      <w:r>
        <w:rPr>
          <w:b/>
        </w:rPr>
        <w:t>Love is part of the picture:</w:t>
      </w:r>
      <w:r>
        <w:t xml:space="preserve"> His relationship with Bailey Ramsden sits alongside his studies and growing confidence.</w:t>
      </w:r>
      <w:r/>
      <w:r/>
    </w:p>
    <w:p>
      <w:pPr>
        <w:pStyle w:val="Heading2"/>
      </w:pPr>
      <w:r>
        <w:t>His mum was afraid of cruelty, not bisexuality</w:t>
      </w:r>
      <w:r/>
    </w:p>
    <w:p>
      <w:r/>
      <w:r>
        <w:t>The most striking part of Freddie Fraser’s coming out story isn’t shock or rejection. It’s the protective fear his mum, Kate, described afterwards.</w:t>
      </w:r>
      <w:r/>
    </w:p>
    <w:p>
      <w:r/>
      <w:r>
        <w:t>When Fraser came out as bisexual, she said she was “petrified” that other people might treat him badly. As reported by PinkNews, the concern came from remembering what he’d experienced earlier in life, rather than from any difficulty accepting his sexuality.</w:t>
      </w:r>
      <w:r/>
    </w:p>
    <w:p>
      <w:r/>
      <w:r>
        <w:t>That distinction matters. Families can be completely supportive of someone’s identity while still fearing the world around them. It’s an anxious kind of love, and one many parents will recognise.</w:t>
      </w:r>
      <w:r/>
    </w:p>
    <w:p>
      <w:pPr>
        <w:pStyle w:val="Heading2"/>
      </w:pPr>
      <w:r>
        <w:t>University has given Freddie room to breathe</w:t>
      </w:r>
      <w:r/>
    </w:p>
    <w:p>
      <w:r/>
      <w:r>
        <w:t>Fraser is now studying for a master’s degree in broadcast journalism at City St George’s, University of London. Being open about his identity there has reportedly helped him reclaim a part of himself he once kept guarded.</w:t>
      </w:r>
      <w:r/>
    </w:p>
    <w:p>
      <w:r/>
      <w:r>
        <w:t>According to Attitude, his university experience has offered a fresh sense of freedom and belonging. There’s something quietly powerful about being able to introduce yourself honestly without first calculating how others might react.</w:t>
      </w:r>
      <w:r/>
    </w:p>
    <w:p>
      <w:r/>
      <w:r>
        <w:t>For someone who has lived through judgement, that openness can feel less like a grand announcement and more like finally lowering your shoulders.</w:t>
      </w:r>
      <w:r/>
    </w:p>
    <w:p>
      <w:pPr>
        <w:pStyle w:val="Heading2"/>
      </w:pPr>
      <w:r>
        <w:t>A happier chapter with Bailey Ramsden</w:t>
      </w:r>
      <w:r/>
    </w:p>
    <w:p>
      <w:r/>
      <w:r>
        <w:t>Fraser has also been sharing his relationship with boyfriend Bailey Ramsden, giving followers a glimpse of a life that feels open rather than carefully managed.</w:t>
      </w:r>
      <w:r/>
    </w:p>
    <w:p>
      <w:r/>
      <w:r>
        <w:t>Media Mole reported that Kate’s perspective shifted as she saw the support surrounding her son. His friends helped challenge her expectation that coming out would automatically lead to more pain, while his happiness gave her a reason to feel hopeful.</w:t>
      </w:r>
      <w:r/>
    </w:p>
    <w:p>
      <w:r/>
      <w:r>
        <w:t>That doesn’t erase the difficult memories, but it does show how a supportive circle can change the emotional weather around someone’s identity. Sometimes the best reassurance isn’t a speech. It’s seeing a loved one laugh, relax and stop hiding.</w:t>
      </w:r>
      <w:r/>
    </w:p>
    <w:p>
      <w:pPr>
        <w:pStyle w:val="Heading2"/>
      </w:pPr>
      <w:r>
        <w:t>Why this coming-out story feels different</w:t>
      </w:r>
      <w:r/>
    </w:p>
    <w:p>
      <w:r/>
      <w:r>
        <w:t>Coming-out stories are often framed around the moment of disclosure, but Fraser’s experience highlights what comes next. The bigger question is whether a person can live openly without bracing for rejection.</w:t>
      </w:r>
      <w:r/>
    </w:p>
    <w:p>
      <w:r/>
      <w:r>
        <w:t>Gay Times reported on Fraser publicly embracing his identity alongside his relationship, while Outsports placed the story in the wider context of LGBTQ+ visibility and homophobia. Together, those details underline why representation still matters, particularly for people entering new spaces such as university or the workplace.</w:t>
      </w:r>
      <w:r/>
    </w:p>
    <w:p>
      <w:r/>
      <w:r>
        <w:t>For families, the lesson is just as important. Support doesn’t always mean having no fear; sometimes it means learning not to let that fear decide what a loved one’s future should look like.</w:t>
      </w:r>
      <w:r/>
    </w:p>
    <w:p>
      <w:pPr>
        <w:pStyle w:val="Heading2"/>
      </w:pPr>
      <w:r>
        <w:t>A small, emotional sign of progress</w:t>
      </w:r>
      <w:r/>
    </w:p>
    <w:p>
      <w:r/>
      <w:r>
        <w:t>Kate’s reaction carries both relief and pride. She had imagined the worst, then watched her son find friendship, love and confidence instead.</w:t>
      </w:r>
      <w:r/>
    </w:p>
    <w:p>
      <w:r/>
      <w:r>
        <w:t>Gayvox highlighted the emotional side of that change, including Kate’s happiness at seeing Freddie flourish. It’s a reminder that progress can be personal and wonderfully ordinary: a student building a career, a partner sharing his life and a mum realising the future may be gentler than she feared.</w:t>
      </w:r>
      <w:r/>
    </w:p>
    <w:p>
      <w:r/>
      <w:r>
        <w:t>That’s why Fraser’s update resonates. It isn’t only about coming out. It’s about being seen, supported and finally allowed to feel safe.</w:t>
      </w:r>
      <w:r/>
    </w:p>
    <w:p>
      <w:r/>
      <w:r>
        <w:t>Explore more LGBTQ+ stories that make space for honesty, love and happier endings.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https://b-gay.com/when-freddie-fraser-came-out-his-mum-was-terrified-not-for-the-reason-you-might-think/</w:t>
        </w:r>
      </w:hyperlink>
      <w:r>
        <w:t xml:space="preserve"> - Please view link - unable to able to access data</w:t>
      </w:r>
      <w:r/>
    </w:p>
    <w:p>
      <w:pPr>
        <w:pStyle w:val="ListNumber"/>
        <w:spacing w:line="240" w:lineRule="auto"/>
        <w:ind w:left="720"/>
      </w:pPr>
      <w:r/>
      <w:hyperlink r:id="rId10">
        <w:r>
          <w:rPr>
            <w:color w:val="0000EE"/>
            <w:u w:val="single"/>
          </w:rPr>
          <w:t>https://www.thepinknews.com/2026/09/25/freddie-fraser-bisexual-mum-comment/</w:t>
        </w:r>
      </w:hyperlink>
      <w:r>
        <w:t xml:space="preserve"> - Freddie Fraser, known from 'The Traitors', shared his experience of returning to university as an openly bisexual student. In an Instagram Reel, he discussed the ease of being open about his sexuality at City St George’s, University of London, where he's pursuing an MA in Broadcast Journalism. His mother, Kate, commented on his post, expressing pride and initial fear that people might be unkind to him, recalling his past experiences. She acknowledged the positive changes and expressed happiness seeing him so content.</w:t>
      </w:r>
      <w:r/>
    </w:p>
    <w:p>
      <w:pPr>
        <w:pStyle w:val="ListNumber"/>
        <w:spacing w:line="240" w:lineRule="auto"/>
        <w:ind w:left="720"/>
      </w:pPr>
      <w:r/>
      <w:hyperlink r:id="rId11">
        <w:r>
          <w:rPr>
            <w:color w:val="0000EE"/>
            <w:u w:val="single"/>
          </w:rPr>
          <w:t>https://www.attitude.co.uk/culture/freddie-frasers-mum-response-to-coming-out-bisexual-535458/</w:t>
        </w:r>
      </w:hyperlink>
      <w:r>
        <w:t xml:space="preserve"> - Freddie Fraser, a participant in 'The Traitors', opened up about his first days at City St George’s, University of London, as an openly bisexual student. He shared that being open about his identity has helped him reclaim a part of himself that was once fearful of judgment. His mother, Kate, commented on his Instagram post, expressing pride and initial fear that people might be unkind to him, recalling his past experiences. She acknowledged the positive changes and expressed happiness seeing him so content.</w:t>
      </w:r>
      <w:r/>
    </w:p>
    <w:p>
      <w:pPr>
        <w:pStyle w:val="ListNumber"/>
        <w:spacing w:line="240" w:lineRule="auto"/>
        <w:ind w:left="720"/>
      </w:pPr>
      <w:r/>
      <w:hyperlink r:id="rId12">
        <w:r>
          <w:rPr>
            <w:color w:val="0000EE"/>
            <w:u w:val="single"/>
          </w:rPr>
          <w:t>https://mediamole.co.uk/tv/the-traitors-stars-mum-so-proud-of-him-coming-out/38378/</w:t>
        </w:r>
      </w:hyperlink>
      <w:r>
        <w:t xml:space="preserve"> - Freddie Fraser, known from 'The Traitors', shared his experience of returning to university as an openly bisexual student. In an Instagram Reel, he discussed the ease of being open about his sexuality at City St George’s, University of London, where he's pursuing an MA in Broadcast Journalism. His mother, Kate, commented on his post, expressing pride and initial fear that people might be unkind to him, recalling his past experiences. She acknowledged the positive changes and expressed happiness seeing him so content.</w:t>
      </w:r>
      <w:r/>
    </w:p>
    <w:p>
      <w:pPr>
        <w:pStyle w:val="ListNumber"/>
        <w:spacing w:line="240" w:lineRule="auto"/>
        <w:ind w:left="720"/>
      </w:pPr>
      <w:r/>
      <w:hyperlink r:id="rId13">
        <w:r>
          <w:rPr>
            <w:color w:val="0000EE"/>
            <w:u w:val="single"/>
          </w:rPr>
          <w:t>https://www.gayvox.fr/la-reaction-emotionnelle-de-la-mere-de-freddie-fraser-star-des-traitors-a-son-coming-out</w:t>
        </w:r>
      </w:hyperlink>
      <w:r>
        <w:t xml:space="preserve"> - Freddie Fraser, known from 'The Traitors', shared his experience of returning to university as an openly bisexual student. In an Instagram Reel, he discussed the ease of being open about his sexuality at City St George’s, University of London, where he's pursuing an MA in Broadcast Journalism. His mother, Kate, commented on his post, expressing pride and initial fear that people might be unkind to him, recalling his past experiences. She acknowledged the positive changes and expressed happiness seeing him so content.</w:t>
      </w:r>
      <w:r/>
    </w:p>
    <w:p>
      <w:pPr>
        <w:pStyle w:val="ListNumber"/>
        <w:spacing w:line="240" w:lineRule="auto"/>
        <w:ind w:left="720"/>
      </w:pPr>
      <w:r/>
      <w:hyperlink r:id="rId14">
        <w:r>
          <w:rPr>
            <w:color w:val="0000EE"/>
            <w:u w:val="single"/>
          </w:rPr>
          <w:t>https://www.outsports.com/2026/9/4/24142722/freddie-fraser-the-traitors-boyfriend-coming-out-bisexual-lgbtq-gay-homophobia/</w:t>
        </w:r>
      </w:hyperlink>
      <w:r>
        <w:t xml:space="preserve"> - Freddie Fraser, a former national track champion and participant in 'The Traitors', publicly came out as bisexual and introduced his boyfriend, Bailey Ramsden. Fraser discussed his journey of self-discovery, revealing he realised his bisexuality about six or seven months ago. He shared his initial reluctance to come out due to concerns about societal perceptions and the potential for proving assumptions right. Fraser also recounted how he met Ramsden through social media, leading to their current relationship.</w:t>
      </w:r>
      <w:r/>
    </w:p>
    <w:p>
      <w:pPr>
        <w:pStyle w:val="ListNumber"/>
        <w:spacing w:line="240" w:lineRule="auto"/>
        <w:ind w:left="720"/>
      </w:pPr>
      <w:r/>
      <w:hyperlink r:id="rId15">
        <w:r>
          <w:rPr>
            <w:color w:val="0000EE"/>
            <w:u w:val="single"/>
          </w:rPr>
          <w:t>https://www.gaytimes.com/the-traitors-star-freddie-fraser-comes-out-as-queer-as-he-hard-launches-boyfriend/</w:t>
        </w:r>
      </w:hyperlink>
      <w:r>
        <w:t xml:space="preserve"> - Freddie Fraser, a participant in 'The Traitors', publicly came out as queer and introduced his boyfriend, Bailey Ramsden. Fraser shared photos of the couple on Instagram, marking a significant moment in his journey. The reality star received support from fellow queer celebrities, who welcomed him to the community. Fraser's openness about his sexuality and relationship highlights the importance of representation and acceptance within the entertainment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when-freddie-fraser-came-out-his-mum-was-terrified-not-for-the-reason-you-might-think/" TargetMode="External"/><Relationship Id="rId10" Type="http://schemas.openxmlformats.org/officeDocument/2006/relationships/hyperlink" Target="https://www.thepinknews.com/2026/09/25/freddie-fraser-bisexual-mum-comment/" TargetMode="External"/><Relationship Id="rId11" Type="http://schemas.openxmlformats.org/officeDocument/2006/relationships/hyperlink" Target="https://www.attitude.co.uk/culture/freddie-frasers-mum-response-to-coming-out-bisexual-535458/" TargetMode="External"/><Relationship Id="rId12" Type="http://schemas.openxmlformats.org/officeDocument/2006/relationships/hyperlink" Target="https://mediamole.co.uk/tv/the-traitors-stars-mum-so-proud-of-him-coming-out/38378/" TargetMode="External"/><Relationship Id="rId13" Type="http://schemas.openxmlformats.org/officeDocument/2006/relationships/hyperlink" Target="https://www.gayvox.fr/la-reaction-emotionnelle-de-la-mere-de-freddie-fraser-star-des-traitors-a-son-coming-out" TargetMode="External"/><Relationship Id="rId14" Type="http://schemas.openxmlformats.org/officeDocument/2006/relationships/hyperlink" Target="https://www.outsports.com/2026/9/4/24142722/freddie-fraser-the-traitors-boyfriend-coming-out-bisexual-lgbtq-gay-homophobia/" TargetMode="External"/><Relationship Id="rId15" Type="http://schemas.openxmlformats.org/officeDocument/2006/relationships/hyperlink" Target="https://www.gaytimes.com/the-traitors-star-freddie-fraser-comes-out-as-queer-as-he-hard-launches-boyfrie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