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Transgender Books for Kids, Families and Curious Readers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parents and educators are seeking transgender books that explain identity with warmth rather than jargon. From gentle picture books for young children to practical guides for families, these titles offer accessible ways to start thoughtful conversations and help readers feel seen.</w:t>
      </w:r>
      <w:r/>
    </w:p>
    <w:p>
      <w:pPr>
        <w:pStyle w:val="Heading2"/>
      </w:pPr>
      <w:r>
        <w:t>Essential Takeaways</w:t>
      </w:r>
      <w:r/>
      <w:r/>
    </w:p>
    <w:p>
      <w:pPr>
        <w:pStyle w:val="ListBullet"/>
        <w:spacing w:line="240" w:lineRule="auto"/>
        <w:ind w:left="720"/>
      </w:pPr>
      <w:r/>
      <w:r>
        <w:rPr>
          <w:b/>
        </w:rPr>
        <w:t>A gentle starting point:</w:t>
      </w:r>
      <w:r>
        <w:t xml:space="preserve"> </w:t>
      </w:r>
      <w:r>
        <w:rPr>
          <w:i/>
        </w:rPr>
        <w:t>It Feels Good to Be Yourself</w:t>
      </w:r>
      <w:r>
        <w:t xml:space="preserve"> introduces gender identity through four children and welcoming illustrations.</w:t>
      </w:r>
      <w:r/>
    </w:p>
    <w:p>
      <w:pPr>
        <w:pStyle w:val="ListBullet"/>
        <w:spacing w:line="240" w:lineRule="auto"/>
        <w:ind w:left="720"/>
      </w:pPr>
      <w:r/>
      <w:r>
        <w:rPr>
          <w:b/>
        </w:rPr>
        <w:t>Broad family appeal:</w:t>
      </w:r>
      <w:r>
        <w:t xml:space="preserve"> </w:t>
      </w:r>
      <w:r>
        <w:rPr>
          <w:i/>
        </w:rPr>
        <w:t>The Every Body Book</w:t>
      </w:r>
      <w:r>
        <w:t xml:space="preserve"> covers bodies, gender, sexuality and different family structures in clear language.</w:t>
      </w:r>
      <w:r/>
    </w:p>
    <w:p>
      <w:pPr>
        <w:pStyle w:val="ListBullet"/>
        <w:spacing w:line="240" w:lineRule="auto"/>
        <w:ind w:left="720"/>
      </w:pPr>
      <w:r/>
      <w:r>
        <w:rPr>
          <w:b/>
        </w:rPr>
        <w:t>Visual learning helps:</w:t>
      </w:r>
      <w:r>
        <w:t xml:space="preserve"> Picture books and illustrated guides can make unfamiliar terminology feel less intimidating.</w:t>
      </w:r>
      <w:r/>
    </w:p>
    <w:p>
      <w:pPr>
        <w:pStyle w:val="ListBullet"/>
        <w:spacing w:line="240" w:lineRule="auto"/>
        <w:ind w:left="720"/>
      </w:pPr>
      <w:r/>
      <w:r>
        <w:rPr>
          <w:b/>
        </w:rPr>
        <w:t>Choose for the reader:</w:t>
      </w:r>
      <w:r>
        <w:t xml:space="preserve"> Age, reading confidence and the reason for buying matter as much as the subject.</w:t>
      </w:r>
      <w:r/>
    </w:p>
    <w:p>
      <w:pPr>
        <w:pStyle w:val="ListBullet"/>
        <w:spacing w:line="240" w:lineRule="auto"/>
        <w:ind w:left="720"/>
      </w:pPr>
      <w:r/>
      <w:r>
        <w:rPr>
          <w:b/>
        </w:rPr>
        <w:t>Check the details:</w:t>
      </w:r>
      <w:r>
        <w:t xml:space="preserve"> Availability, editions and prices can change, especially for smaller independent titles.</w:t>
      </w:r>
      <w:r/>
      <w:r/>
    </w:p>
    <w:p>
      <w:pPr>
        <w:pStyle w:val="Heading2"/>
      </w:pPr>
      <w:r>
        <w:t>The best books make a difficult conversation feel natural</w:t>
      </w:r>
      <w:r/>
    </w:p>
    <w:p>
      <w:r/>
      <w:r>
        <w:t>A good transgender book doesn't arrive like a lecture. It opens a door gently, perhaps with bright artwork, a reassuring phrase or a character who looks wonderfully ordinary while asking an important question.</w:t>
      </w:r>
      <w:r/>
    </w:p>
    <w:p>
      <w:r/>
      <w:r>
        <w:t xml:space="preserve">For younger readers, </w:t>
      </w:r>
      <w:r>
        <w:rPr>
          <w:i/>
        </w:rPr>
        <w:t>It Feels Good to Be Yourself</w:t>
      </w:r>
      <w:r>
        <w:t xml:space="preserve"> is a particularly approachable introduction. Reviews from Common Sense Media, Kirkus Reviews and Spirituality &amp; Practice highlight its warm treatment of gender identity, making it suitable for shared reading with children rather than leaving them to decode unfamiliar ideas alone.</w:t>
      </w:r>
      <w:r/>
    </w:p>
    <w:p>
      <w:r/>
      <w:r>
        <w:t>That matters because children often respond to stories before definitions. A character's experience can give a parent or teacher a natural opening: What did you notice? How did that character feel? What would kindness look like here?</w:t>
      </w:r>
      <w:r/>
    </w:p>
    <w:p>
      <w:pPr>
        <w:pStyle w:val="Heading2"/>
      </w:pPr>
      <w:r>
        <w:t>A picture book with room for different experiences</w:t>
      </w:r>
      <w:r/>
    </w:p>
    <w:p>
      <w:r/>
      <w:r>
        <w:t>Theresa Thorn's story introduces children with varied relationships to gender, including a transgender girl, a cisgender boy, a non-binary child and a child who doesn't identify as either a boy or a girl. The approach is simple, colourful and deliberately low-pressure.</w:t>
      </w:r>
      <w:r/>
    </w:p>
    <w:p>
      <w:r/>
      <w:r>
        <w:t>Kirkus Reviews praised the book's affirming tone, while Common Sense Media presents it as an accessible choice for younger children. The result is a book that can work in a home, classroom or library corner without making one child carry the whole conversation.</w:t>
      </w:r>
      <w:r/>
    </w:p>
    <w:p>
      <w:r/>
      <w:r>
        <w:t>It's also worth remembering that a picture book isn't only for the child who is questioning. It can help classmates, siblings and adults learn the language of respect too. Sometimes the quietest book on the shelf does the most useful work.</w:t>
      </w:r>
      <w:r/>
    </w:p>
    <w:p>
      <w:pPr>
        <w:pStyle w:val="Heading2"/>
      </w:pPr>
      <w:r>
        <w:t>Looking beyond one identity</w:t>
      </w:r>
      <w:r/>
    </w:p>
    <w:p>
      <w:r/>
      <w:r>
        <w:t xml:space="preserve">Readers wanting a wider introduction may prefer </w:t>
      </w:r>
      <w:r>
        <w:rPr>
          <w:i/>
        </w:rPr>
        <w:t>The Every Body Book</w:t>
      </w:r>
      <w:r>
        <w:t>, which takes in bodies, gender, sexuality and families rather than focusing solely on transgender experience. The book's broader scope makes it useful when a family wants one resource that reflects the real variety of modern households.</w:t>
      </w:r>
      <w:r/>
    </w:p>
    <w:p>
      <w:r/>
      <w:r>
        <w:t>The University of British Columbia Press describes it as an inclusive guide, while Goodreads reader feedback points to its value as a straightforward, family-friendly reference. That combination can be handy for adults who want accurate information without turning a bedtime chat into a seminar.</w:t>
      </w:r>
      <w:r/>
    </w:p>
    <w:p>
      <w:r/>
      <w:r>
        <w:t>The trade-off is focus. Because it covers several connected subjects, it won't go as deeply into transgender identity as a specialist handbook. Still, for elementary-age readers and caregivers looking for a wider starting point, its inclusive outlook feels practical rather than overwhelming.</w:t>
      </w:r>
      <w:r/>
    </w:p>
    <w:p>
      <w:pPr>
        <w:pStyle w:val="Heading2"/>
      </w:pPr>
      <w:r>
        <w:t>How to choose the right transgender book</w:t>
      </w:r>
      <w:r/>
    </w:p>
    <w:p>
      <w:r/>
      <w:r>
        <w:t>Start with the reader, not the search term. A four-year-old may need pictures and a few clear sentences, while an older child may want examples, vocabulary and space to ask more complicated questions. A parent or professional, meanwhile, may need detailed guidance on school, wellbeing and communication.</w:t>
      </w:r>
      <w:r/>
    </w:p>
    <w:p>
      <w:r/>
      <w:r>
        <w:t>For a first conversation, look for plain language, respectful illustrations and a tone that treats gender diversity as part of ordinary human life. Reviews from Common Sense Media and Spirituality &amp; Practice both support the idea that accessibility is a strength here, not a lack of depth.</w:t>
      </w:r>
      <w:r/>
    </w:p>
    <w:p>
      <w:r/>
      <w:r>
        <w:t>It's also sensible to preview any book before sharing it. Check the reading level, the terminology used and whether it matches your family's immediate needs. The perfect title isn't necessarily the most comprehensive one; it's the book that helps this particular reader feel safe enough to keep asking questions.</w:t>
      </w:r>
      <w:r/>
    </w:p>
    <w:p>
      <w:pPr>
        <w:pStyle w:val="Heading2"/>
      </w:pPr>
      <w:r>
        <w:t>Why inclusive books still matter</w:t>
      </w:r>
      <w:r/>
    </w:p>
    <w:p>
      <w:r/>
      <w:r>
        <w:t>The value of these books extends beyond the page. Inclusive stories can give children a vocabulary for talking about themselves, while giving adults a less awkward way to listen and respond. They can also help classrooms reflect the families and identities already present in them.</w:t>
      </w:r>
      <w:r/>
    </w:p>
    <w:p>
      <w:r/>
      <w:r>
        <w:t>At the same time, no single title can represent every transgender or non-binary experience. A picture book is a beginning, not a complete education, and readers may eventually want memoirs, workbooks or specialist guidance from trusted organisations and professionals.</w:t>
      </w:r>
      <w:r/>
    </w:p>
    <w:p>
      <w:r/>
      <w:r>
        <w:t>That progression is healthy. Start with a story, follow the questions, and let understanding grow at a human pace. As the best children’s books prove, clarity doesn't have to be cold.</w:t>
      </w:r>
      <w:r/>
    </w:p>
    <w:p>
      <w:r/>
      <w:r>
        <w:t>Choose the book that meets your reader gently, then let the conversation unfold.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3">
        <w:r>
          <w:rPr>
            <w:color w:val="0000EE"/>
            <w:u w:val="single"/>
          </w:rPr>
          <w:t>[5]</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4">
        <w:r>
          <w:rPr>
            <w:color w:val="0000EE"/>
            <w:u w:val="single"/>
          </w:rPr>
          <w:t>[6]</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1">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https://translgbtq.com/15-best-transgender-books-2026/</w:t>
        </w:r>
      </w:hyperlink>
      <w:r>
        <w:t xml:space="preserve"> - Please view link - unable to able to access data</w:t>
      </w:r>
      <w:r/>
    </w:p>
    <w:p>
      <w:pPr>
        <w:pStyle w:val="ListNumber"/>
        <w:spacing w:line="240" w:lineRule="auto"/>
        <w:ind w:left="720"/>
      </w:pPr>
      <w:r/>
      <w:hyperlink r:id="rId10">
        <w:r>
          <w:rPr>
            <w:color w:val="0000EE"/>
            <w:u w:val="single"/>
          </w:rPr>
          <w:t>https://www.commonsensemedia.org/book-reviews/it-feels-good-to-be-yourself</w:t>
        </w:r>
      </w:hyperlink>
      <w:r>
        <w:t xml:space="preserve"> - This review from Common Sense Media discusses 'It Feels Good to Be Yourself' by Theresa Thorn, highlighting its inclusive and clear approach to explaining gender identity to children. The book introduces four children with diverse gender identities and emphasizes the importance of self-acceptance and love. It is praised for its gentle tone and diverse illustrations, making it suitable for young readers aged 4 and up. The review also provides guidance for parents on discussing gender with their children.</w:t>
      </w:r>
      <w:r/>
    </w:p>
    <w:p>
      <w:pPr>
        <w:pStyle w:val="ListNumber"/>
        <w:spacing w:line="240" w:lineRule="auto"/>
        <w:ind w:left="720"/>
      </w:pPr>
      <w:r/>
      <w:hyperlink r:id="rId11">
        <w:r>
          <w:rPr>
            <w:color w:val="0000EE"/>
            <w:u w:val="single"/>
          </w:rPr>
          <w:t>https://www.kirkusreviews.com/book-reviews/theresa-thorn/it-feels-good-to-be-yourself/</w:t>
        </w:r>
      </w:hyperlink>
      <w:r>
        <w:t xml:space="preserve"> - Kirkus Reviews offers an insightful critique of 'It Feels Good to Be Yourself' by Theresa Thorn, commending its straightforward and expansive framing of gender. The book introduces four children with different gender identities and uses intentional language to normalize each child's experience. The review highlights the book's emphasis on curiosity, joy, and positive self-expression, making it a valuable resource for young readers seeking to understand gender diversity.</w:t>
      </w:r>
      <w:r/>
    </w:p>
    <w:p>
      <w:pPr>
        <w:pStyle w:val="ListNumber"/>
        <w:spacing w:line="240" w:lineRule="auto"/>
        <w:ind w:left="720"/>
      </w:pPr>
      <w:r/>
      <w:hyperlink r:id="rId12">
        <w:r>
          <w:rPr>
            <w:color w:val="0000EE"/>
            <w:u w:val="single"/>
          </w:rPr>
          <w:t>https://www.goodreads.com/book/show/48853636-the-every-body-book</w:t>
        </w:r>
      </w:hyperlink>
      <w:r>
        <w:t xml:space="preserve"> - Goodreads provides a comprehensive overview of 'The Every Body Book: The LGBTQ+ Inclusive Guide for Kids about Sex, Gender, Bodies, and Families' by Rachel E. Simon. The book is praised for its vibrant illustrations and inclusive approach to teaching children about sex, gender, and relationships. It covers topics such as puberty, hormones, consent, and family structures, using gender-neutral language and celebrating diversity. The Goodreads page includes user ratings and reviews, reflecting its positive reception among readers.</w:t>
      </w:r>
      <w:r/>
    </w:p>
    <w:p>
      <w:pPr>
        <w:pStyle w:val="ListNumber"/>
        <w:spacing w:line="240" w:lineRule="auto"/>
        <w:ind w:left="720"/>
      </w:pPr>
      <w:r/>
      <w:hyperlink r:id="rId13">
        <w:r>
          <w:rPr>
            <w:color w:val="0000EE"/>
            <w:u w:val="single"/>
          </w:rPr>
          <w:t>https://www.ubcpress.ca/the-every-body-book</w:t>
        </w:r>
      </w:hyperlink>
      <w:r>
        <w:t xml:space="preserve"> - UBC Press details 'The Every Body Book' by Rachel E. Simon, emphasizing its role as a comprehensive resource for children aged 8-12. The book is lauded for its inclusive content, covering a wide range of topics related to sex, gender, and relationships. It uses gender-neutral language and celebrates diversity in all its forms, including race, ethnicity, faith, bodies, gender, and sexuality. The UBC Press page provides information on the book's publication details and availability.</w:t>
      </w:r>
      <w:r/>
    </w:p>
    <w:p>
      <w:pPr>
        <w:pStyle w:val="ListNumber"/>
        <w:spacing w:line="240" w:lineRule="auto"/>
        <w:ind w:left="720"/>
      </w:pPr>
      <w:r/>
      <w:hyperlink r:id="rId14">
        <w:r>
          <w:rPr>
            <w:color w:val="0000EE"/>
            <w:u w:val="single"/>
          </w:rPr>
          <w:t>https://www.spiritualityandpractice.com/book-reviews/view/28783/it-feels-good-to-be-yourself</w:t>
        </w:r>
      </w:hyperlink>
      <w:r>
        <w:t xml:space="preserve"> - Spirituality &amp; Practice offers a thoughtful review of 'It Feels Good to Be Yourself' by Theresa Thorn, highlighting its engaging and helpful introduction to varied gender expressions. The review discusses the book's approach to explaining gender identity to young readers and its emphasis on self-acceptance and understanding. It also notes the book's vibrant illustrations and clear language, making it an accessible resource for children and caregivers alike.</w:t>
      </w:r>
      <w:r/>
    </w:p>
    <w:p>
      <w:pPr>
        <w:pStyle w:val="ListNumber"/>
        <w:spacing w:line="240" w:lineRule="auto"/>
        <w:ind w:left="720"/>
      </w:pPr>
      <w:r/>
      <w:hyperlink r:id="rId15">
        <w:r>
          <w:rPr>
            <w:color w:val="0000EE"/>
            <w:u w:val="single"/>
          </w:rPr>
          <w:t>https://www.mitpressbookstore.mit.edu/book/9781787751736</w:t>
        </w:r>
      </w:hyperlink>
      <w:r>
        <w:t xml:space="preserve"> - The MIT Press Bookstore provides details on 'The Every Body Book: The LGBTQ+ Inclusive Guide for Kids about Sex, Gender, Bodies, and Families' by Rachel E. Simon. The book is highlighted for its vibrant and beautifully illustrated content that teaches children about sex, gender, and relationships in an inclusive manner. It covers topics such as puberty, hormones, pregnancy, consent, and family structures, using gender-neutral language and celebrating diversity. The page includes information on the book's publication date, publisher, and price.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ranslgbtq.com/15-best-transgender-books-2026/" TargetMode="External"/><Relationship Id="rId10" Type="http://schemas.openxmlformats.org/officeDocument/2006/relationships/hyperlink" Target="https://www.commonsensemedia.org/book-reviews/it-feels-good-to-be-yourself" TargetMode="External"/><Relationship Id="rId11" Type="http://schemas.openxmlformats.org/officeDocument/2006/relationships/hyperlink" Target="https://www.kirkusreviews.com/book-reviews/theresa-thorn/it-feels-good-to-be-yourself/" TargetMode="External"/><Relationship Id="rId12" Type="http://schemas.openxmlformats.org/officeDocument/2006/relationships/hyperlink" Target="https://www.goodreads.com/book/show/48853636-the-every-body-book" TargetMode="External"/><Relationship Id="rId13" Type="http://schemas.openxmlformats.org/officeDocument/2006/relationships/hyperlink" Target="https://www.ubcpress.ca/the-every-body-book" TargetMode="External"/><Relationship Id="rId14" Type="http://schemas.openxmlformats.org/officeDocument/2006/relationships/hyperlink" Target="https://www.spiritualityandpractice.com/book-reviews/view/28783/it-feels-good-to-be-yourself" TargetMode="External"/><Relationship Id="rId15" Type="http://schemas.openxmlformats.org/officeDocument/2006/relationships/hyperlink" Target="https://www.mitpressbookstore.mit.edu/book/978178775173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