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Travel Destinations for Queer Explorers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looking beyond the usual Pride hotspots for LGBTQ+ destinations with visible communities, inclusive laws and genuinely welcoming local businesses. From Stockholm and Toronto to Iceland and Prince Edward County, these expert picks show why the best queer holidays often mix nightlife with everyday belonging.</w:t>
      </w:r>
      <w:r/>
    </w:p>
    <w:p>
      <w:pPr>
        <w:pStyle w:val="Heading2"/>
      </w:pPr>
      <w:r>
        <w:t>The best LGBTQ+ travel destinations feel lived-in</w:t>
      </w:r>
      <w:r/>
    </w:p>
    <w:p>
      <w:r/>
      <w:r>
        <w:t>A packed Pride parade is thrilling, but it isn't the whole story. The strongest LGBTQ+ travel destinations offer something quieter too: a friendly bar, a queer-owned bookshop, or the easy comfort of seeing couples and communities simply getting on with life.</w:t>
      </w:r>
      <w:r/>
    </w:p>
    <w:p>
      <w:r/>
      <w:r>
        <w:t>That balance is at the heart of GayCities' latest expert-led guide. Its contributors looked beyond social-media noise and considered the details that shape a trip, including legal protections, community visibility and independent LGBTQ+-owned businesses.</w:t>
      </w:r>
      <w:r/>
    </w:p>
    <w:p>
      <w:pPr>
        <w:pStyle w:val="Heading2"/>
      </w:pPr>
      <w:r>
        <w:t>Stockholm brings Pride energy all year</w:t>
      </w:r>
      <w:r/>
    </w:p>
    <w:p>
      <w:r/>
      <w:r>
        <w:t>Stockholm stands out as a destination where celebration and everyday freedom sit comfortably side by side. The Swedish capital offers a lively queer scene, strong inclusion credentials and plenty to do beyond the dance floor, from cultural history to the calm waters of the surrounding archipelago.</w:t>
      </w:r>
      <w:r/>
    </w:p>
    <w:p>
      <w:r/>
      <w:r>
        <w:t>For nightlife, the city's Moxy party has become a memorable stop for queer women, creating a rare sense of scale and connection. It's the kind of evening that reminds travellers why local events can matter more than a glossy list of attractions. Lonely Planet also places Stockholm among the world's most gay-friendly cities, reinforcing its appeal for visitors seeking both safety and atmosphere.</w:t>
      </w:r>
      <w:r/>
    </w:p>
    <w:p>
      <w:pPr>
        <w:pStyle w:val="Heading2"/>
      </w:pPr>
      <w:r>
        <w:t>Toronto's Village adds community to the city break</w:t>
      </w:r>
      <w:r/>
    </w:p>
    <w:p>
      <w:r/>
      <w:r>
        <w:t>Toronto's Church-Wellesley Village remains a particularly appealing choice for travellers who want their holiday to have a social and civic pulse. Queer-owned restaurants, community spaces and politically engaged residents give the neighbourhood a strong sense of identity, rather than making it feel like a themed strip built only for visitors.</w:t>
      </w:r>
      <w:r/>
    </w:p>
    <w:p>
      <w:r/>
      <w:r>
        <w:t>That makes Toronto useful for first-time queer travellers and returning visitors alike. You can enjoy nightlife, browse independent businesses and connect with organisations that support the local community, all within a compact urban base. Reader-led destination round-ups and LGBTQ+ travel guides regularly highlight Toronto for precisely this blend of culture, visibility and practical welcome.</w:t>
      </w:r>
      <w:r/>
    </w:p>
    <w:p>
      <w:pPr>
        <w:pStyle w:val="Heading2"/>
      </w:pPr>
      <w:r>
        <w:t>Why smaller LGBTQ+-friendly destinations deserve attention</w:t>
      </w:r>
      <w:r/>
    </w:p>
    <w:p>
      <w:r/>
      <w:r>
        <w:t>Not every memorable queer escape needs a famous club district. Prince Edward County, particularly Picton, offers a gentler alternative, with Pride decorations, queer literature in local shops and arts and food businesses that actively signal their welcome.</w:t>
      </w:r>
      <w:r/>
    </w:p>
    <w:p>
      <w:r/>
      <w:r>
        <w:t>The appeal is in the detail. A bookstore's carefully chosen display or a record shop celebrating LGBTQ+ musicians can feel more meaningful than a generic rainbow sticker, because it suggests year-round thought rather than seasonal branding. National Geographic's LGBTQ+ travel coverage similarly encourages visitors to consider destinations where local culture and inclusivity shape the whole experience.</w:t>
      </w:r>
      <w:r/>
    </w:p>
    <w:p>
      <w:pPr>
        <w:pStyle w:val="Heading2"/>
      </w:pPr>
      <w:r>
        <w:t>How to choose a safer queer holiday</w:t>
      </w:r>
      <w:r/>
    </w:p>
    <w:p>
      <w:r/>
      <w:r>
        <w:t>Start with the basics: check current laws, local attitudes and the practical safety advice available for LGBTQ+ visitors. The Gay Travel Index and other destination rankings can provide a useful first comparison, especially when you're weighing countries with different legal protections and social climates.</w:t>
      </w:r>
      <w:r/>
    </w:p>
    <w:p>
      <w:r/>
      <w:r>
        <w:t>Then look closer at the neighbourhood. Search for queer-owned accommodation, community centres, LGBTQ+ events and independent venues, and check whether your chosen attractions are welcoming beyond Pride month. For couples, this extra research can make the difference between a trip that looks inclusive online and one that feels relaxed once you're there.</w:t>
      </w:r>
      <w:r/>
    </w:p>
    <w:p>
      <w:pPr>
        <w:pStyle w:val="Heading2"/>
      </w:pPr>
      <w:r>
        <w:t>The next big trend is travelling more thoughtfully</w:t>
      </w:r>
      <w:r/>
    </w:p>
    <w:p>
      <w:r/>
      <w:r>
        <w:t>The wider LGBTQ+ travel market is moving towards experiences that feel personal, local and less predictable. Sydney, Amsterdam, Berlin and Paris remain popular, but destinations such as Iceland, Stockholm and smaller towns in Ontario show that travellers are increasingly interested in landscapes, history and community as well as nightlife.</w:t>
      </w:r>
      <w:r/>
    </w:p>
    <w:p>
      <w:r/>
      <w:r>
        <w:t>That shift is encouraging. A queer holiday can still mean dancing until sunrise, but it can also mean kayaking, visiting a bookshop or finding a small-town café where nobody gives your relationship a second glance. Sometimes, that quiet ease is the most luxurious part of the trip.</w:t>
      </w:r>
      <w:r/>
    </w:p>
    <w:p>
      <w:r/>
      <w:r>
        <w:t>Choose the destination that offers both excitement and room to feel completely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https://www.gaycities.com/articles/107134/sydney-amsterdam-cleveland-our-experts-sound-off-on-the-absolute-best-of-lgbtq-travel/</w:t>
        </w:r>
      </w:hyperlink>
      <w:r>
        <w:t xml:space="preserve"> - Please view link - unable to able to access data</w:t>
      </w:r>
      <w:r/>
    </w:p>
    <w:p>
      <w:pPr>
        <w:pStyle w:val="ListNumber"/>
        <w:spacing w:line="240" w:lineRule="auto"/>
        <w:ind w:left="720"/>
      </w:pPr>
      <w:r/>
      <w:hyperlink r:id="rId10">
        <w:r>
          <w:rPr>
            <w:color w:val="0000EE"/>
            <w:u w:val="single"/>
          </w:rPr>
          <w:t>https://www.gaycities.com/articles/106584/the-10-best-lgbtq-travel-destinations-according-to-gaycities-readers/</w:t>
        </w:r>
      </w:hyperlink>
      <w:r>
        <w:t xml:space="preserve"> - This article presents the top 10 LGBTQ+ travel destinations as voted by GayCities readers. The list includes cities like New York City, Provincetown, and Berlin, highlighting their vibrant queer communities, cultural significance, and welcoming atmospheres. Each destination is celebrated for its unique contributions to LGBTQ+ culture and its appeal to travellers seeking inclusive environments. The piece offers insights into why these cities are considered must-visit spots for LGBTQ+ individuals, emphasizing their rich histories, active nightlife, and supportive communities.</w:t>
      </w:r>
      <w:r/>
    </w:p>
    <w:p>
      <w:pPr>
        <w:pStyle w:val="ListNumber"/>
        <w:spacing w:line="240" w:lineRule="auto"/>
        <w:ind w:left="720"/>
      </w:pPr>
      <w:r/>
      <w:hyperlink r:id="rId12">
        <w:r>
          <w:rPr>
            <w:color w:val="0000EE"/>
            <w:u w:val="single"/>
          </w:rPr>
          <w:t>https://www.nationalgeographic.com/travel/article/must-see-lgbtq-friendly-destinations</w:t>
        </w:r>
      </w:hyperlink>
      <w:r>
        <w:t xml:space="preserve"> - National Geographic highlights a selection of LGBTQ-friendly destinations worldwide, ranging from bustling cities to quaint towns. The article emphasizes places that support and welcome LGBTQ+ travellers, offering diverse experiences. It includes destinations like New York City, known for its vibrant Pride celebrations, and Nova Scotia, celebrated for its inclusive communities. The piece provides insights into the cultural and social aspects that make these locations appealing to LGBTQ+ visitors, focusing on their welcoming environments and unique attractions.</w:t>
      </w:r>
      <w:r/>
    </w:p>
    <w:p>
      <w:pPr>
        <w:pStyle w:val="ListNumber"/>
        <w:spacing w:line="240" w:lineRule="auto"/>
        <w:ind w:left="720"/>
      </w:pPr>
      <w:r/>
      <w:hyperlink r:id="rId11">
        <w:r>
          <w:rPr>
            <w:color w:val="0000EE"/>
            <w:u w:val="single"/>
          </w:rPr>
          <w:t>https://www.travelandleisure.com/2024-gay-travel-index-safest-destinations-lgbtqia-travelers-8644788</w:t>
        </w:r>
      </w:hyperlink>
      <w:r>
        <w:t xml:space="preserve"> - Travel + Leisure discusses the safest destinations for LGBTQIA+ travellers in 2024, according to the Gay Travel Index. The article highlights countries like Canada, Malta, New Zealand, Portugal, and Spain, which are tied for the top spot. It delves into factors such as legal protections, societal attitudes, and the presence of LGBTQIA+ establishments that contribute to these rankings. The piece provides a comprehensive overview of global destinations that offer safety and inclusivity for LGBTQIA+ individuals.</w:t>
      </w:r>
      <w:r/>
    </w:p>
    <w:p>
      <w:pPr>
        <w:pStyle w:val="ListNumber"/>
        <w:spacing w:line="240" w:lineRule="auto"/>
        <w:ind w:left="720"/>
      </w:pPr>
      <w:r/>
      <w:hyperlink r:id="rId13">
        <w:r>
          <w:rPr>
            <w:color w:val="0000EE"/>
            <w:u w:val="single"/>
          </w:rPr>
          <w:t>https://globetrender.com/2024/05/18/world-best-lgbtq-destinations-revealed/</w:t>
        </w:r>
      </w:hyperlink>
      <w:r>
        <w:t xml:space="preserve"> - A recent study reveals the world's best tourist destinations for LGBTQ+ people, ranking cities like Lisbon, Copenhagen, and New York at the top. The study considers factors such as legal protections, societal attitudes, and the presence of LGBTQ+ establishments. Lisbon, for instance, is highlighted for its safety and vibrant queer events. The article provides insights into why these cities are considered top destinations for LGBTQ+ travellers, emphasizing their welcoming environments and cultural significance.</w:t>
      </w:r>
      <w:r/>
    </w:p>
    <w:p>
      <w:pPr>
        <w:pStyle w:val="ListNumber"/>
        <w:spacing w:line="240" w:lineRule="auto"/>
        <w:ind w:left="720"/>
      </w:pPr>
      <w:r/>
      <w:hyperlink r:id="rId14">
        <w:r>
          <w:rPr>
            <w:color w:val="0000EE"/>
            <w:u w:val="single"/>
          </w:rPr>
          <w:t>https://www.lonelyplanet.com/articles/most-gay-friendly-cities</w:t>
        </w:r>
      </w:hyperlink>
      <w:r>
        <w:t xml:space="preserve"> - Lonely Planet lists the most gay-friendly cities worldwide, including Provincetown, Massachusetts, and Auckland, New Zealand. The article highlights these destinations for their vibrant LGBTQ+ communities, cultural significance, and welcoming atmospheres. Provincetown is noted for its flourishing queer life and numerous festivals, while Auckland's Karangahape Road is celebrated for its LGBTQ+ nightlife. The piece offers insights into why these cities are considered top destinations for LGBTQ+ travellers, emphasizing their unique contributions to queer culture.</w:t>
      </w:r>
      <w:r/>
    </w:p>
    <w:p>
      <w:pPr>
        <w:pStyle w:val="ListNumber"/>
        <w:spacing w:line="240" w:lineRule="auto"/>
        <w:ind w:left="720"/>
      </w:pPr>
      <w:r/>
      <w:hyperlink r:id="rId15">
        <w:r>
          <w:rPr>
            <w:color w:val="0000EE"/>
            <w:u w:val="single"/>
          </w:rPr>
          <w:t>https://www.travelwithasia.com/blog/top-lgbtq-friendly-travel-destinations-for-queer-couples-in-2024</w:t>
        </w:r>
      </w:hyperlink>
      <w:r>
        <w:t xml:space="preserve"> - This article presents top LGBTQ+ friendly travel destinations for queer couples in 2024, including Barcelona, Spain, and San Francisco, USA. It highlights Barcelona's vibrant LGBTQ+ scene, particularly in the Eixample district, and San Francisco's rich history and inclusive vibe, especially in the Castro District. The piece provides insights into must-visit spots, best times to visit, and the unique experiences these destinations offer to queer couples seeking inclusive environments.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134/sydney-amsterdam-cleveland-our-experts-sound-off-on-the-absolute-best-of-lgbtq-travel/" TargetMode="External"/><Relationship Id="rId10" Type="http://schemas.openxmlformats.org/officeDocument/2006/relationships/hyperlink" Target="https://www.gaycities.com/articles/106584/the-10-best-lgbtq-travel-destinations-according-to-gaycities-readers/" TargetMode="External"/><Relationship Id="rId11" Type="http://schemas.openxmlformats.org/officeDocument/2006/relationships/hyperlink" Target="https://www.travelandleisure.com/2024-gay-travel-index-safest-destinations-lgbtqia-travelers-8644788" TargetMode="External"/><Relationship Id="rId12" Type="http://schemas.openxmlformats.org/officeDocument/2006/relationships/hyperlink" Target="https://www.nationalgeographic.com/travel/article/must-see-lgbtq-friendly-destinations" TargetMode="External"/><Relationship Id="rId13" Type="http://schemas.openxmlformats.org/officeDocument/2006/relationships/hyperlink" Target="https://globetrender.com/2024/05/18/world-best-lgbtq-destinations-revealed/" TargetMode="External"/><Relationship Id="rId14" Type="http://schemas.openxmlformats.org/officeDocument/2006/relationships/hyperlink" Target="https://www.lonelyplanet.com/articles/most-gay-friendly-cities" TargetMode="External"/><Relationship Id="rId15" Type="http://schemas.openxmlformats.org/officeDocument/2006/relationships/hyperlink" Target="https://www.travelwithasia.com/blog/top-lgbtq-friendly-travel-destinations-for-queer-couples-in-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