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Halloween Gifts and Queer Culture Picks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turning to queer-owned shops, cult memoirs and pop-culture treasures for a Halloween season with more personality. From colourful stickers to Elvira’s wickedly funny life story, these picks matter because they celebrate the community’s long-standing talent for making the unconventional feel utterly fabulous.</w:t>
      </w:r>
      <w:r/>
    </w:p>
    <w:p>
      <w:pPr>
        <w:pStyle w:val="Heading2"/>
      </w:pPr>
      <w:r>
        <w:t>The Halloween mood is proudly offbeat</w:t>
      </w:r>
      <w:r/>
    </w:p>
    <w:p>
      <w:r/>
      <w:r>
        <w:t>Halloween has always offered LGBTQ+ people a rare invitation to be loud, theatrical and gloriously strange. That makes small decorations, such as queer-themed stickers, more than seasonal extras. They’re affordable ways to put a personal stamp on laptops, notebooks, mirrors or party supplies.</w:t>
      </w:r>
      <w:r/>
    </w:p>
    <w:p>
      <w:r/>
      <w:r>
        <w:t>LGBTQ Outpost’s sticker range includes playful designs built around pride, identity and spooky imagery, while Euphoria Threads also sells cheerful rainbow-themed designs. The appeal is obvious: they’re inexpensive, easy to display and far more distinctive than another mass-produced pumpkin.</w:t>
      </w:r>
      <w:r/>
    </w:p>
    <w:p>
      <w:pPr>
        <w:pStyle w:val="Heading2"/>
      </w:pPr>
      <w:r>
        <w:t>Why Elvira remains the ultimate spooky icon</w:t>
      </w:r>
      <w:r/>
    </w:p>
    <w:p>
      <w:r/>
      <w:r>
        <w:t xml:space="preserve">For a deeper dive into Halloween glamour, Cassandra Peterson’s memoir, </w:t>
      </w:r>
      <w:r>
        <w:rPr>
          <w:i/>
        </w:rPr>
        <w:t>Yours Cruelly, Elvira</w:t>
      </w:r>
      <w:r>
        <w:t>, remains a particularly entertaining choice. The book traces how Peterson created the unforgettable Mistress of the Dark persona, blending show-business stories with the dry wit that made Elvira such a durable queer favourite.</w:t>
      </w:r>
      <w:r/>
    </w:p>
    <w:p>
      <w:r/>
      <w:r>
        <w:t xml:space="preserve">Library catalogue information confirms the memoir’s availability, while coverage in </w:t>
      </w:r>
      <w:r>
        <w:rPr>
          <w:i/>
        </w:rPr>
        <w:t>El Pais</w:t>
      </w:r>
      <w:r>
        <w:t xml:space="preserve"> highlights the unusual journey behind Peterson’s adult-friendly Halloween character. It’s a smart present for anyone who likes their horror with camp, sharp eyeliner and a knowing wink.</w:t>
      </w:r>
      <w:r/>
    </w:p>
    <w:p>
      <w:pPr>
        <w:pStyle w:val="Heading2"/>
      </w:pPr>
      <w:r>
        <w:t>Pop culture gifts bring the nostalgia</w:t>
      </w:r>
      <w:r/>
    </w:p>
    <w:p>
      <w:r/>
      <w:r>
        <w:t>The wider list of queer-friendly favourites stretches well beyond Halloween. Collectable music, television and film continue to offer easy conversation starters, especially when they combine nostalgia with a little spectacle.</w:t>
      </w:r>
      <w:r/>
    </w:p>
    <w:p>
      <w:r/>
      <w:r>
        <w:t>A definitive Spice Girls vinyl box set, for instance, taps into the current appetite for anniversary editions and physical music. Meanwhile, coverage from the Associated Press shows how entertainment news continues to shape the cultural conversation around major artists and releases. In other words, the best gift ideas don’t always need a practical purpose. Sometimes the point is simply to make someone grin.</w:t>
      </w:r>
      <w:r/>
    </w:p>
    <w:p>
      <w:pPr>
        <w:pStyle w:val="Heading2"/>
      </w:pPr>
      <w:r>
        <w:t>Small purchases can carry real personality</w:t>
      </w:r>
      <w:r/>
    </w:p>
    <w:p>
      <w:r/>
      <w:r>
        <w:t>If you’re choosing a present, think about how the recipient actually lives. Stickers suit the friend who decorates everything, a memoir works for the reader who enjoys celebrity stories, and collectable vinyl is better suited to someone with room for a little display-worthy drama.</w:t>
      </w:r>
      <w:r/>
    </w:p>
    <w:p>
      <w:r/>
      <w:r>
        <w:t>Price matters, too. Low-cost queer stickers make easy stocking fillers, while books offer a more substantial gift without reaching collector’s-edition prices. The trick is to choose something that feels specific rather than generic. Your recipient’s taste will tell you more than any gift guide algorithm.</w:t>
      </w:r>
      <w:r/>
    </w:p>
    <w:p>
      <w:pPr>
        <w:pStyle w:val="Heading2"/>
      </w:pPr>
      <w:r>
        <w:t>A warmer, stranger kind of seasonal shopping</w:t>
      </w:r>
      <w:r/>
    </w:p>
    <w:p>
      <w:r/>
      <w:r>
        <w:t>There’s a pleasant shift towards buying from independent and LGBTQ+-focused businesses, particularly when the products feel joyful rather than worthy. A funny sticker or flamboyant book can still support creators and give money a more considered destination.</w:t>
      </w:r>
      <w:r/>
    </w:p>
    <w:p>
      <w:r/>
      <w:r>
        <w:t>That balance is what makes these picks work. They’re playful, recognisable and easy to enjoy, but they also reflect a community whose cultural influence reaches far beyond one night in October.</w:t>
      </w:r>
      <w:r/>
    </w:p>
    <w:p>
      <w:r/>
      <w:r>
        <w:t>A little camp goes a long way when choosing a memorable gift.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[7]</w:t>
        </w:r>
      </w:hyperlink>
      <w:r>
        <w:t xml:space="preserve">- Paragraph 4: </w:t>
      </w:r>
      <w:hyperlink r:id="rId13">
        <w:r>
          <w:rPr>
            <w:color w:val="0000EE"/>
            <w:u w:val="single"/>
          </w:rPr>
          <w:t>[7]</w:t>
        </w:r>
      </w:hyperlink>
      <w:r>
        <w:t xml:space="preserve">- Paragraph 5: </w:t>
      </w:r>
      <w:hyperlink r:id="rId14">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5">
        <w:r>
          <w:rPr>
            <w:color w:val="0000EE"/>
            <w:u w:val="single"/>
          </w:rPr>
          <w:t>[5]</w:t>
        </w:r>
      </w:hyperlink>
      <w:r>
        <w:t xml:space="preserve">- Paragraph 9: </w:t>
      </w:r>
      <w:hyperlink r:id="rId14">
        <w:r>
          <w:rPr>
            <w:color w:val="0000EE"/>
            <w:u w:val="single"/>
          </w:rPr>
          <w:t>[6]</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[7]</w:t>
        </w:r>
      </w:hyperlink>
      <w:r>
        <w:t xml:space="preserve">- Paragraph 12: </w:t>
      </w:r>
      <w:hyperlink r:id="rId10">
        <w:r>
          <w:rPr>
            <w:color w:val="0000EE"/>
            <w:u w:val="single"/>
          </w:rPr>
          <w:t>[2]</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https://www.queerty.com/gay-halloween-spice-girls-survivors-newest-lgbtq-star-10-things-were-obsessed-with-this-week-20260926/</w:t>
        </w:r>
      </w:hyperlink>
      <w:r>
        <w:t xml:space="preserve"> - Please view link - unable to able to access data</w:t>
      </w:r>
      <w:r/>
    </w:p>
    <w:p>
      <w:pPr>
        <w:pStyle w:val="ListNumber"/>
        <w:spacing w:line="240" w:lineRule="auto"/>
        <w:ind w:left="720"/>
      </w:pPr>
      <w:r/>
      <w:hyperlink r:id="rId10">
        <w:r>
          <w:rPr>
            <w:color w:val="0000EE"/>
            <w:u w:val="single"/>
          </w:rPr>
          <w:t>https://www.lgbtqoutpost.com/collections/stickers-decals</w:t>
        </w:r>
      </w:hyperlink>
      <w:r>
        <w:t xml:space="preserve"> - LGBTQ Outpost offers a diverse range of Pride stickers and LGBTQ+ decal designs, including items like the 'All Life is Precious' Sparkly Trans Snail Sticker by SoftBoysClub and the Agender Rainbow Pride Sticker by Euphoria Threads. These products cater to various identities within the LGBTQ+ community, providing unique and expressive ways to showcase pride and support. The collection features designs that resonate with different aspects of queer culture, making it a valuable resource for individuals seeking to express their identity through art and fashion.</w:t>
      </w:r>
      <w:r/>
    </w:p>
    <w:p>
      <w:pPr>
        <w:pStyle w:val="ListNumber"/>
        <w:spacing w:line="240" w:lineRule="auto"/>
        <w:ind w:left="720"/>
      </w:pPr>
      <w:r/>
      <w:hyperlink r:id="rId11">
        <w:r>
          <w:rPr>
            <w:color w:val="0000EE"/>
            <w:u w:val="single"/>
          </w:rPr>
          <w:t>https://euphoriathreads.com/products/always-existed-sticker</w:t>
        </w:r>
      </w:hyperlink>
      <w:r>
        <w:t xml:space="preserve"> - Euphoria Threads' 'Always Existed' waterproof sticker features a hand-drawn purple rose and night sky, accompanied by bold typography. This design serves as a reminder that queer and trans people have always existed and will continue to do so. Made with durable, waterproof laminate, the sticker is suitable for various surfaces, including water bottles and public spaces. Additionally, 20% of profits from this product are donated to Side by Side, a non-profit dedicated to creating supportive communities for Virginia’s LGBTQ+ youth.</w:t>
      </w:r>
      <w:r/>
    </w:p>
    <w:p>
      <w:pPr>
        <w:pStyle w:val="ListNumber"/>
        <w:spacing w:line="240" w:lineRule="auto"/>
        <w:ind w:left="720"/>
      </w:pPr>
      <w:r/>
      <w:hyperlink r:id="rId12">
        <w:r>
          <w:rPr>
            <w:color w:val="0000EE"/>
            <w:u w:val="single"/>
          </w:rPr>
          <w:t>https://www.richlandlibrary.com/catalog/detail/1916234</w:t>
        </w:r>
      </w:hyperlink>
      <w:r>
        <w:t xml:space="preserve"> - Richland Library offers the memoir 'Yours Cruelly, Elvira: Memoirs of the Mistress of the Dark' by Cassandra Peterson. The book delves into Peterson's life, from her early years marked by a severe childhood accident to her rise as the iconic Elvira. It explores her experiences in show business, the creation of her famous character, and personal revelations, including her 19-year relationship with Teresa Wierson. The memoir provides an intimate look at Peterson's journey and the evolution of Elvira as a cultural icon.</w:t>
      </w:r>
      <w:r/>
    </w:p>
    <w:p>
      <w:pPr>
        <w:pStyle w:val="ListNumber"/>
        <w:spacing w:line="240" w:lineRule="auto"/>
        <w:ind w:left="720"/>
      </w:pPr>
      <w:r/>
      <w:hyperlink r:id="rId15">
        <w:r>
          <w:rPr>
            <w:color w:val="0000EE"/>
            <w:u w:val="single"/>
          </w:rPr>
          <w:t>https://www.lgbtqoutpost.com/products/f-ck-ice-salmon-sticker</w:t>
        </w:r>
      </w:hyperlink>
      <w:r>
        <w:t xml:space="preserve"> - The 'F*ck ICE Salmon Sticker' by SoftBoysClub is a 3-inch vinyl, waterproof sticker featuring an angry salmon, symbolising opposition to U.S. Immigration and Customs Enforcement (ICE). The design serves as a protest against ICE's actions and stands in solidarity with immigrants. The sticker is available in two sizes and is part of a collection that includes various LGBTQ+ themed designs, offering individuals a way to express their activism and support for immigrant rights through art.</w:t>
      </w:r>
      <w:r/>
    </w:p>
    <w:p>
      <w:pPr>
        <w:pStyle w:val="ListNumber"/>
        <w:spacing w:line="240" w:lineRule="auto"/>
        <w:ind w:left="720"/>
      </w:pPr>
      <w:r/>
      <w:hyperlink r:id="rId14">
        <w:r>
          <w:rPr>
            <w:color w:val="0000EE"/>
            <w:u w:val="single"/>
          </w:rPr>
          <w:t>https://apnews.com/article/cd20ece22e6b17efc7d449841927adb1</w:t>
        </w:r>
      </w:hyperlink>
      <w:r>
        <w:t xml:space="preserve"> - In an interview with the Associated Press, Cassandra Peterson, known for her character Elvira, reflects on her four-decade-long career in entertainment. She discusses pivotal moments, including advice from Elvis Presley that led her to pursue singing and comedy. Peterson also talks about her recent projects, such as 'Elvira’s Cookbook from Hell,' and shares insights into her personal life, including her 19-year relationship with Teresa Wierson. The article provides a comprehensive look at Peterson's impact on pop culture and her enduring legacy.</w:t>
      </w:r>
      <w:r/>
    </w:p>
    <w:p>
      <w:pPr>
        <w:pStyle w:val="ListNumber"/>
        <w:spacing w:line="240" w:lineRule="auto"/>
        <w:ind w:left="720"/>
      </w:pPr>
      <w:r/>
      <w:hyperlink r:id="rId13">
        <w:r>
          <w:rPr>
            <w:color w:val="0000EE"/>
            <w:u w:val="single"/>
          </w:rPr>
          <w:t>https://elpais.com/smoda/2025-10-31/la-insolita-historia-de-la-mujer-tras-elvira-la-inventora-del-halloween-para-adultos.html</w:t>
        </w:r>
      </w:hyperlink>
      <w:r>
        <w:t xml:space="preserve"> - El País magazine features an article detailing the life of Cassandra Peterson, the woman behind Elvira, Mistress of the Dark. The piece explores Peterson's transformation from a young woman marked by a childhood accident and a difficult upbringing to becoming a cultural icon. It highlights her early career as a Las Vegas showgirl, her encounter with Elvis Presley, and the creation of Elvira, a character that redefined Halloween as an adult celebration. The article also touches on Peterson's personal life, including her 19-year relationship with Teresa Wierson.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gay-halloween-spice-girls-survivors-newest-lgbtq-star-10-things-were-obsessed-with-this-week-20260926/" TargetMode="External"/><Relationship Id="rId10" Type="http://schemas.openxmlformats.org/officeDocument/2006/relationships/hyperlink" Target="https://www.lgbtqoutpost.com/collections/stickers-decals" TargetMode="External"/><Relationship Id="rId11" Type="http://schemas.openxmlformats.org/officeDocument/2006/relationships/hyperlink" Target="https://euphoriathreads.com/products/always-existed-sticker" TargetMode="External"/><Relationship Id="rId12" Type="http://schemas.openxmlformats.org/officeDocument/2006/relationships/hyperlink" Target="https://www.richlandlibrary.com/catalog/detail/1916234" TargetMode="External"/><Relationship Id="rId13" Type="http://schemas.openxmlformats.org/officeDocument/2006/relationships/hyperlink" Target="https://elpais.com/smoda/2025-10-31/la-insolita-historia-de-la-mujer-tras-elvira-la-inventora-del-halloween-para-adultos.html" TargetMode="External"/><Relationship Id="rId14" Type="http://schemas.openxmlformats.org/officeDocument/2006/relationships/hyperlink" Target="https://apnews.com/article/cd20ece22e6b17efc7d449841927adb1" TargetMode="External"/><Relationship Id="rId15" Type="http://schemas.openxmlformats.org/officeDocument/2006/relationships/hyperlink" Target="https://www.lgbtqoutpost.com/products/f-ck-ice-salmon-stick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