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Sex Scenes On Screen, According To Queer Viewers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audiences are being asked to name the best gay sex scene they've ever seen, turning a familiar pop-culture obsession into a conversation about intimacy, representation and unforgettable screen chemistry. From prestige television to provocative independent films, the choices reveal why some scenes linger long after the credits roll.</w:t>
      </w:r>
      <w:r/>
    </w:p>
    <w:p>
      <w:pPr>
        <w:pStyle w:val="Heading2"/>
      </w:pPr>
      <w:r>
        <w:t>Essential Takeaways</w:t>
      </w:r>
      <w:r/>
      <w:r/>
    </w:p>
    <w:p>
      <w:pPr>
        <w:pStyle w:val="ListBullet"/>
        <w:spacing w:line="240" w:lineRule="auto"/>
        <w:ind w:left="720"/>
      </w:pPr>
      <w:r/>
      <w:r>
        <w:rPr>
          <w:b/>
        </w:rPr>
        <w:t>The question is simple:</w:t>
      </w:r>
      <w:r>
        <w:t xml:space="preserve"> Viewers are being invited to nominate the best gay sex scene they've seen.</w:t>
      </w:r>
      <w:r/>
    </w:p>
    <w:p>
      <w:pPr>
        <w:pStyle w:val="ListBullet"/>
        <w:spacing w:line="240" w:lineRule="auto"/>
        <w:ind w:left="720"/>
      </w:pPr>
      <w:r/>
      <w:r>
        <w:rPr>
          <w:b/>
        </w:rPr>
        <w:t>The appetite is real:</w:t>
      </w:r>
      <w:r>
        <w:t xml:space="preserve"> Coverage of gay sex scenes consistently attracts strong audience interest.</w:t>
      </w:r>
      <w:r/>
    </w:p>
    <w:p>
      <w:pPr>
        <w:pStyle w:val="ListBullet"/>
        <w:spacing w:line="240" w:lineRule="auto"/>
        <w:ind w:left="720"/>
      </w:pPr>
      <w:r/>
      <w:r>
        <w:rPr>
          <w:b/>
        </w:rPr>
        <w:t>It's about more than shock:</w:t>
      </w:r>
      <w:r>
        <w:t xml:space="preserve"> The most memorable moments often combine chemistry, vulnerability and believable intimacy.</w:t>
      </w:r>
      <w:r/>
    </w:p>
    <w:p>
      <w:pPr>
        <w:pStyle w:val="ListBullet"/>
        <w:spacing w:line="240" w:lineRule="auto"/>
        <w:ind w:left="720"/>
      </w:pPr>
      <w:r/>
      <w:r>
        <w:rPr>
          <w:b/>
        </w:rPr>
        <w:t>Film and television offer different pleasures:</w:t>
      </w:r>
      <w:r>
        <w:t xml:space="preserve"> Cinema can be bolder, while television often builds deeper emotional context.</w:t>
      </w:r>
      <w:r/>
    </w:p>
    <w:p>
      <w:pPr>
        <w:pStyle w:val="ListBullet"/>
        <w:spacing w:line="240" w:lineRule="auto"/>
        <w:ind w:left="720"/>
      </w:pPr>
      <w:r/>
      <w:r>
        <w:rPr>
          <w:b/>
        </w:rPr>
        <w:t>Representation keeps evolving:</w:t>
      </w:r>
      <w:r>
        <w:t xml:space="preserve"> Audiences increasingly expect queer sex scenes to feel specific, human and meaningful.</w:t>
      </w:r>
      <w:r/>
      <w:r/>
    </w:p>
    <w:p>
      <w:pPr>
        <w:pStyle w:val="Heading2"/>
      </w:pPr>
      <w:r>
        <w:t>Why gay sex scenes keep drawing viewers in</w:t>
      </w:r>
      <w:r/>
    </w:p>
    <w:p>
      <w:r/>
      <w:r>
        <w:t>There’s an obvious reason these scenes attract attention: sex on screen is always a little charged. But queer sex scenes carry extra weight, particularly when they show tenderness, awkwardness or pleasure without treating gay intimacy as a plot twist.</w:t>
      </w:r>
      <w:r/>
    </w:p>
    <w:p>
      <w:r/>
      <w:r>
        <w:t>Queerty has asked its readers to share the best gay sex scene they’ve ever seen and explain why it works. The invitation arrives after repeated audience interest in similar coverage, suggesting that viewers aren’t merely chasing scandal. They’re also looking for scenes that feel honest, exciting or unexpectedly moving.</w:t>
      </w:r>
      <w:r/>
    </w:p>
    <w:p>
      <w:r/>
      <w:r>
        <w:t>That balance matters. A memorable scene might be visually daring, but it can also be quiet, funny or emotionally bruising. As lists from Parade and Xtra Magazine demonstrate, the conversation stretches across mainstream television, arthouse cinema and cult film rather than sitting neatly in one category.</w:t>
      </w:r>
      <w:r/>
    </w:p>
    <w:p>
      <w:pPr>
        <w:pStyle w:val="Heading2"/>
      </w:pPr>
      <w:r>
        <w:t>The strongest scenes are rarely just about nudity</w:t>
      </w:r>
      <w:r/>
    </w:p>
    <w:p>
      <w:r/>
      <w:r>
        <w:t>A good sex scene needs more than exposed skin and dramatic lighting. Chemistry does the heavy lifting, whether it arrives through a nervous glance, a clumsy pause or the unmistakable sense that two characters genuinely want each other.</w:t>
      </w:r>
      <w:r/>
    </w:p>
    <w:p>
      <w:r/>
      <w:r>
        <w:t>That’s why viewers often remember context as much as choreography. Parade’s round-ups of gay sex scenes in films and television place intimate moments within broader stories, where desire can signal a new relationship, a moment of liberation or a messy emotional turning point.</w:t>
      </w:r>
      <w:r/>
    </w:p>
    <w:p>
      <w:r/>
      <w:r>
        <w:t>There’s also a refreshing variety in what counts as “good”. Some viewers want romance, others want humour, danger or sheer audacity. Out and Pride have both highlighted scenes that provoke strong reactions, proving that the most discussed moments aren’t always the most polished ones.</w:t>
      </w:r>
      <w:r/>
    </w:p>
    <w:p>
      <w:pPr>
        <w:pStyle w:val="Heading2"/>
      </w:pPr>
      <w:r>
        <w:t>Film brings the heat, while television builds the connection</w:t>
      </w:r>
      <w:r/>
    </w:p>
    <w:p>
      <w:r/>
      <w:r>
        <w:t>Cinema has traditionally offered queer filmmakers more room to push boundaries. Independent films, in particular, have explored sex with a frankness that can feel thrilling, confrontational or deeply personal.</w:t>
      </w:r>
      <w:r/>
    </w:p>
    <w:p>
      <w:r/>
      <w:r>
        <w:t>Television, meanwhile, often earns its impact over several episodes. When viewers have watched characters flirt, argue, fall in love or make terrible decisions, an intimate scene can land with considerably more force. It feels less like a standalone attraction and more like a payoff.</w:t>
      </w:r>
      <w:r/>
    </w:p>
    <w:p>
      <w:r/>
      <w:r>
        <w:t>That difference explains why the debate never settles. Xtra Magazine’s film and television coverage points to a broad visual tradition, while Out’s television lists show how much audiences value scenes that fit naturally into a character’s journey. One can leave you stunned; the other may leave you quietly invested.</w:t>
      </w:r>
      <w:r/>
    </w:p>
    <w:p>
      <w:pPr>
        <w:pStyle w:val="Heading2"/>
      </w:pPr>
      <w:r>
        <w:t>What makes a gay sex scene feel authentic?</w:t>
      </w:r>
      <w:r/>
    </w:p>
    <w:p>
      <w:r/>
      <w:r>
        <w:t>Authenticity doesn’t mean every scene has to look like real life. It means the moment should belong to the characters rather than exist solely to reassure, titillate or shock the audience.</w:t>
      </w:r>
      <w:r/>
    </w:p>
    <w:p>
      <w:r/>
      <w:r>
        <w:t>Small details can make a difference: a pause before a kiss, a change in body language, or the slightly ridiculous logistics of two people trying to be sexy. Those touches create texture, and they can make even a highly stylised production feel emotionally grounded.</w:t>
      </w:r>
      <w:r/>
    </w:p>
    <w:p>
      <w:r/>
      <w:r>
        <w:t>It’s worth looking beyond the marketing, too. A scene described as “shocking” may be memorable because it’s provocative, but another may stay with viewers because it captures tenderness or mutual trust. Pride’s discussion of controversial moments and Parade’s genre-spanning selections both underline the same point: reaction is personal, and there’s no single formula.</w:t>
      </w:r>
      <w:r/>
    </w:p>
    <w:p>
      <w:pPr>
        <w:pStyle w:val="Heading2"/>
      </w:pPr>
      <w:r>
        <w:t>The next great scene may be the most ordinary one</w:t>
      </w:r>
      <w:r/>
    </w:p>
    <w:p>
      <w:r/>
      <w:r>
        <w:t>Queer representation has moved far beyond the idea that every gay relationship must be tragic, transgressive or unusually dramatic. That gives writers and directors more freedom to show ordinary desire, domestic intimacy and the occasional bit of joyful silliness.</w:t>
      </w:r>
      <w:r/>
    </w:p>
    <w:p>
      <w:r/>
      <w:r>
        <w:t>The most exciting future may belong to scenes that don’t announce themselves as historic. They simply allow queer characters to be complicated, horny, affectionate, selfish, nervous and happy, sometimes all within the same story.</w:t>
      </w:r>
      <w:r/>
    </w:p>
    <w:p>
      <w:r/>
      <w:r>
        <w:t>For now, Queerty’s reader question offers a lively way to take stock. Everyone has a scene that made them gasp, laugh, rewind or stare thoughtfully at the ceiling afterwards. And, as the responses arrive, the most revealing choices may be the ones that explain not just what viewers watched, but why it mattered.</w:t>
      </w:r>
      <w:r/>
    </w:p>
    <w:p>
      <w:r/>
      <w:r>
        <w:t>Share the scene that stayed with you, and the reason it still works.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https://www.queerty.com/whats-the-best-gay-scene-youve-ever-seen-why-20260925/</w:t>
        </w:r>
      </w:hyperlink>
      <w:r>
        <w:t xml:space="preserve"> - Please view link - unable to able to access data</w:t>
      </w:r>
      <w:r/>
    </w:p>
    <w:p>
      <w:pPr>
        <w:pStyle w:val="ListNumber"/>
        <w:spacing w:line="240" w:lineRule="auto"/>
        <w:ind w:left="720"/>
      </w:pPr>
      <w:r/>
      <w:hyperlink r:id="rId10">
        <w:r>
          <w:rPr>
            <w:color w:val="0000EE"/>
            <w:u w:val="single"/>
          </w:rPr>
          <w:t>https://parade.com/tv/best-gay-sex-scenes-in-tv</w:t>
        </w:r>
      </w:hyperlink>
      <w:r>
        <w:t xml:space="preserve"> - Parade magazine presents a curated list of 15 of the steamiest gay sex scenes in television. The article highlights significant moments from shows like 'The L Word', 'Sex Education', 'True Blood', and 'How To Get Away With Murder', showcasing the evolution of LGBTQ+ representation on the small screen. Each scene is discussed in detail, emphasizing its impact on viewers and the broader cultural conversation about queer intimacy in media. The piece serves as both a celebration and analysis of these pivotal moments in television history.</w:t>
      </w:r>
      <w:r/>
    </w:p>
    <w:p>
      <w:pPr>
        <w:pStyle w:val="ListNumber"/>
        <w:spacing w:line="240" w:lineRule="auto"/>
        <w:ind w:left="720"/>
      </w:pPr>
      <w:r/>
      <w:hyperlink r:id="rId11">
        <w:r>
          <w:rPr>
            <w:color w:val="0000EE"/>
            <w:u w:val="single"/>
          </w:rPr>
          <w:t>https://parade.com/movies/best-gay-sex-scenes-in-movies</w:t>
        </w:r>
      </w:hyperlink>
      <w:r>
        <w:t xml:space="preserve"> - Parade magazine compiles a list of 15 of the steamiest gay sex scenes in movies. The article features films such as 'Black Swan', 'Bound', and 'Maurice', discussing how these scenes have contributed to the portrayal of LGBTQ+ relationships in cinema. Each selection is accompanied by a brief analysis, highlighting the significance of the scene within the film and its impact on audiences. The piece underscores the importance of authentic representation and the role of these films in advancing queer narratives in mainstream media.</w:t>
      </w:r>
      <w:r/>
    </w:p>
    <w:p>
      <w:pPr>
        <w:pStyle w:val="ListNumber"/>
        <w:spacing w:line="240" w:lineRule="auto"/>
        <w:ind w:left="720"/>
      </w:pPr>
      <w:r/>
      <w:hyperlink r:id="rId12">
        <w:r>
          <w:rPr>
            <w:color w:val="0000EE"/>
            <w:u w:val="single"/>
          </w:rPr>
          <w:t>https://xtramagazine.com/culture/gay-sex-scenes-movies-tv-279599</w:t>
        </w:r>
      </w:hyperlink>
      <w:r>
        <w:t xml:space="preserve"> - Xtra Magazine highlights seven of the best gay sex scenes in film and television. The article includes selections from 'Brokeback Mountain', 'Call Me by Your Name', and 'Moonlight', discussing how these scenes have influenced the representation of queer intimacy on screen. Each scene is analyzed for its emotional depth and cultural impact, emphasizing the importance of authentic portrayals of LGBTQ+ relationships in media. The piece serves as both a celebration and critique of these significant moments in cinematic and televisual history.</w:t>
      </w:r>
      <w:r/>
    </w:p>
    <w:p>
      <w:pPr>
        <w:pStyle w:val="ListNumber"/>
        <w:spacing w:line="240" w:lineRule="auto"/>
        <w:ind w:left="720"/>
      </w:pPr>
      <w:r/>
      <w:hyperlink r:id="rId13">
        <w:r>
          <w:rPr>
            <w:color w:val="0000EE"/>
            <w:u w:val="single"/>
          </w:rPr>
          <w:t>https://www.out.com/gay-tv-shows/gay-sex-scene-2026</w:t>
        </w:r>
      </w:hyperlink>
      <w:r>
        <w:t xml:space="preserve"> - Out.com presents five of the best and steamiest gay sex scenes of 2026. The article features recent films and television shows that have pushed the boundaries of queer representation, including 'Pillion', 'Industry', and 'Heartstopper Forever'. Each selection is accompanied by a brief analysis, highlighting the significance of the scene within the context of the work and its impact on audiences. The piece underscores the ongoing evolution of LGBTQ+ representation in media and the importance of authentic, unapologetic portrayals of queer intimacy.</w:t>
      </w:r>
      <w:r/>
    </w:p>
    <w:p>
      <w:pPr>
        <w:pStyle w:val="ListNumber"/>
        <w:spacing w:line="240" w:lineRule="auto"/>
        <w:ind w:left="720"/>
      </w:pPr>
      <w:r/>
      <w:hyperlink r:id="rId14">
        <w:r>
          <w:rPr>
            <w:color w:val="0000EE"/>
            <w:u w:val="single"/>
          </w:rPr>
          <w:t>https://www.pride.com/culture/shocking-gay-sex-scenes</w:t>
        </w:r>
      </w:hyperlink>
      <w:r>
        <w:t xml:space="preserve"> - Pride.com discusses 13 of the most shocking gay sex scenes in movies and TV shows. The article includes selections from 'The White Lotus', 'Sense8', and 'Fire Island', analyzing how these scenes have challenged societal norms and influenced the portrayal of queer intimacy on screen. Each scene is examined for its cultural impact and the conversations it has sparked about representation and authenticity in media. The piece serves as both a celebration and critique of these significant moments in cinematic and televisual history.</w:t>
      </w:r>
      <w:r/>
    </w:p>
    <w:p>
      <w:pPr>
        <w:pStyle w:val="ListNumber"/>
        <w:spacing w:line="240" w:lineRule="auto"/>
        <w:ind w:left="720"/>
      </w:pPr>
      <w:r/>
      <w:hyperlink r:id="rId15">
        <w:r>
          <w:rPr>
            <w:color w:val="0000EE"/>
            <w:u w:val="single"/>
          </w:rPr>
          <w:t>https://www.out.com/television/2020/6/08/site-just-ranked-top-10-gay-sex-scenes-tv</w:t>
        </w:r>
      </w:hyperlink>
      <w:r>
        <w:t xml:space="preserve"> - Out.com reports on a ranking of the top 10 gay sex scenes on television, compiled by Mr. Man, an online library of male nude scenes. The list includes selections from 'Special', 'Pose', 'Dante's Cove', and 'Girls', discussing how these scenes have contributed to the portrayal of LGBTQ+ relationships on the small screen. Each selection is accompanied by a brief analysis, highlighting the significance of the scene within the context of the show and its impact on audiences. The piece underscores the importance of authentic representation and the role of these scenes in advancing queer narratives in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ats-the-best-gay-scene-youve-ever-seen-why-20260925/" TargetMode="External"/><Relationship Id="rId10" Type="http://schemas.openxmlformats.org/officeDocument/2006/relationships/hyperlink" Target="https://parade.com/tv/best-gay-sex-scenes-in-tv" TargetMode="External"/><Relationship Id="rId11" Type="http://schemas.openxmlformats.org/officeDocument/2006/relationships/hyperlink" Target="https://parade.com/movies/best-gay-sex-scenes-in-movies" TargetMode="External"/><Relationship Id="rId12" Type="http://schemas.openxmlformats.org/officeDocument/2006/relationships/hyperlink" Target="https://xtramagazine.com/culture/gay-sex-scenes-movies-tv-279599" TargetMode="External"/><Relationship Id="rId13" Type="http://schemas.openxmlformats.org/officeDocument/2006/relationships/hyperlink" Target="https://www.out.com/gay-tv-shows/gay-sex-scene-2026" TargetMode="External"/><Relationship Id="rId14" Type="http://schemas.openxmlformats.org/officeDocument/2006/relationships/hyperlink" Target="https://www.pride.com/culture/shocking-gay-sex-scenes" TargetMode="External"/><Relationship Id="rId15" Type="http://schemas.openxmlformats.org/officeDocument/2006/relationships/hyperlink" Target="https://www.out.com/television/2020/6/08/site-just-ranked-top-10-gay-sex-scenes-t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