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Dolly Parton Day celebrations in West Hollywood bring rhinestones and drag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music fans and nightlife regulars are turning West Hollywood’s Rainbow District into a glittering Dolly Parton tribute for California’s first Dolly Parton Day. With drag performances, themed cocktails, classic films and singalongs across Santa Monica Boulevard, the new 25 September holiday has found a suitably exuberant home.</w:t>
      </w:r>
      <w:r/>
    </w:p>
    <w:p>
      <w:pPr>
        <w:pStyle w:val="Heading2"/>
      </w:pPr>
      <w:r>
        <w:t>Essential Takeaways</w:t>
      </w:r>
      <w:r/>
      <w:r/>
    </w:p>
    <w:p>
      <w:pPr>
        <w:pStyle w:val="ListBullet"/>
        <w:spacing w:line="240" w:lineRule="auto"/>
        <w:ind w:left="720"/>
      </w:pPr>
      <w:r/>
      <w:r>
        <w:rPr>
          <w:b/>
        </w:rPr>
        <w:t>California’s new holiday:</w:t>
      </w:r>
      <w:r>
        <w:t xml:space="preserve"> 25 September honours Dolly Parton and her iconic “9 to 5” anthem.</w:t>
      </w:r>
      <w:r/>
    </w:p>
    <w:p>
      <w:pPr>
        <w:pStyle w:val="ListBullet"/>
        <w:spacing w:line="240" w:lineRule="auto"/>
        <w:ind w:left="720"/>
      </w:pPr>
      <w:r/>
      <w:r>
        <w:rPr>
          <w:b/>
        </w:rPr>
        <w:t>West Hollywood’s response:</w:t>
      </w:r>
      <w:r>
        <w:t xml:space="preserve"> Bars and venues are marking the day with drag shows, screenings, cocktails and music.</w:t>
      </w:r>
      <w:r/>
    </w:p>
    <w:p>
      <w:pPr>
        <w:pStyle w:val="ListBullet"/>
        <w:spacing w:line="240" w:lineRule="auto"/>
        <w:ind w:left="720"/>
      </w:pPr>
      <w:r/>
      <w:r>
        <w:rPr>
          <w:b/>
        </w:rPr>
        <w:t>A charitable touch:</w:t>
      </w:r>
      <w:r>
        <w:t xml:space="preserve"> One happy hour is supporting Dolly’s Imagination Library.</w:t>
      </w:r>
      <w:r/>
    </w:p>
    <w:p>
      <w:pPr>
        <w:pStyle w:val="ListBullet"/>
        <w:spacing w:line="240" w:lineRule="auto"/>
        <w:ind w:left="720"/>
      </w:pPr>
      <w:r/>
      <w:r>
        <w:rPr>
          <w:b/>
        </w:rPr>
        <w:t>Dress for the occasion:</w:t>
      </w:r>
      <w:r>
        <w:t xml:space="preserve"> Rhinestones, fringe, cowboy hats and big hair are all firmly encouraged.</w:t>
      </w:r>
      <w:r/>
    </w:p>
    <w:p>
      <w:pPr>
        <w:pStyle w:val="ListBullet"/>
        <w:spacing w:line="240" w:lineRule="auto"/>
        <w:ind w:left="720"/>
      </w:pPr>
      <w:r/>
      <w:r>
        <w:rPr>
          <w:b/>
        </w:rPr>
        <w:t>Something for every fan:</w:t>
      </w:r>
      <w:r>
        <w:t xml:space="preserve"> Celebrations range from lively drag tributes to relaxed film and wine evenings.</w:t>
      </w:r>
      <w:r/>
      <w:r/>
    </w:p>
    <w:p>
      <w:pPr>
        <w:pStyle w:val="Heading2"/>
      </w:pPr>
      <w:r>
        <w:t>West Hollywood turns Dolly Parton Day into a full production</w:t>
      </w:r>
      <w:r/>
    </w:p>
    <w:p>
      <w:r/>
      <w:r>
        <w:t>The strongest image from West Hollywood’s first Dolly Parton Day is easy to picture: Santa Monica Boulevard sparkling with rhinestones while Dolly songs drift between bars. California has created the official occasion, but the Rainbow District has supplied the theatrical energy, complete with wigs, cowboy hats and plenty of glitter.</w:t>
      </w:r>
      <w:r/>
    </w:p>
    <w:p>
      <w:r/>
      <w:r>
        <w:t>The statewide holiday falls on 25 September, a date chosen as a playful reference to “9 to 5”. California’s announcement has given fans a fresh reason to celebrate Parton’s music, films and philanthropy, while also creating a ready-made excuse for a themed night out. NBC Bay Area and NBC Palm Springs both reported on the state’s decision and its connection to the singer’s workplace anthem.</w:t>
      </w:r>
      <w:r/>
    </w:p>
    <w:p>
      <w:pPr>
        <w:pStyle w:val="Heading2"/>
      </w:pPr>
      <w:r>
        <w:t>A new California holiday with a familiar Dolly message</w:t>
      </w:r>
      <w:r/>
    </w:p>
    <w:p>
      <w:r/>
      <w:r>
        <w:t>The holiday was established through Senate Bill 931, signed by Governor Gavin Newsom on 20 September. Its timing nods to Parton’s famous song and film, but the idea reaches beyond a single hit: Dolly’s public image has long blended ambition, humour, warmth and an unmistakable sense of style.</w:t>
      </w:r>
      <w:r/>
    </w:p>
    <w:p>
      <w:r/>
      <w:r>
        <w:t>That broader appeal is part of the reason the celebration feels so flexible. Nashville has also embraced the date, while Dolly’s Imagination Library continues to connect her name with children’s literacy and free books. Axios has highlighted the holiday’s wider cultural reach, as well as the continuing work associated with her book programme.</w:t>
      </w:r>
      <w:r/>
    </w:p>
    <w:p>
      <w:pPr>
        <w:pStyle w:val="Heading2"/>
      </w:pPr>
      <w:r>
        <w:t>Drag queens give the biggest hits a West Hollywood makeover</w:t>
      </w:r>
      <w:r/>
    </w:p>
    <w:p>
      <w:r/>
      <w:r>
        <w:t>At Micky’s West Hollywood, the evening’s Cirque du So Gay show is being transformed into a Dolly tribute, with performers taking on some of Parton’s best-known songs. Expect a lively mix of country classics, theatrical costumes and audience singalongs rather than a quiet appreciation of the back catalogue.</w:t>
      </w:r>
      <w:r/>
    </w:p>
    <w:p>
      <w:r/>
      <w:r>
        <w:t>It’s a particularly natural pairing. Parton’s exaggerated glamour, comic timing and generous stage presence have always lent themselves to performance, and drag brings those qualities into sharper focus. Micky’s established events calendar also reflects the venue’s appetite for big, camp, crowd-friendly nights.</w:t>
      </w:r>
      <w:r/>
    </w:p>
    <w:p>
      <w:pPr>
        <w:pStyle w:val="Heading2"/>
      </w:pPr>
      <w:r>
        <w:t>Cocktails, films and plenty of reasons to stay out late</w:t>
      </w:r>
      <w:r/>
    </w:p>
    <w:p>
      <w:r/>
      <w:r>
        <w:t>Mattie’s WeHo is adding a Dolly-themed happy hour, with drinks priced at $9.25 and a screening of “9 to 5”. A portion of proceeds is set to benefit the Imagination Library, giving the evening a little more purpose than simply ordering another themed drink.</w:t>
      </w:r>
      <w:r/>
    </w:p>
    <w:p>
      <w:r/>
      <w:r>
        <w:t>GYM Bar is taking a similarly playful route with an all-day showing of the classic 1980 film and a menu of Dolly-inspired serves. The line-up includes blackberry whiskey and ginger ale, a Bloody Mary named after “Jolene” and a margarita with the singer’s name attached. In other words, the working day has been reimagined as a bar crawl with a soundtrack.</w:t>
      </w:r>
      <w:r/>
    </w:p>
    <w:p>
      <w:pPr>
        <w:pStyle w:val="Heading2"/>
      </w:pPr>
      <w:r>
        <w:t>Where to find a quieter Dolly Parton celebration</w:t>
      </w:r>
      <w:r/>
    </w:p>
    <w:p>
      <w:r/>
      <w:r>
        <w:t>Not every fan wants to spend the evening beneath a glitter cannon. V Wine Room is focusing on Parton’s screen career, showing some of her classic films alongside her music, which should suit anyone after a more relaxed wine-and-cinema atmosphere.</w:t>
      </w:r>
      <w:r/>
    </w:p>
    <w:p>
      <w:r/>
      <w:r>
        <w:t>Schmitty’s sits somewhere between the two moods, with a photo booth, Tennessee Tea specials and a Dolly-heavy playlist. Guests are encouraged to dress the part, although there’s no strict uniform. A little fringe helps, but even a Dolly-themed T-shirt should get your nose past the velvet rope.</w:t>
      </w:r>
      <w:r/>
    </w:p>
    <w:p>
      <w:r/>
      <w:r>
        <w:t>The practical tip is simple: choose the venue according to the experience you want. Go to Micky’s for performance and singalongs, Mattie’s or GYM Bar for drinks and film, Schmitty’s for dressing up, and V Wine Room for a more measured evening. California may have put Dolly Parton Day on the calendar, but West Hollywood has made it feel like an event.</w:t>
      </w:r>
      <w:r/>
    </w:p>
    <w:p>
      <w:r/>
      <w:r>
        <w:t>It’s a small holiday with an enormous wig, and somehow that feels exactly right.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4">
        <w:r>
          <w:rPr>
            <w:color w:val="0000EE"/>
            <w:u w:val="single"/>
          </w:rPr>
          <w:t>[5]</w:t>
        </w:r>
      </w:hyperlink>
      <w:r>
        <w:t xml:space="preserve">, </w:t>
      </w:r>
      <w:hyperlink r:id="rId13">
        <w:r>
          <w:rPr>
            <w:color w:val="0000EE"/>
            <w:u w:val="single"/>
          </w:rPr>
          <w:t>[6]</w:t>
        </w:r>
      </w:hyperlink>
      <w:r>
        <w:t xml:space="preserve">- Paragraph 5: </w:t>
      </w:r>
      <w:hyperlink r:id="rId15">
        <w:r>
          <w:rPr>
            <w:color w:val="0000EE"/>
            <w:u w:val="single"/>
          </w:rPr>
          <w:t>[7]</w:t>
        </w:r>
      </w:hyperlink>
      <w:r>
        <w:t xml:space="preserve">, </w:t>
      </w:r>
      <w:hyperlink r:id="rId10">
        <w:r>
          <w:rPr>
            <w:color w:val="0000EE"/>
            <w:u w:val="single"/>
          </w:rPr>
          <w:t>[2]</w:t>
        </w:r>
      </w:hyperlink>
      <w:r>
        <w:t xml:space="preserve">- Paragraph 6: </w:t>
      </w:r>
      <w:hyperlink r:id="rId14">
        <w:r>
          <w:rPr>
            <w:color w:val="0000EE"/>
            <w:u w:val="single"/>
          </w:rPr>
          <w:t>[5]</w:t>
        </w:r>
      </w:hyperlink>
      <w:r>
        <w:t xml:space="preserve">, </w:t>
      </w:r>
      <w:hyperlink r:id="rId11">
        <w:r>
          <w:rPr>
            <w:color w:val="0000EE"/>
            <w:u w:val="single"/>
          </w:rPr>
          <w:t>[3]</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4">
        <w:r>
          <w:rPr>
            <w:color w:val="0000EE"/>
            <w:u w:val="single"/>
          </w:rPr>
          <w:t>[5]</w:t>
        </w:r>
      </w:hyperlink>
      <w:r>
        <w:t xml:space="preserve">, </w:t>
      </w:r>
      <w:hyperlink r:id="rId13">
        <w:r>
          <w:rPr>
            <w:color w:val="0000EE"/>
            <w:u w:val="single"/>
          </w:rPr>
          <w:t>[6]</w:t>
        </w:r>
      </w:hyperlink>
      <w:r>
        <w:t xml:space="preserve">- Paragraph 9: </w:t>
      </w:r>
      <w:hyperlink r:id="rId15">
        <w:r>
          <w:rPr>
            <w:color w:val="0000EE"/>
            <w:u w:val="single"/>
          </w:rPr>
          <w:t>[7]</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https://wehotimes.com/west-hollywood-goes-full-dolly-for-californias-first-dolly-parton-day/</w:t>
        </w:r>
      </w:hyperlink>
      <w:r>
        <w:t xml:space="preserve"> - Please view link - unable to able to access data</w:t>
      </w:r>
      <w:r/>
    </w:p>
    <w:p>
      <w:pPr>
        <w:pStyle w:val="ListNumber"/>
        <w:spacing w:line="240" w:lineRule="auto"/>
        <w:ind w:left="720"/>
      </w:pPr>
      <w:r/>
      <w:hyperlink r:id="rId10">
        <w:r>
          <w:rPr>
            <w:color w:val="0000EE"/>
            <w:u w:val="single"/>
          </w:rPr>
          <w:t>https://www.gov.ca.gov/2026/09/20/california-establishes-dolly-parton-day/</w:t>
        </w:r>
      </w:hyperlink>
      <w:r>
        <w:t xml:space="preserve"> - On September 20, 2026, Governor Gavin Newsom signed Senate Bill 931, establishing September 25 as Dolly Parton Day in California. The date was chosen as a nod to Parton's iconic song '9 to 5'. The bill was authored by Senators Shannon Grove and John Laird, recognising Parton's contributions to music, philanthropy, and early childhood literacy through her Imagination Library. The legislation aims to annually honour Parton's legacy and impact on California and the world.</w:t>
      </w:r>
      <w:r/>
    </w:p>
    <w:p>
      <w:pPr>
        <w:pStyle w:val="ListNumber"/>
        <w:spacing w:line="240" w:lineRule="auto"/>
        <w:ind w:left="720"/>
      </w:pPr>
      <w:r/>
      <w:hyperlink r:id="rId11">
        <w:r>
          <w:rPr>
            <w:color w:val="0000EE"/>
            <w:u w:val="single"/>
          </w:rPr>
          <w:t>https://www.nbcbayarea.com/news/local/california-dolly-parton-day-september-25/4145809/</w:t>
        </w:r>
      </w:hyperlink>
      <w:r>
        <w:t xml:space="preserve"> - California has officially established September 25 as Dolly Parton Day, as announced by Governor Gavin Newsom. The legislation, signed by Newsom, honours Parton's extensive career and philanthropic efforts, particularly her commitment to early childhood literacy through the Imagination Library. The date was selected to commemorate her song '9 to 5'. The bill was authored by Senators Shannon Grove and John Laird, recognising Parton's significant impact on music, philanthropy, and literacy.</w:t>
      </w:r>
      <w:r/>
    </w:p>
    <w:p>
      <w:pPr>
        <w:pStyle w:val="ListNumber"/>
        <w:spacing w:line="240" w:lineRule="auto"/>
        <w:ind w:left="720"/>
      </w:pPr>
      <w:r/>
      <w:hyperlink r:id="rId12">
        <w:r>
          <w:rPr>
            <w:color w:val="0000EE"/>
            <w:u w:val="single"/>
          </w:rPr>
          <w:t>https://www.nbcpalmsprings.com/local-and-community/2026/09/22/california-declares-sept-25-as-dolly-parton-day-in-honor-of-9-to-5</w:t>
        </w:r>
      </w:hyperlink>
      <w:r>
        <w:t xml:space="preserve"> - California has declared September 25 as Dolly Parton Day, following the signing of Senate Bill 931 by Governor Gavin Newsom. The date was chosen to honour Parton's song '9 to 5'. The bill, authored by Senators Shannon Grove and John Laird, acknowledges Parton's contributions to music, philanthropy, and early childhood literacy through the Imagination Library. The legislation aims to annually celebrate Parton's legacy and impact on California and the world.</w:t>
      </w:r>
      <w:r/>
    </w:p>
    <w:p>
      <w:pPr>
        <w:pStyle w:val="ListNumber"/>
        <w:spacing w:line="240" w:lineRule="auto"/>
        <w:ind w:left="720"/>
      </w:pPr>
      <w:r/>
      <w:hyperlink r:id="rId14">
        <w:r>
          <w:rPr>
            <w:color w:val="0000EE"/>
            <w:u w:val="single"/>
          </w:rPr>
          <w:t>https://mickys.com/events/brunch-with-the-divas-09-05-2026/</w:t>
        </w:r>
      </w:hyperlink>
      <w:r>
        <w:t xml:space="preserve"> - Micky's West Hollywood hosted 'Parton My Brunch', a Dolly Parton-themed event on September 5, 2026. The event featured drag performances, Dolly-inspired music, and brunch-time party vibes. Attendees enjoyed a celebration of Dolly's legacy with glittery, pink-soaked festivities, big hair energy, and rhinestones. The event was part of West Hollywood's ongoing tribute to Dolly Parton, aligning with the city's vibrant LGBTQ+ culture and appreciation for the icon.</w:t>
      </w:r>
      <w:r/>
    </w:p>
    <w:p>
      <w:pPr>
        <w:pStyle w:val="ListNumber"/>
        <w:spacing w:line="240" w:lineRule="auto"/>
        <w:ind w:left="720"/>
      </w:pPr>
      <w:r/>
      <w:hyperlink r:id="rId13">
        <w:r>
          <w:rPr>
            <w:color w:val="0000EE"/>
            <w:u w:val="single"/>
          </w:rPr>
          <w:t>https://www.axios.com/local/nashville/2026/09/17/nashville-dolly-day-9-25</w:t>
        </w:r>
      </w:hyperlink>
      <w:r>
        <w:t xml:space="preserve"> - Nashville has officially established an annual 'Dolly Day' to be celebrated on September 25, starting this year, in honour of country music icon Dolly Parton. This date was selected to commemorate her hit song '9 to 5'. The day aims to recognise Parton’s enduring legacy of philanthropy and community service. The initiative was announced by several local organisations, including the Community Foundation of Middle Tennessee, Nashville Convention and Visitors Corp, Music Community Foundation, the Mayor’s office, and the Nashville Area Chamber of Commerce.</w:t>
      </w:r>
      <w:r/>
    </w:p>
    <w:p>
      <w:pPr>
        <w:pStyle w:val="ListNumber"/>
        <w:spacing w:line="240" w:lineRule="auto"/>
        <w:ind w:left="720"/>
      </w:pPr>
      <w:r/>
      <w:hyperlink r:id="rId15">
        <w:r>
          <w:rPr>
            <w:color w:val="0000EE"/>
            <w:u w:val="single"/>
          </w:rPr>
          <w:t>https://www.axios.com/local/seattle/2026/09/22/king-county-free-books-kids-imagination-library-enrollment</w:t>
        </w:r>
      </w:hyperlink>
      <w:r>
        <w:t xml:space="preserve"> - Dolly Parton's Imagination Library program has returned to King County, allowing children under the age of five to receive a free book each month. The initiative, which promotes early childhood literacy, was previously scaled back due to funding cuts inflicted by state lawmakers in response to a significant budget shortfall. As a result, thousands of local children lost access to the program for about a year. The nonprofit organisation Page Ahead Children's Literacy Program has now partnered to manage the initiative’s relaunch in King County. Their goal is to narrow the literacy gap among young children by ensuring access to books. In recognition of Dolly Parton’s ongoing support for children's literacy, the King County Council is expected to declare Friday as 'Dolly Parton 9 to 5 Day'.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ehotimes.com/west-hollywood-goes-full-dolly-for-californias-first-dolly-parton-day/" TargetMode="External"/><Relationship Id="rId10" Type="http://schemas.openxmlformats.org/officeDocument/2006/relationships/hyperlink" Target="https://www.gov.ca.gov/2026/09/20/california-establishes-dolly-parton-day/" TargetMode="External"/><Relationship Id="rId11" Type="http://schemas.openxmlformats.org/officeDocument/2006/relationships/hyperlink" Target="https://www.nbcbayarea.com/news/local/california-dolly-parton-day-september-25/4145809/" TargetMode="External"/><Relationship Id="rId12" Type="http://schemas.openxmlformats.org/officeDocument/2006/relationships/hyperlink" Target="https://www.nbcpalmsprings.com/local-and-community/2026/09/22/california-declares-sept-25-as-dolly-parton-day-in-honor-of-9-to-5" TargetMode="External"/><Relationship Id="rId13" Type="http://schemas.openxmlformats.org/officeDocument/2006/relationships/hyperlink" Target="https://www.axios.com/local/nashville/2026/09/17/nashville-dolly-day-9-25" TargetMode="External"/><Relationship Id="rId14" Type="http://schemas.openxmlformats.org/officeDocument/2006/relationships/hyperlink" Target="https://mickys.com/events/brunch-with-the-divas-09-05-2026/" TargetMode="External"/><Relationship Id="rId15" Type="http://schemas.openxmlformats.org/officeDocument/2006/relationships/hyperlink" Target="https://www.axios.com/local/seattle/2026/09/22/king-county-free-books-kids-imagination-library-enroll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