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San Francisco Gay Adult Film Star Speaks Out After Castro Assault</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 San Francisco gay adult film star says he was assaulted outside a Castro nightclub after alleged taunts about his work. His account has renewed discussion around slut-shaming, queer-on-queer hostility and the importance of stepping away from confrontations, even in a neighbourhood known for LGBTQ+ community and nightlife.</w:t>
      </w:r>
      <w:r/>
    </w:p>
    <w:p>
      <w:pPr>
        <w:pStyle w:val="Heading2"/>
      </w:pPr>
      <w:r>
        <w:t>Key points</w:t>
      </w:r>
      <w:r/>
      <w:r/>
    </w:p>
    <w:p>
      <w:pPr>
        <w:pStyle w:val="ListBullet"/>
        <w:spacing w:line="240" w:lineRule="auto"/>
        <w:ind w:left="720"/>
      </w:pPr>
      <w:r/>
      <w:r>
        <w:rPr>
          <w:b/>
        </w:rPr>
        <w:t>Alfonso Osnaya’s account:</w:t>
      </w:r>
      <w:r>
        <w:t xml:space="preserve"> He says a group of men confronted him after recognising him from adult films.</w:t>
      </w:r>
      <w:r/>
    </w:p>
    <w:p>
      <w:pPr>
        <w:pStyle w:val="ListBullet"/>
        <w:spacing w:line="240" w:lineRule="auto"/>
        <w:ind w:left="720"/>
      </w:pPr>
      <w:r/>
      <w:r>
        <w:rPr>
          <w:b/>
        </w:rPr>
        <w:t>Injuries reported:</w:t>
      </w:r>
      <w:r>
        <w:t xml:space="preserve"> Osnaya described a cut near his eye and said he was knocked unconscious.</w:t>
      </w:r>
      <w:r/>
    </w:p>
    <w:p>
      <w:pPr>
        <w:pStyle w:val="ListBullet"/>
        <w:spacing w:line="240" w:lineRule="auto"/>
        <w:ind w:left="720"/>
      </w:pPr>
      <w:r/>
      <w:r>
        <w:rPr>
          <w:b/>
        </w:rPr>
        <w:t>The alleged setting:</w:t>
      </w:r>
      <w:r>
        <w:t xml:space="preserve"> The incident happened outside Beaux in San Francisco’s Castro district.</w:t>
      </w:r>
      <w:r/>
    </w:p>
    <w:p>
      <w:pPr>
        <w:pStyle w:val="ListBullet"/>
        <w:spacing w:line="240" w:lineRule="auto"/>
        <w:ind w:left="720"/>
      </w:pPr>
      <w:r/>
      <w:r>
        <w:rPr>
          <w:b/>
        </w:rPr>
        <w:t>His reflection:</w:t>
      </w:r>
      <w:r>
        <w:t xml:space="preserve"> He said he wished he’d disengaged from the confrontation earlier.</w:t>
      </w:r>
      <w:r/>
    </w:p>
    <w:p>
      <w:pPr>
        <w:pStyle w:val="ListBullet"/>
        <w:spacing w:line="240" w:lineRule="auto"/>
        <w:ind w:left="720"/>
      </w:pPr>
      <w:r/>
      <w:r>
        <w:rPr>
          <w:b/>
        </w:rPr>
        <w:t>A wider issue:</w:t>
      </w:r>
      <w:r>
        <w:t xml:space="preserve"> The episode has prompted renewed attention on sexual stigma within queer spaces.</w:t>
      </w:r>
      <w:r/>
      <w:r/>
    </w:p>
    <w:p>
      <w:pPr>
        <w:pStyle w:val="Heading2"/>
      </w:pPr>
      <w:r>
        <w:t>What happened outside Beaux?</w:t>
      </w:r>
      <w:r/>
    </w:p>
    <w:p>
      <w:r/>
      <w:r>
        <w:t>The confrontation reportedly began inside Beaux, a well-known Castro nightclub, where Osnaya says several men taunted him about his adult-film work. According to Out, the exchange became heated before he left the venue.</w:t>
      </w:r>
      <w:r/>
    </w:p>
    <w:p>
      <w:r/>
      <w:r>
        <w:t>Osnaya said the men were waiting outside and attacked him. He recalled being knocked out before staff members helped him, with paramedics and police attending afterwards. The account was also reported by PinkNews and Gay Times.</w:t>
      </w:r>
      <w:r/>
    </w:p>
    <w:p>
      <w:r/>
      <w:r>
        <w:t>A photograph of the injury near his eye brought the story wider attention online. Osnaya described it as an example of what slut-shaming can look like in real life, rather than merely an unpleasant remark across a bar.</w:t>
      </w:r>
      <w:r/>
    </w:p>
    <w:p>
      <w:pPr>
        <w:pStyle w:val="Heading2"/>
      </w:pPr>
      <w:r>
        <w:t>A painful contradiction in a sex-positive city</w:t>
      </w:r>
      <w:r/>
    </w:p>
    <w:p>
      <w:r/>
      <w:r>
        <w:t>San Francisco has long been associated with sexual openness, LGBTQ+ activism and a lively queer nightlife scene. That makes an alleged attack motivated by someone’s adult-film work particularly jarring.</w:t>
      </w:r>
      <w:r/>
    </w:p>
    <w:p>
      <w:r/>
      <w:r>
        <w:t>The incident also highlights an uncomfortable truth: acceptance isn't always consistent, even within communities that have fought hard against sexual stigma. As Gay Times reported, Osnaya connected the attack to the men recognising him and judging his profession.</w:t>
      </w:r>
      <w:r/>
    </w:p>
    <w:p>
      <w:r/>
      <w:r>
        <w:t>There’s a grim irony here. A person can be publicly celebrated for living openly, yet still be treated as fair game because of the work they do. That tension is easy to miss until a bruised face makes it impossible to ignore.</w:t>
      </w:r>
      <w:r/>
    </w:p>
    <w:p>
      <w:pPr>
        <w:pStyle w:val="Heading2"/>
      </w:pPr>
      <w:r>
        <w:t>Why the story matters beyond one nightclub</w:t>
      </w:r>
      <w:r/>
    </w:p>
    <w:p>
      <w:r/>
      <w:r>
        <w:t>Osnaya has worked in adult entertainment since 2021, appearing for several gay-focused studios and platforms, according to Out. His work is public, but that doesn't make harassment, intimidation or violence acceptable.</w:t>
      </w:r>
      <w:r/>
    </w:p>
    <w:p>
      <w:r/>
      <w:r>
        <w:t>The reports from Pink Times and Gay Express frame the incident as an example of hostility directed at an adult performer in a queer setting. It also raises broader questions about respectability politics, particularly the pressure placed on people whose sexuality is part of their livelihood.</w:t>
      </w:r>
      <w:r/>
    </w:p>
    <w:p>
      <w:r/>
      <w:r>
        <w:t>Slut-shaming doesn't become harmless because it happens among people who share an identity. In fact, the betrayal can feel sharper when it comes from inside a community that is expected to understand the cost of judgement.</w:t>
      </w:r>
      <w:r/>
    </w:p>
    <w:p>
      <w:pPr>
        <w:pStyle w:val="Heading2"/>
      </w:pPr>
      <w:r>
        <w:t>The practical lesson: leave before the argument grows</w:t>
      </w:r>
      <w:r/>
    </w:p>
    <w:p>
      <w:r/>
      <w:r>
        <w:t>Osnaya has said he felt he should have disengaged sooner, describing himself as having taken the bait. That reflection is understandable, but responsibility for an alleged assault remains with the people who chose to attack.</w:t>
      </w:r>
      <w:r/>
    </w:p>
    <w:p>
      <w:r/>
      <w:r>
        <w:t>For anyone caught in a similar situation, the safest move is usually to alert venue staff, stay with friends and avoid leaving alone when tensions are rising. A club’s security team can also help arrange a taxi, escort someone to a safer location or contact emergency services.</w:t>
      </w:r>
      <w:r/>
    </w:p>
    <w:p>
      <w:r/>
      <w:r>
        <w:t>It’s not glamorous advice, but nightlife safety often comes down to small decisions made before a situation turns physical. Getting home safely matters more than winning the last word.</w:t>
      </w:r>
      <w:r/>
    </w:p>
    <w:p>
      <w:pPr>
        <w:pStyle w:val="Heading2"/>
      </w:pPr>
      <w:r>
        <w:t>What happens next?</w:t>
      </w:r>
      <w:r/>
    </w:p>
    <w:p>
      <w:r/>
      <w:r>
        <w:t>The published accounts do not establish whether arrests or charges followed, and it remains unclear what formal police action, if any, was taken. SFist said it had sought comment from Beaux, while the other reports focused primarily on Osnaya’s account and recovery.</w:t>
      </w:r>
      <w:r/>
    </w:p>
    <w:p>
      <w:r/>
      <w:r>
        <w:t>For now, the episode has become a pointed reminder that queer spaces can be welcoming and imperfect at the same time. The hope is that the conversation moves beyond shock and towards better bystander intervention, stronger venue support and less judgement around consensual adult work.</w:t>
      </w:r>
      <w:r/>
    </w:p>
    <w:p>
      <w:r/>
      <w:r>
        <w:t>No one should have to hide their livelihood to feel safe in their own neighbourhood.</w:t>
      </w:r>
      <w:r/>
    </w:p>
    <w:p>
      <w:r/>
      <w:r>
        <w:t>It's a small but important distinction: disagreement is never a licence for violence.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[6]</w:t>
        </w:r>
      </w:hyperlink>
      <w:r>
        <w:t xml:space="preserve">- Paragraph 2: </w:t>
      </w:r>
      <w:hyperlink r:id="rId12">
        <w:r>
          <w:rPr>
            <w:color w:val="0000EE"/>
            <w:u w:val="single"/>
          </w:rPr>
          <w:t>[3]</w:t>
        </w:r>
      </w:hyperlink>
      <w:r>
        <w:t xml:space="preserve">, </w:t>
      </w:r>
      <w:hyperlink r:id="rId13">
        <w:r>
          <w:rPr>
            <w:color w:val="0000EE"/>
            <w:u w:val="single"/>
          </w:rPr>
          <w:t>[4]</w:t>
        </w:r>
      </w:hyperlink>
      <w:r>
        <w:t xml:space="preserve">- Paragraph 3: </w:t>
      </w:r>
      <w:hyperlink r:id="rId14">
        <w:r>
          <w:rPr>
            <w:color w:val="0000EE"/>
            <w:u w:val="single"/>
          </w:rPr>
          <w:t>[5]</w:t>
        </w:r>
      </w:hyperlink>
      <w:r>
        <w:t xml:space="preserve">, </w:t>
      </w:r>
      <w:hyperlink r:id="rId11">
        <w:r>
          <w:rPr>
            <w:color w:val="0000EE"/>
            <w:u w:val="single"/>
          </w:rPr>
          <w:t>[6]</w:t>
        </w:r>
      </w:hyperlink>
      <w:r>
        <w:t xml:space="preserve">- Paragraph 4: </w:t>
      </w:r>
      <w:hyperlink r:id="rId10">
        <w:r>
          <w:rPr>
            <w:color w:val="0000EE"/>
            <w:u w:val="single"/>
          </w:rPr>
          <w:t>[2]</w:t>
        </w:r>
      </w:hyperlink>
      <w:r>
        <w:t xml:space="preserve">, </w:t>
      </w:r>
      <w:hyperlink r:id="rId12">
        <w:r>
          <w:rPr>
            <w:color w:val="0000EE"/>
            <w:u w:val="single"/>
          </w:rPr>
          <w:t>[3]</w:t>
        </w:r>
      </w:hyperlink>
      <w:r>
        <w:t xml:space="preserve">- Paragraph 5: </w:t>
      </w:r>
      <w:hyperlink r:id="rId13">
        <w:r>
          <w:rPr>
            <w:color w:val="0000EE"/>
            <w:u w:val="single"/>
          </w:rPr>
          <w:t>[4]</w:t>
        </w:r>
      </w:hyperlink>
      <w:r>
        <w:t xml:space="preserve">, </w:t>
      </w:r>
      <w:hyperlink r:id="rId14">
        <w:r>
          <w:rPr>
            <w:color w:val="0000EE"/>
            <w:u w:val="single"/>
          </w:rPr>
          <w:t>[5]</w:t>
        </w:r>
      </w:hyperlink>
      <w:r>
        <w:t xml:space="preserve">- Paragraph 6: </w:t>
      </w:r>
      <w:hyperlink r:id="rId10">
        <w:r>
          <w:rPr>
            <w:color w:val="0000EE"/>
            <w:u w:val="single"/>
          </w:rPr>
          <w:t>[2]</w:t>
        </w:r>
      </w:hyperlink>
      <w:r>
        <w:t xml:space="preserve">, </w:t>
      </w:r>
      <w:hyperlink r:id="rId11">
        <w:r>
          <w:rPr>
            <w:color w:val="0000EE"/>
            <w:u w:val="single"/>
          </w:rPr>
          <w:t>[6]</w:t>
        </w:r>
      </w:hyperlink>
      <w:r>
        <w:t xml:space="preserve">- Paragraph 7: </w:t>
      </w:r>
      <w:hyperlink r:id="rId12">
        <w:r>
          <w:rPr>
            <w:color w:val="0000EE"/>
            <w:u w:val="single"/>
          </w:rPr>
          <w:t>[3]</w:t>
        </w:r>
      </w:hyperlink>
      <w:r>
        <w:t xml:space="preserve">, </w:t>
      </w:r>
      <w:hyperlink r:id="rId13">
        <w:r>
          <w:rPr>
            <w:color w:val="0000EE"/>
            <w:u w:val="single"/>
          </w:rPr>
          <w:t>[4]</w:t>
        </w:r>
      </w:hyperlink>
      <w:r>
        <w:t xml:space="preserve">- Paragraph 8: </w:t>
      </w:r>
      <w:hyperlink r:id="rId14">
        <w:r>
          <w:rPr>
            <w:color w:val="0000EE"/>
            <w:u w:val="single"/>
          </w:rPr>
          <w:t>[5]</w:t>
        </w:r>
      </w:hyperlink>
      <w:r>
        <w:t xml:space="preserve">, </w:t>
      </w:r>
      <w:hyperlink r:id="rId11">
        <w:r>
          <w:rPr>
            <w:color w:val="0000EE"/>
            <w:u w:val="single"/>
          </w:rPr>
          <w:t>[6]</w:t>
        </w:r>
      </w:hyperlink>
      <w:r>
        <w:t xml:space="preserve">- Paragraph 9: </w:t>
      </w:r>
      <w:hyperlink r:id="rId10">
        <w:r>
          <w:rPr>
            <w:color w:val="0000EE"/>
            <w:u w:val="single"/>
          </w:rPr>
          <w:t>[2]</w:t>
        </w:r>
      </w:hyperlink>
      <w:r>
        <w:t xml:space="preserve">, </w:t>
      </w:r>
      <w:hyperlink r:id="rId13">
        <w:r>
          <w:rPr>
            <w:color w:val="0000EE"/>
            <w:u w:val="single"/>
          </w:rPr>
          <w:t>[4]</w:t>
        </w:r>
      </w:hyperlink>
      <w:r>
        <w:t xml:space="preserve">- Paragraph 10: </w:t>
      </w:r>
      <w:hyperlink r:id="rId12">
        <w:r>
          <w:rPr>
            <w:color w:val="0000EE"/>
            <w:u w:val="single"/>
          </w:rPr>
          <w:t>[3]</w:t>
        </w:r>
      </w:hyperlink>
      <w:r>
        <w:t xml:space="preserve">, </w:t>
      </w:r>
      <w:hyperlink r:id="rId14">
        <w:r>
          <w:rPr>
            <w:color w:val="0000EE"/>
            <w:u w:val="single"/>
          </w:rPr>
          <w:t>[5]</w:t>
        </w:r>
      </w:hyperlink>
      <w:r>
        <w:t xml:space="preserve">- Paragraph 11: </w:t>
      </w:r>
      <w:hyperlink r:id="rId10">
        <w:r>
          <w:rPr>
            <w:color w:val="0000EE"/>
            <w:u w:val="single"/>
          </w:rPr>
          <w:t>[2]</w:t>
        </w:r>
      </w:hyperlink>
      <w:r>
        <w:t xml:space="preserve">, </w:t>
      </w:r>
      <w:hyperlink r:id="rId11">
        <w:r>
          <w:rPr>
            <w:color w:val="0000EE"/>
            <w:u w:val="single"/>
          </w:rPr>
          <w:t>[6]</w:t>
        </w:r>
      </w:hyperlink>
      <w:r>
        <w:t xml:space="preserve">- Paragraph 12: </w:t>
      </w:r>
      <w:hyperlink r:id="rId12">
        <w:r>
          <w:rPr>
            <w:color w:val="0000EE"/>
            <w:u w:val="single"/>
          </w:rPr>
          <w:t>[3]</w:t>
        </w:r>
      </w:hyperlink>
      <w:r>
        <w:t xml:space="preserve">, </w:t>
      </w:r>
      <w:hyperlink r:id="rId13">
        <w:r>
          <w:rPr>
            <w:color w:val="0000EE"/>
            <w:u w:val="single"/>
          </w:rPr>
          <w:t>[4]</w:t>
        </w:r>
      </w:hyperlink>
      <w:r>
        <w:t xml:space="preserve">- Paragraph 13: </w:t>
      </w:r>
      <w:hyperlink r:id="rId14">
        <w:r>
          <w:rPr>
            <w:color w:val="0000EE"/>
            <w:u w:val="single"/>
          </w:rPr>
          <w:t>[5]</w:t>
        </w:r>
      </w:hyperlink>
      <w:r>
        <w:t xml:space="preserve">, </w:t>
      </w:r>
      <w:hyperlink r:id="rId11">
        <w:r>
          <w:rPr>
            <w:color w:val="0000EE"/>
            <w:u w:val="single"/>
          </w:rPr>
          <w:t>[6]</w:t>
        </w:r>
      </w:hyperlink>
      <w:r>
        <w:t xml:space="preserve">- Paragraph 14: </w:t>
      </w:r>
      <w:hyperlink r:id="rId10">
        <w:r>
          <w:rPr>
            <w:color w:val="0000EE"/>
            <w:u w:val="single"/>
          </w:rPr>
          <w:t>[2]</w:t>
        </w:r>
      </w:hyperlink>
      <w:r>
        <w:t xml:space="preserve">, </w:t>
      </w:r>
      <w:hyperlink r:id="rId12">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https://sfist.com/2026/09/25/gay-adult-film-star-says-he-was-beat-up-by-other-gay-men-in-sfs-castro/</w:t>
        </w:r>
      </w:hyperlink>
      <w:r>
        <w:t xml:space="preserve"> - Please view link - unable to able to access data</w:t>
      </w:r>
      <w:r/>
    </w:p>
    <w:p>
      <w:pPr>
        <w:pStyle w:val="ListNumber"/>
        <w:spacing w:line="240" w:lineRule="auto"/>
        <w:ind w:left="720"/>
      </w:pPr>
      <w:r/>
      <w:hyperlink r:id="rId10">
        <w:r>
          <w:rPr>
            <w:color w:val="0000EE"/>
            <w:u w:val="single"/>
          </w:rPr>
          <w:t>https://www.thepinknews.com/2026/09/23/alfonso-osnaya-castro-assault-san-francisco-2026/</w:t>
        </w:r>
      </w:hyperlink>
      <w:r>
        <w:t xml:space="preserve"> - Alfonso Osnaya, a gay adult performer and model, reported being knocked out outside San Francisco's LGBTQ+ bar Beaux after a confrontation he believes was driven by stigma towards his line of work within queer nightlife. The incident occurred last Thursday morning following an altercation inside Beaux in the Castro District. Osnaya recounted that a group of men taunted him inside the venue, and after initially walking away, he was confronted again outside. He stated, 'I took the bait from some judgmental comments and I was alone. They were waiting for me outside. I got knocked out, and the next thing I knew, I had the people from Beaux helping me out while the paramedics and cops did their job.' Despite the assault, Osnaya expressed gratitude that nothing serious happened and acknowledged that he should have disengaged from the situation. He also shared a photo of a cut above his right eyebrow on Instagram, captioned, 'This is how s*** shaming looks like.' Osnaya began his adult entertainment career in 2021 and has worked with studios including Falcon, NakedSword, Trailer Trash Boys, SayUncle, Carnal, and Lucas Entertainment. (</w:t>
      </w:r>
      <w:hyperlink r:id="rId15">
        <w:r>
          <w:rPr>
            <w:color w:val="0000EE"/>
            <w:u w:val="single"/>
          </w:rPr>
          <w:t>thepinknews.com</w:t>
        </w:r>
      </w:hyperlink>
      <w:r>
        <w:t>)</w:t>
      </w:r>
      <w:r/>
    </w:p>
    <w:p>
      <w:pPr>
        <w:pStyle w:val="ListNumber"/>
        <w:spacing w:line="240" w:lineRule="auto"/>
        <w:ind w:left="720"/>
      </w:pPr>
      <w:r/>
      <w:hyperlink r:id="rId12">
        <w:r>
          <w:rPr>
            <w:color w:val="0000EE"/>
            <w:u w:val="single"/>
          </w:rPr>
          <w:t>https://www.gaytimes.com/gay-adult-film-star-alfonso-osnaya-shares-update-after-being-attacked-in-san-francisco/</w:t>
        </w:r>
      </w:hyperlink>
      <w:r>
        <w:t xml:space="preserve"> - Alfonso Osnaya, a gay adult film star, has provided a hopeful update a week after the shocking incident in San Francisco. In an in-depth interview with Out, Osnaya detailed the attack that occurred outside Beaux, a popular LGBTQIA+ bar in San Francisco's historic Castro District. He recounted, 'I got beat up last Thursday morning by a group of gay guys.' The altercation began inside the venue, where a group of men taunted him. Osnaya expressed gratitude for the support he received from the staff and patrons of Beaux, as well as the paramedics and police who responded to the scene. He also acknowledged that he should have disengaged from the situation and not taken the taunts personally. The incident has sparked discussions about slut-shaming within the LGBTQ+ community and the challenges faced by adult performers. (</w:t>
      </w:r>
      <w:hyperlink r:id="rId16">
        <w:r>
          <w:rPr>
            <w:color w:val="0000EE"/>
            <w:u w:val="single"/>
          </w:rPr>
          <w:t>gaytimes.com</w:t>
        </w:r>
      </w:hyperlink>
      <w:r>
        <w:t>)</w:t>
      </w:r>
      <w:r/>
    </w:p>
    <w:p>
      <w:pPr>
        <w:pStyle w:val="ListNumber"/>
        <w:spacing w:line="240" w:lineRule="auto"/>
        <w:ind w:left="720"/>
      </w:pPr>
      <w:r/>
      <w:hyperlink r:id="rId13">
        <w:r>
          <w:rPr>
            <w:color w:val="0000EE"/>
            <w:u w:val="single"/>
          </w:rPr>
          <w:t>https://www.thepinktimes.com/article/san-francisco-adult-model-says-he-was-assaulted-in-castro-after-leaving-a-bar/</w:t>
        </w:r>
      </w:hyperlink>
      <w:r>
        <w:t xml:space="preserve"> - Alfonso Osnaya, an adult model, reported being assaulted last Thursday morning in San Francisco after a confrontation outside Beaux, a popular LGBTQ+ bar in the Castro District. Osnaya told Out that the incident began inside the venue, where a group of men taunted him. He initially walked away but was confronted again outside. Osnaya stated, 'I took the bait from some judgmental comments and I was alone. They were waiting for me outside. I got knocked out, and the next thing I knew, I had the people from Beaux helping me out while the paramedics and cops did their job.' Despite the assault, Osnaya expressed gratitude that nothing serious happened and acknowledged that he should have disengaged from the situation. The incident has raised concerns about slut-shaming within the LGBTQ+ community and the challenges faced by adult performers. (</w:t>
      </w:r>
      <w:hyperlink r:id="rId17">
        <w:r>
          <w:rPr>
            <w:color w:val="0000EE"/>
            <w:u w:val="single"/>
          </w:rPr>
          <w:t>thepinktimes.com</w:t>
        </w:r>
      </w:hyperlink>
      <w:r>
        <w:t>)</w:t>
      </w:r>
      <w:r/>
    </w:p>
    <w:p>
      <w:pPr>
        <w:pStyle w:val="ListNumber"/>
        <w:spacing w:line="240" w:lineRule="auto"/>
        <w:ind w:left="720"/>
      </w:pPr>
      <w:r/>
      <w:hyperlink r:id="rId14">
        <w:r>
          <w:rPr>
            <w:color w:val="0000EE"/>
            <w:u w:val="single"/>
          </w:rPr>
          <w:t>https://gayexpress.co.nz/2026/09/adult-star-alfonso-osnaya-speaks-out-after-assault-outside-san-fran-gay-bar/</w:t>
        </w:r>
      </w:hyperlink>
      <w:r>
        <w:t xml:space="preserve"> - Gay adult performer and model Alfonso Osnaya reported being knocked unconscious outside a well-known LGBTQ+ bar in San Francisco after being mocked over his work in adult entertainment. The incident occurred outside Beaux in the Castro District on the morning of 17 September, following a confrontation that began inside the venue. Osnaya recounted, 'I got beat up last Thursday morning by a group of gay guys.' According to Osnaya, a group of men made judgmental comments about his profession inside the bar. He initially walked away but encountered the group again after leaving. Osnaya stated, 'They were waiting for me outside. I got knocked out, and the next thing I knew, I had the people from Beaux helping me out while the paramedics and cops did their job.' He expressed gratitude that the incident did not leave him with more serious injuries. The attack has sparked discussions about slut-shaming within the LGBTQ+ community and the challenges faced by adult performers. (</w:t>
      </w:r>
      <w:hyperlink r:id="rId18">
        <w:r>
          <w:rPr>
            <w:color w:val="0000EE"/>
            <w:u w:val="single"/>
          </w:rPr>
          <w:t>gayexpress.co.nz</w:t>
        </w:r>
      </w:hyperlink>
      <w:r>
        <w:t>)</w:t>
      </w:r>
      <w:r/>
    </w:p>
    <w:p>
      <w:pPr>
        <w:pStyle w:val="ListNumber"/>
        <w:spacing w:line="240" w:lineRule="auto"/>
        <w:ind w:left="720"/>
      </w:pPr>
      <w:r/>
      <w:hyperlink r:id="rId11">
        <w:r>
          <w:rPr>
            <w:color w:val="0000EE"/>
            <w:u w:val="single"/>
          </w:rPr>
          <w:t>https://www.out.com/news/alfonso-osnaya-san-francisco</w:t>
        </w:r>
      </w:hyperlink>
      <w:r>
        <w:t xml:space="preserve"> - Alfonso Osnaya, a gay adult star, was reportedly assaulted after a group of men jumped him in the streets of San Francisco. The incident occurred outside Beaux, a popular LGBTQ+ bar in the Castro District. Osnaya recounted that a group of men taunted him inside the venue, and after initially walking away, he was confronted again outside. He stated, 'I took the bait from some judgmental comments and I was alone. They were waiting for me outside. I got knocked out, and the next thing I knew, I had the people from Beaux helping me out while the paramedics and cops did their job.' Despite the assault, Osnaya expressed gratitude that nothing serious happened and acknowledged that he should have disengaged from the situation. The incident has raised concerns about slut-shaming within the LGBTQ+ community and the challenges faced by adult performers. (</w:t>
      </w:r>
      <w:hyperlink r:id="rId19">
        <w:r>
          <w:rPr>
            <w:color w:val="0000EE"/>
            <w:u w:val="single"/>
          </w:rPr>
          <w:t>out.com</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sfist.com/2026/09/25/gay-adult-film-star-says-he-was-beat-up-by-other-gay-men-in-sfs-castro/" TargetMode="External"/><Relationship Id="rId10" Type="http://schemas.openxmlformats.org/officeDocument/2006/relationships/hyperlink" Target="https://www.thepinknews.com/2026/09/23/alfonso-osnaya-castro-assault-san-francisco-2026/" TargetMode="External"/><Relationship Id="rId11" Type="http://schemas.openxmlformats.org/officeDocument/2006/relationships/hyperlink" Target="https://www.out.com/news/alfonso-osnaya-san-francisco" TargetMode="External"/><Relationship Id="rId12" Type="http://schemas.openxmlformats.org/officeDocument/2006/relationships/hyperlink" Target="https://www.gaytimes.com/gay-adult-film-star-alfonso-osnaya-shares-update-after-being-attacked-in-san-francisco/" TargetMode="External"/><Relationship Id="rId13" Type="http://schemas.openxmlformats.org/officeDocument/2006/relationships/hyperlink" Target="https://www.thepinktimes.com/article/san-francisco-adult-model-says-he-was-assaulted-in-castro-after-leaving-a-bar/" TargetMode="External"/><Relationship Id="rId14" Type="http://schemas.openxmlformats.org/officeDocument/2006/relationships/hyperlink" Target="https://gayexpress.co.nz/2026/09/adult-star-alfonso-osnaya-speaks-out-after-assault-outside-san-fran-gay-bar/" TargetMode="External"/><Relationship Id="rId15" Type="http://schemas.openxmlformats.org/officeDocument/2006/relationships/hyperlink" Target="https://www.thepinknews.com/2026/09/23/alfonso-osnaya-castro-assault-san-francisco-2026/?utm_source=openai" TargetMode="External"/><Relationship Id="rId16" Type="http://schemas.openxmlformats.org/officeDocument/2006/relationships/hyperlink" Target="https://www.gaytimes.com/gay-adult-film-star-alfonso-osnaya-shares-update-after-being-attacked-in-san-francisco/?utm_source=openai" TargetMode="External"/><Relationship Id="rId17" Type="http://schemas.openxmlformats.org/officeDocument/2006/relationships/hyperlink" Target="https://www.thepinktimes.com/article/san-francisco-adult-model-says-he-was-assaulted-in-castro-after-leaving-a-bar/?utm_source=openai" TargetMode="External"/><Relationship Id="rId18" Type="http://schemas.openxmlformats.org/officeDocument/2006/relationships/hyperlink" Target="https://gayexpress.co.nz/2026/09/adult-star-alfonso-osnaya-speaks-out-after-assault-outside-san-fran-gay-bar/?utm_source=openai" TargetMode="External"/><Relationship Id="rId19" Type="http://schemas.openxmlformats.org/officeDocument/2006/relationships/hyperlink" Target="https://www.out.com/news/alfonso-osnaya-san-francisco?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