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Ryan O’Connell on Open Relationships, Queer Growth and Lasting Love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Ryan O’Connell’s candid take on open relationships, queer identity and disability after the writer’s memoir Inspiration Porn put personal growth firmly centre stage. His story matters because it challenges the idea that lasting love requires staying unchanged, while offering a thoughtful reminder that honest communication is often the real foundation of modern relationships.</w:t>
      </w:r>
      <w:r/>
    </w:p>
    <w:p>
      <w:pPr>
        <w:pStyle w:val="Heading2"/>
      </w:pPr>
      <w:r>
        <w:t>Essential Takeaways</w:t>
      </w:r>
      <w:r/>
      <w:r/>
    </w:p>
    <w:p>
      <w:pPr>
        <w:pStyle w:val="ListBullet"/>
        <w:spacing w:line="240" w:lineRule="auto"/>
        <w:ind w:left="720"/>
      </w:pPr>
      <w:r/>
      <w:r>
        <w:rPr>
          <w:b/>
        </w:rPr>
        <w:t>Growth matters:</w:t>
      </w:r>
      <w:r>
        <w:t xml:space="preserve"> O’Connell argues that a healthy relationship should make room for personal change.</w:t>
      </w:r>
      <w:r/>
    </w:p>
    <w:p>
      <w:pPr>
        <w:pStyle w:val="ListBullet"/>
        <w:spacing w:line="240" w:lineRule="auto"/>
        <w:ind w:left="720"/>
      </w:pPr>
      <w:r/>
      <w:r>
        <w:rPr>
          <w:b/>
        </w:rPr>
        <w:t>Communication comes first:</w:t>
      </w:r>
      <w:r>
        <w:t xml:space="preserve"> Difficult conversations can feel awkward, but avoiding them rarely makes intimacy easier.</w:t>
      </w:r>
      <w:r/>
    </w:p>
    <w:p>
      <w:pPr>
        <w:pStyle w:val="ListBullet"/>
        <w:spacing w:line="240" w:lineRule="auto"/>
        <w:ind w:left="720"/>
      </w:pPr>
      <w:r/>
      <w:r>
        <w:rPr>
          <w:b/>
        </w:rPr>
        <w:t>Opening up is personal:</w:t>
      </w:r>
      <w:r>
        <w:t xml:space="preserve"> Non-monogamy isn't a universal solution or a relationship template.</w:t>
      </w:r>
      <w:r/>
    </w:p>
    <w:p>
      <w:pPr>
        <w:pStyle w:val="ListBullet"/>
        <w:spacing w:line="240" w:lineRule="auto"/>
        <w:ind w:left="720"/>
      </w:pPr>
      <w:r/>
      <w:r>
        <w:rPr>
          <w:b/>
        </w:rPr>
        <w:t>Queer representation counts:</w:t>
      </w:r>
      <w:r>
        <w:t xml:space="preserve"> His work has helped bring more nuanced gay and disabled lives to mainstream audiences.</w:t>
      </w:r>
      <w:r/>
    </w:p>
    <w:p>
      <w:pPr>
        <w:pStyle w:val="ListBullet"/>
        <w:spacing w:line="240" w:lineRule="auto"/>
        <w:ind w:left="720"/>
      </w:pPr>
      <w:r/>
      <w:r>
        <w:rPr>
          <w:b/>
        </w:rPr>
        <w:t>Confidence can shift the mood:</w:t>
      </w:r>
      <w:r>
        <w:t xml:space="preserve"> O’Connell sees self-belief as a force that influences how others respond to us.</w:t>
      </w:r>
      <w:r/>
      <w:r/>
    </w:p>
    <w:p>
      <w:pPr>
        <w:pStyle w:val="Heading2"/>
      </w:pPr>
      <w:r>
        <w:t>Why Ryan O’Connell’s relationship philosophy is resonating</w:t>
      </w:r>
      <w:r/>
    </w:p>
    <w:p>
      <w:r/>
      <w:r>
        <w:t>The most striking idea in O’Connell’s discussion of open relationships is surprisingly simple: love shouldn't require either person to become smaller. For him, a long-term partnership isn't a sealed container. It's something that has to stretch as the people inside it change.</w:t>
      </w:r>
      <w:r/>
    </w:p>
    <w:p>
      <w:r/>
      <w:r>
        <w:t>That perspective feels especially refreshing because relationship advice often treats stability and growth as opposites. O’Connell’s experience suggests they can coexist, provided both partners are willing to keep talking. His approach isn't about chasing novelty for its own sake. It's about acknowledging desires honestly, before they turn into resentment or secrecy.</w:t>
      </w:r>
      <w:r/>
    </w:p>
    <w:p>
      <w:pPr>
        <w:pStyle w:val="Heading2"/>
      </w:pPr>
      <w:r>
        <w:t>Open relationships aren't a copy-and-paste formula</w:t>
      </w:r>
      <w:r/>
    </w:p>
    <w:p>
      <w:r/>
      <w:r>
        <w:t>O’Connell has described his relationship with Jonathan Parks-Ramage as evolving over time, rather than following a fixed plan. He has spoken about first exploring sex in structured, transactional settings before feeling ready for encounters involving uncertainty, rejection and a more emotional sense of connection.</w:t>
      </w:r>
      <w:r/>
    </w:p>
    <w:p>
      <w:r/>
      <w:r>
        <w:t>That distinction matters. Opening a relationship isn't simply a lifestyle accessory, nor is it proof that a couple is more sophisticated than everyone else. It can bring freedom, but it can also expose insecurities that were easier to ignore. Anyone considering it needs clear boundaries, enthusiastic consent and enough trust to discuss what happens when reality feels messier than the fantasy.</w:t>
      </w:r>
      <w:r/>
    </w:p>
    <w:p>
      <w:r/>
      <w:r>
        <w:t>A useful starting point is to ask what each person actually wants. Is the motivation curiosity, sexual variety, validation, independence or a response to problems already present? The answer won't settle everything, but it can make the first conversation more honest.</w:t>
      </w:r>
      <w:r/>
    </w:p>
    <w:p>
      <w:pPr>
        <w:pStyle w:val="Heading2"/>
      </w:pPr>
      <w:r>
        <w:t>The communication lesson queer couples can offer</w:t>
      </w:r>
      <w:r/>
    </w:p>
    <w:p>
      <w:r/>
      <w:r>
        <w:t>O’Connell has suggested that queer relationships often involve unusually direct conversations about sex, expectations and emotional needs. That doesn't mean every queer couple communicates perfectly, of course, but it does challenge the assumption that silence is a form of harmony.</w:t>
      </w:r>
      <w:r/>
    </w:p>
    <w:p>
      <w:r/>
      <w:r>
        <w:t>His broader point is valuable for anyone, regardless of orientation. A difficult conversation doesn't automatically signal failure. Sometimes it signals that two people care enough about the relationship to stop performing certainty and start telling the truth.</w:t>
      </w:r>
      <w:r/>
    </w:p>
    <w:p>
      <w:r/>
      <w:r>
        <w:t>That can mean discussing sexual boundaries, jealousy, changing bodies or the fear of being left behind. None of those topics is particularly glamorous, but they tend to matter far more than polished declarations of everlasting compatibility.</w:t>
      </w:r>
      <w:r/>
    </w:p>
    <w:p>
      <w:pPr>
        <w:pStyle w:val="Heading2"/>
      </w:pPr>
      <w:r>
        <w:t>From Special to Inspiration Porn</w:t>
      </w:r>
      <w:r/>
    </w:p>
    <w:p>
      <w:r/>
      <w:r>
        <w:t>O’Connell's work has consistently pushed back against tidy, inspirational portrayals of disability. His Netflix series Special, which drew on his earlier memoir, brought a gay disabled protagonist into a comedy-drama filled with sex, awkwardness, ambition and ordinary contradiction.</w:t>
      </w:r>
      <w:r/>
    </w:p>
    <w:p>
      <w:r/>
      <w:r>
        <w:t>That was part of its importance. Disabled characters are too often presented as symbols for somebody else's moral development, rather than as people with messy dating lives and questionable decisions. O’Connell's writing has helped replace that flat image with something warmer, sharper and much more recognisable.</w:t>
      </w:r>
      <w:r/>
    </w:p>
    <w:p>
      <w:r/>
      <w:r>
        <w:t>Coverage in publications including Teen Vogue, Men's Health and Cultured has highlighted how his work connects disability, sexuality and self-image without sanding away the uncomfortable bits. The result is representation that feels lived-in, not carefully laminated.</w:t>
      </w:r>
      <w:r/>
    </w:p>
    <w:p>
      <w:pPr>
        <w:pStyle w:val="Heading2"/>
      </w:pPr>
      <w:r>
        <w:t>What his body-confidence message gets right</w:t>
      </w:r>
      <w:r/>
    </w:p>
    <w:p>
      <w:r/>
      <w:r>
        <w:t>O’Connell has also spoken about learning to stop treating his body as an enemy. That shift isn't presented as a magical transformation, but as a gradual change in the story he tells himself and expects other people to believe.</w:t>
      </w:r>
      <w:r/>
    </w:p>
    <w:p>
      <w:r/>
      <w:r>
        <w:t>There’s a practical lesson here. Confidence doesn't mean feeling brilliant every morning, or pretending insecurity has vanished. It can mean noticing the assumptions you make about how others see you, then questioning whether those assumptions are facts at all.</w:t>
      </w:r>
      <w:r/>
    </w:p>
    <w:p>
      <w:r/>
      <w:r>
        <w:t>For readers navigating dating, disability or any relationship that makes them feel exposed, that idea is quietly powerful. Self-acceptance may not remove every awkward moment, but it can make those moments less controlling. And sometimes, that’s where intimacy begins.</w:t>
      </w:r>
      <w:r/>
    </w:p>
    <w:p>
      <w:pPr>
        <w:pStyle w:val="Heading2"/>
      </w:pPr>
      <w:r>
        <w:t>A more flexible idea of commitment</w:t>
      </w:r>
      <w:r/>
    </w:p>
    <w:p>
      <w:r/>
      <w:r>
        <w:t>O’Connell's outlook doesn't make commitment less meaningful. If anything, it asks couples to define commitment more deliberately, rather than relying on inherited rules about what a serious relationship should look like.</w:t>
      </w:r>
      <w:r/>
    </w:p>
    <w:p>
      <w:r/>
      <w:r>
        <w:t>For some people, that will mean monogamy with unusually open communication. For others, it may mean a consensually non-monogamous arrangement, or simply the freedom to admit that desires and identities can develop over time. The important part is that the agreement belongs to the people living it.</w:t>
      </w:r>
      <w:r/>
    </w:p>
    <w:p>
      <w:r/>
      <w:r>
        <w:t>His message is ultimately less about open relationships than about refusing to confuse comfort with honesty. A partnership that can absorb change may be more resilient than one held together by fear of what change might reveal.</w:t>
      </w:r>
      <w:r/>
    </w:p>
    <w:p>
      <w:r/>
      <w:r>
        <w:t>It's a compelling case for love that leaves room to grow, rather than asking either person to stand still.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[4]</w:t>
        </w:r>
      </w:hyperlink>
      <w:r>
        <w:t xml:space="preserve">, </w:t>
      </w:r>
      <w:hyperlink r:id="rId15">
        <w:r>
          <w:rPr>
            <w:color w:val="0000EE"/>
            <w:u w:val="single"/>
          </w:rPr>
          <w:t>[7]</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4">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1">
        <w:r>
          <w:rPr>
            <w:color w:val="0000EE"/>
            <w:u w:val="single"/>
          </w:rPr>
          <w:t>[3]</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[5]</w:t>
        </w:r>
      </w:hyperlink>
      <w:r>
        <w:t xml:space="preserve">- Paragraph 14: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https://queerloveproject.substack.com/p/ryan-oconnell-open-relationships</w:t>
        </w:r>
      </w:hyperlink>
      <w:r>
        <w:t xml:space="preserve"> - Please view link - unable to able to access data</w:t>
      </w:r>
      <w:r/>
    </w:p>
    <w:p>
      <w:pPr>
        <w:pStyle w:val="ListNumber"/>
        <w:spacing w:line="240" w:lineRule="auto"/>
        <w:ind w:left="720"/>
      </w:pPr>
      <w:r/>
      <w:hyperlink r:id="rId10">
        <w:r>
          <w:rPr>
            <w:color w:val="0000EE"/>
            <w:u w:val="single"/>
          </w:rPr>
          <w:t>https://www.salon.com/2026/06/07/ryan-oconnell-is-his-own-inspiration-porn/</w:t>
        </w:r>
      </w:hyperlink>
      <w:r>
        <w:t xml:space="preserve"> - In this interview, Ryan O'Connell discusses his journey as a queer, disabled writer and actor, delving into themes of family shame, internet fame, and the impact of vulnerability in the digital age. He reflects on his experiences with 'Inspiration Porn' and how his work challenges societal perceptions of disabled individuals. O'Connell also shares insights into his creative process and the evolution of his career, offering a candid look at the complexities of navigating identity and success in the entertainment industry.</w:t>
      </w:r>
      <w:r/>
    </w:p>
    <w:p>
      <w:pPr>
        <w:pStyle w:val="ListNumber"/>
        <w:spacing w:line="240" w:lineRule="auto"/>
        <w:ind w:left="720"/>
      </w:pPr>
      <w:r/>
      <w:hyperlink r:id="rId11">
        <w:r>
          <w:rPr>
            <w:color w:val="0000EE"/>
            <w:u w:val="single"/>
          </w:rPr>
          <w:t>https://gayety.com/ryan-oconnell-inspiration-porn-interview</w:t>
        </w:r>
      </w:hyperlink>
      <w:r>
        <w:t xml:space="preserve"> - Ryan O'Connell opens up about his new essay collection, 'Inspiration Porn,' discussing topics such as open relationships, body image, internet culture, and addiction. He reflects on his experiences as a gay, disabled man and how these elements influence his work. The interview provides a candid look at O'Connell's personal journey and the themes explored in his latest book, offering readers an intimate perspective on his life and creative expression.</w:t>
      </w:r>
      <w:r/>
    </w:p>
    <w:p>
      <w:pPr>
        <w:pStyle w:val="ListNumber"/>
        <w:spacing w:line="240" w:lineRule="auto"/>
        <w:ind w:left="720"/>
      </w:pPr>
      <w:r/>
      <w:hyperlink r:id="rId14">
        <w:r>
          <w:rPr>
            <w:color w:val="0000EE"/>
            <w:u w:val="single"/>
          </w:rPr>
          <w:t>https://en.wikipedia.org/wiki/Special_(TV_series)</w:t>
        </w:r>
      </w:hyperlink>
      <w:r>
        <w:t xml:space="preserve"> - This Wikipedia page provides an overview of 'Special,' an American comedy-drama television series created by Ryan O'Connell for Netflix. The series is a semi-autobiographical account of O'Connell's life as a gay man with cerebral palsy in Los Angeles, exploring themes of self-identity, relationships, and independence. It premiered on April 12, 2019, and concluded on May 20, 2021, after two seasons. The page includes information about the cast, production, and reception of the series.</w:t>
      </w:r>
      <w:r/>
    </w:p>
    <w:p>
      <w:pPr>
        <w:pStyle w:val="ListNumber"/>
        <w:spacing w:line="240" w:lineRule="auto"/>
        <w:ind w:left="720"/>
      </w:pPr>
      <w:r/>
      <w:hyperlink r:id="rId12">
        <w:r>
          <w:rPr>
            <w:color w:val="0000EE"/>
            <w:u w:val="single"/>
          </w:rPr>
          <w:t>https://www.culturedmag.com/article/2026/05/29/literature-ryan-oconnell-inspiration-porn-disability-special/</w:t>
        </w:r>
      </w:hyperlink>
      <w:r>
        <w:t xml:space="preserve"> - In this article, Ryan O'Connell discusses his career and the evolution of his work, including his new essay collection, 'Inspiration Porn.' He reflects on the vulnerability industrial complex, his first memoir, and his open relationship. The piece offers insights into O'Connell's creative process and personal experiences, providing a nuanced perspective on his journey as a writer and actor. It also touches on themes of disability, queerness, and the challenges of navigating personal and professional life in the public eye.</w:t>
      </w:r>
      <w:r/>
    </w:p>
    <w:p>
      <w:pPr>
        <w:pStyle w:val="ListNumber"/>
        <w:spacing w:line="240" w:lineRule="auto"/>
        <w:ind w:left="720"/>
      </w:pPr>
      <w:r/>
      <w:hyperlink r:id="rId13">
        <w:r>
          <w:rPr>
            <w:color w:val="0000EE"/>
            <w:u w:val="single"/>
          </w:rPr>
          <w:t>https://www.menshealth.com/entertainment/a36478141/ryan-oconnell-special-interview/</w:t>
        </w:r>
      </w:hyperlink>
      <w:r>
        <w:t xml:space="preserve"> - In this interview, Ryan O'Connell discusses his role in Netflix's 'Special,' addressing the portrayal of living with cerebral palsy and the importance of authentic representation. He shares his experiences as a gay, disabled actor and writer, offering insights into the challenges and rewards of bringing such a character to life. The article also touches on O'Connell's perspectives on the entertainment industry and the significance of telling diverse stories.</w:t>
      </w:r>
      <w:r/>
    </w:p>
    <w:p>
      <w:pPr>
        <w:pStyle w:val="ListNumber"/>
        <w:spacing w:line="240" w:lineRule="auto"/>
        <w:ind w:left="720"/>
      </w:pPr>
      <w:r/>
      <w:hyperlink r:id="rId15">
        <w:r>
          <w:rPr>
            <w:color w:val="0000EE"/>
            <w:u w:val="single"/>
          </w:rPr>
          <w:t>https://www.teenvogue.com/story/special-netflix-ryan-oconnell</w:t>
        </w:r>
      </w:hyperlink>
      <w:r>
        <w:t xml:space="preserve"> - This article features an interview with Ryan O'Connell, creator of Netflix's 'Special,' where he discusses his motivations for creating the show and his approach to representing the gay experience. O'Connell emphasizes his desire to create content that resonates with gay audiences and doesn't dilute the edges of the experience for mainstream consumption. The piece provides insights into O'Connell's creative vision and the themes explored in the series.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loveproject.substack.com/p/ryan-oconnell-open-relationships" TargetMode="External"/><Relationship Id="rId10" Type="http://schemas.openxmlformats.org/officeDocument/2006/relationships/hyperlink" Target="https://www.salon.com/2026/06/07/ryan-oconnell-is-his-own-inspiration-porn/" TargetMode="External"/><Relationship Id="rId11" Type="http://schemas.openxmlformats.org/officeDocument/2006/relationships/hyperlink" Target="https://gayety.com/ryan-oconnell-inspiration-porn-interview" TargetMode="External"/><Relationship Id="rId12" Type="http://schemas.openxmlformats.org/officeDocument/2006/relationships/hyperlink" Target="https://www.culturedmag.com/article/2026/05/29/literature-ryan-oconnell-inspiration-porn-disability-special/" TargetMode="External"/><Relationship Id="rId13" Type="http://schemas.openxmlformats.org/officeDocument/2006/relationships/hyperlink" Target="https://www.menshealth.com/entertainment/a36478141/ryan-oconnell-special-interview/" TargetMode="External"/><Relationship Id="rId14" Type="http://schemas.openxmlformats.org/officeDocument/2006/relationships/hyperlink" Target="https://en.wikipedia.org/wiki/Special_(TV_series)" TargetMode="External"/><Relationship Id="rId15" Type="http://schemas.openxmlformats.org/officeDocument/2006/relationships/hyperlink" Target="https://www.teenvogue.com/story/special-netflix-ryan-oconne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