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Pope’s Notre-Dame Visit Brings Paris a Moment of Renewal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Paris is preparing for a historic papal visit as Emmanuel Macron welcomes Pope Leo to the restored Notre-Dame cathedral. The weekend programme offers a striking mix of faith, politics and symbolism, while the church hopes the reopened landmark can help rebuild confidence after years of scandal and public scrutiny.</w:t>
      </w:r>
      <w:r/>
    </w:p>
    <w:p>
      <w:pPr>
        <w:pStyle w:val="Heading2"/>
      </w:pPr>
      <w:r>
        <w:t>Essential Takeaways</w:t>
      </w:r>
      <w:r/>
      <w:r/>
    </w:p>
    <w:p>
      <w:pPr>
        <w:pStyle w:val="ListBullet"/>
        <w:spacing w:line="240" w:lineRule="auto"/>
        <w:ind w:left="720"/>
      </w:pPr>
      <w:r/>
      <w:r>
        <w:rPr>
          <w:b/>
        </w:rPr>
        <w:t>A symbolic return:</w:t>
      </w:r>
      <w:r>
        <w:t xml:space="preserve"> The pope’s service marks the first papal visit to Notre-Dame since the 2019 fire.</w:t>
      </w:r>
      <w:r/>
    </w:p>
    <w:p>
      <w:pPr>
        <w:pStyle w:val="ListBullet"/>
        <w:spacing w:line="240" w:lineRule="auto"/>
        <w:ind w:left="720"/>
      </w:pPr>
      <w:r/>
      <w:r>
        <w:rPr>
          <w:b/>
        </w:rPr>
        <w:t>Macron’s welcome:</w:t>
      </w:r>
      <w:r>
        <w:t xml:space="preserve"> France’s president is receiving the pontiff in Paris before a weekend of public events.</w:t>
      </w:r>
      <w:r/>
    </w:p>
    <w:p>
      <w:pPr>
        <w:pStyle w:val="ListBullet"/>
        <w:spacing w:line="240" w:lineRule="auto"/>
        <w:ind w:left="720"/>
      </w:pPr>
      <w:r/>
      <w:r>
        <w:rPr>
          <w:b/>
        </w:rPr>
        <w:t>A rebuilt landmark:</w:t>
      </w:r>
      <w:r>
        <w:t xml:space="preserve"> Notre-Dame has undergone an intensive five-year restoration after suffering devastating damage.</w:t>
      </w:r>
      <w:r/>
    </w:p>
    <w:p>
      <w:pPr>
        <w:pStyle w:val="ListBullet"/>
        <w:spacing w:line="240" w:lineRule="auto"/>
        <w:ind w:left="720"/>
      </w:pPr>
      <w:r/>
      <w:r>
        <w:rPr>
          <w:b/>
        </w:rPr>
        <w:t>Beyond religion:</w:t>
      </w:r>
      <w:r>
        <w:t xml:space="preserve"> The visit is also expected to touch on artificial intelligence and Europe’s future.</w:t>
      </w:r>
      <w:r/>
    </w:p>
    <w:p>
      <w:pPr>
        <w:pStyle w:val="ListBullet"/>
        <w:spacing w:line="240" w:lineRule="auto"/>
        <w:ind w:left="720"/>
      </w:pPr>
      <w:r/>
      <w:r>
        <w:rPr>
          <w:b/>
        </w:rPr>
        <w:t>A moment of repair:</w:t>
      </w:r>
      <w:r>
        <w:t xml:space="preserve"> The Catholic Church is seeking renewed public trust after abuse scandals.</w:t>
      </w:r>
      <w:r/>
      <w:r/>
    </w:p>
    <w:p>
      <w:pPr>
        <w:pStyle w:val="Heading2"/>
      </w:pPr>
      <w:r>
        <w:t>Notre-Dame prepares for its first papal visit since the fire</w:t>
      </w:r>
      <w:r/>
    </w:p>
    <w:p>
      <w:r/>
      <w:r>
        <w:t>The restored Notre-Dame is about to take centre stage again, this time beneath the quiet ceremony of a papal prayer service. For Parisians and visitors, the setting carries an unmistakable emotional charge: the cathedral’s stonework, timber and stained glass have returned after the 2019 blaze brought the Gothic masterpiece close to collapse.</w:t>
      </w:r>
      <w:r/>
    </w:p>
    <w:p>
      <w:r/>
      <w:r>
        <w:t>According to the official Notre-Dame reopening programme, the cathedral’s return was planned as a sequence of religious and civic ceremonies rather than a single opening day. That careful staging has made the building feel less like a tourist attraction and more like a living part of Paris once again.</w:t>
      </w:r>
      <w:r/>
    </w:p>
    <w:p>
      <w:r/>
      <w:r>
        <w:t>The pope’s arrival adds another layer of history. His service will be the first by a pontiff inside the cathedral since the fire, turning a restoration milestone into a highly visible moment for the Catholic Church.</w:t>
      </w:r>
      <w:r/>
    </w:p>
    <w:p>
      <w:pPr>
        <w:pStyle w:val="Heading2"/>
      </w:pPr>
      <w:r>
        <w:t>Macron’s welcome links faith with national identity</w:t>
      </w:r>
      <w:r/>
    </w:p>
    <w:p>
      <w:r/>
      <w:r>
        <w:t>Emmanuel Macron’s reception of the pope reflects the unusual role Notre-Dame plays in French public life. It’s a place of worship, certainly, but it’s also a national symbol, a cultural landmark and a powerful image of Paris itself.</w:t>
      </w:r>
      <w:r/>
    </w:p>
    <w:p>
      <w:r/>
      <w:r>
        <w:t>Macron previously visited the cathedral during the restoration, as the interior was gradually revealed. Euronews reported that the president’s visit offered an early glimpse of the work’s progress, including the brightened stonework and carefully renewed details that had been hidden by centuries of soot and dust.</w:t>
      </w:r>
      <w:r/>
    </w:p>
    <w:p>
      <w:r/>
      <w:r>
        <w:t>That combination of state ceremony and religious ritual is likely to draw attention beyond France. The reopening has already been presented as a shared cultural achievement, even as debates continue over the place of religion in a strongly secular republic.</w:t>
      </w:r>
      <w:r/>
    </w:p>
    <w:p>
      <w:pPr>
        <w:pStyle w:val="Heading2"/>
      </w:pPr>
      <w:r>
        <w:t>The Church wants the visit to mean more than pageantry</w:t>
      </w:r>
      <w:r/>
    </w:p>
    <w:p>
      <w:r/>
      <w:r>
        <w:t>The Vatican is hoping the trip can help restore some of the Catholic Church’s standing after years of abuse scandals and criticism over institutional failures. A grand cathedral, however, can’t solve those problems on its own. Trust is rebuilt more slowly, through openness, accountability and a willingness to listen.</w:t>
      </w:r>
      <w:r/>
    </w:p>
    <w:p>
      <w:r/>
      <w:r>
        <w:t>Messages connected with the reopening have emphasised Notre-Dame as a place of welcome and prayer. Vatican News described the cathedral’s return as an opportunity for reflection, rather than simply a triumph of architecture or engineering.</w:t>
      </w:r>
      <w:r/>
    </w:p>
    <w:p>
      <w:r/>
      <w:r>
        <w:t>That distinction matters. The candles, organ music and polished stone may create a memorable scene, but many observers will be watching for what the pope says about the church’s responsibilities. The most powerful moment may be a candid one, rather than the most theatrical.</w:t>
      </w:r>
      <w:r/>
    </w:p>
    <w:p>
      <w:pPr>
        <w:pStyle w:val="Heading2"/>
      </w:pPr>
      <w:r>
        <w:t>AI and Europe add a political edge</w:t>
      </w:r>
      <w:r/>
    </w:p>
    <w:p>
      <w:r/>
      <w:r>
        <w:t>The weekend visit is expected to stretch beyond Catholic worship. The pope is also likely to renew calls for international rules governing artificial intelligence, a subject that has become increasingly important as governments and technology companies race to shape the sector.</w:t>
      </w:r>
      <w:r/>
    </w:p>
    <w:p>
      <w:r/>
      <w:r>
        <w:t>His interest in AI reflects the Vatican’s broader effort to engage with questions about human dignity, work and responsibility in a rapidly changing world. Technology may seem far removed from a medieval cathedral, but the underlying question is familiar: how should power be used, and who should be protected when systems become difficult to control?</w:t>
      </w:r>
      <w:r/>
    </w:p>
    <w:p>
      <w:r/>
      <w:r>
        <w:t>The pope is also expected to set out his thinking on Europe’s future. That could give the visit a wider political resonance, particularly at a time when the continent is wrestling with war, migration, economic pressure and questions about its shared identity.</w:t>
      </w:r>
      <w:r/>
    </w:p>
    <w:p>
      <w:pPr>
        <w:pStyle w:val="Heading2"/>
      </w:pPr>
      <w:r>
        <w:t>A restored cathedral looks towards its next chapter</w:t>
      </w:r>
      <w:r/>
    </w:p>
    <w:p>
      <w:r/>
      <w:r>
        <w:t>The reopening schedule published by Notre-Dame’s authorities shows how much planning has gone into bringing the cathedral back into public life. Services, ceremonies and visitor access have been arranged carefully, reflecting both the building’s spiritual purpose and its extraordinary popularity.</w:t>
      </w:r>
      <w:r/>
    </w:p>
    <w:p>
      <w:r/>
      <w:r>
        <w:t>The restoration has also sharpened interest in how historic buildings can survive disaster without losing their character. Vatican and French church communications have repeatedly framed the cathedral’s return as a sign of hope, while the official programme has focused on continuity, tradition and renewal.</w:t>
      </w:r>
      <w:r/>
    </w:p>
    <w:p>
      <w:r/>
      <w:r>
        <w:t>For Paris, the pope’s visit offers a rare pause between the past and the future. Notre-Dame has survived fire, reconstruction and years of uncertainty. Now it must become a working cathedral again, not just a beautiful reminder of what was lost.</w:t>
      </w:r>
      <w:r/>
    </w:p>
    <w:p>
      <w:r/>
      <w:r>
        <w:t>A famous building can reopen in a day, but its meaning is rebuilt over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4">
        <w:r>
          <w:rPr>
            <w:color w:val="0000EE"/>
            <w:u w:val="single"/>
          </w:rPr>
          <w:t>[6]</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3">
        <w:r>
          <w:rPr>
            <w:color w:val="0000EE"/>
            <w:u w:val="single"/>
          </w:rPr>
          <w:t>[4]</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2">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3">
        <w:r>
          <w:rPr>
            <w:color w:val="0000EE"/>
            <w:u w:val="single"/>
          </w:rPr>
          <w:t>[4]</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https://www.telegraaf.nl/binnenland/jonge-homos-geven-schrijnend-inkijkje-in-de-keiharde-realiteit-achter-dalende-acceptatie-op-school-leerling-riep-dat-we-een-kogel-door-onze-kop-verdienen/161895526.html</w:t>
        </w:r>
      </w:hyperlink>
      <w:r>
        <w:t xml:space="preserve"> - Please view link - unable to able to access data</w:t>
      </w:r>
      <w:r/>
    </w:p>
    <w:p>
      <w:pPr>
        <w:pStyle w:val="ListNumber"/>
        <w:spacing w:line="240" w:lineRule="auto"/>
        <w:ind w:left="720"/>
      </w:pPr>
      <w:r/>
      <w:hyperlink r:id="rId10">
        <w:r>
          <w:rPr>
            <w:color w:val="0000EE"/>
            <w:u w:val="single"/>
          </w:rPr>
          <w:t>https://www.vaticannews.va/en/pope/news/2024-11/pope-message-french-bishops-reopening-notre-dame-cathedral.html</w:t>
        </w:r>
      </w:hyperlink>
      <w:r>
        <w:t xml:space="preserve"> - In November 2024, Pope Francis sent a message to French bishops, highlighting the reopening of Notre-Dame Cathedral in Paris as a prophetic sign from the Lord. He encouraged the Church in France to recognise this event as a meaningful symbol of renewal, five years after the devastating fire in April 2019. The Pope expressed hope for strengthening bonds between the Church in France and African Churches, affirming unity in Christ. The message was delivered on behalf of Cardinal Secretary of State Pietro Parolin during the French bishops' Plenary Assembly in Lourdes.</w:t>
      </w:r>
      <w:r/>
    </w:p>
    <w:p>
      <w:pPr>
        <w:pStyle w:val="ListNumber"/>
        <w:spacing w:line="240" w:lineRule="auto"/>
        <w:ind w:left="720"/>
      </w:pPr>
      <w:r/>
      <w:hyperlink r:id="rId11">
        <w:r>
          <w:rPr>
            <w:color w:val="0000EE"/>
            <w:u w:val="single"/>
          </w:rPr>
          <w:t>https://www.notredamedeparis.fr/en/reopening-ceremonies/</w:t>
        </w:r>
      </w:hyperlink>
      <w:r>
        <w:t xml:space="preserve"> - Notre-Dame Cathedral in Paris is set to reopen on December 7, 2024, after five years of restoration following the 2019 fire. The reopening ceremonies will begin with a solemn service led by Archbishop Laurent Ulrich, marking the cathedral's return to its role as a place of worship and historical heritage. On December 8, the first Mass in the restored cathedral will be celebrated, featuring the consecration of the main altar. The events will be attended by nearly 170 bishops from around the world, Parisian priests, heads of state, and faithful attendees.</w:t>
      </w:r>
      <w:r/>
    </w:p>
    <w:p>
      <w:pPr>
        <w:pStyle w:val="ListNumber"/>
        <w:spacing w:line="240" w:lineRule="auto"/>
        <w:ind w:left="720"/>
      </w:pPr>
      <w:r/>
      <w:hyperlink r:id="rId13">
        <w:r>
          <w:rPr>
            <w:color w:val="0000EE"/>
            <w:u w:val="single"/>
          </w:rPr>
          <w:t>https://www.vaticannews.va/en/pope/news/2024-12/pope-francis-message-reopening-notre-dame-cathedral-france.html</w:t>
        </w:r>
      </w:hyperlink>
      <w:r>
        <w:t xml:space="preserve"> - Ahead of the reopening of Notre-Dame Cathedral on December 8, 2024, Pope Francis sent a heartfelt message to Archbishop Laurent Ulrich of Paris. The Pope expressed joy over the cathedral's rebirth after the 2019 fire, describing the moment as a transition from sadness to joy. He paid homage to the firefighters who risked their lives to preserve the structure and acknowledged the international generosity that contributed to its restoration. The Pope viewed the reopening as a prophetic symbol of the Church's renewal in France and encouraged the faithful to welcome visitors with generosity and openness.</w:t>
      </w:r>
      <w:r/>
    </w:p>
    <w:p>
      <w:pPr>
        <w:pStyle w:val="ListNumber"/>
        <w:spacing w:line="240" w:lineRule="auto"/>
        <w:ind w:left="720"/>
      </w:pPr>
      <w:r/>
      <w:hyperlink r:id="rId12">
        <w:r>
          <w:rPr>
            <w:color w:val="0000EE"/>
            <w:u w:val="single"/>
          </w:rPr>
          <w:t>https://www.vaticannews.va/en/church/news/2024-02/france-paris-catheral-notre-dame-reopening-schedule.html</w:t>
        </w:r>
      </w:hyperlink>
      <w:r>
        <w:t xml:space="preserve"> - In February 2024, Archbishop Laurent Ulrich of Paris unveiled the schedule for the reopening of Notre-Dame Cathedral, planned for December 8, 2024. The reopening period will include numerous celebrations and pilgrimages, extending from December 8, 2024, to June 8, 2025, coinciding with the universal Church's 2025 Jubilee. The Archbishop invited the faithful to celebrate the cathedral's re-inauguration after the 2019 fire, highlighting the significance of the event for both the Church and the French nation.</w:t>
      </w:r>
      <w:r/>
    </w:p>
    <w:p>
      <w:pPr>
        <w:pStyle w:val="ListNumber"/>
        <w:spacing w:line="240" w:lineRule="auto"/>
        <w:ind w:left="720"/>
      </w:pPr>
      <w:r/>
      <w:hyperlink r:id="rId14">
        <w:r>
          <w:rPr>
            <w:color w:val="0000EE"/>
            <w:u w:val="single"/>
          </w:rPr>
          <w:t>https://www.euronews.com/2024/11/29/macron-visits-notre-dame-as-cathedrals-interior-revealed-after-five-year-restoration</w:t>
        </w:r>
      </w:hyperlink>
      <w:r>
        <w:t xml:space="preserve"> - On November 29, 2024, French President Emmanuel Macron visited the renovated Notre-Dame Cathedral in Paris, accompanied by his wife, Brigitte, Paris Archbishop Laurent Ulrich, and Mayor Anne Hidalgo. The visit marked the unveiling of the cathedral's new interior after more than five years of restoration following the 2019 fire. The cathedral was scheduled to reopen to the public on December 8, 2024, with the visit serving as a significant milestone in the restoration process.</w:t>
      </w:r>
      <w:r/>
    </w:p>
    <w:p>
      <w:pPr>
        <w:pStyle w:val="ListNumber"/>
        <w:spacing w:line="240" w:lineRule="auto"/>
        <w:ind w:left="720"/>
      </w:pPr>
      <w:r/>
      <w:hyperlink r:id="rId15">
        <w:r>
          <w:rPr>
            <w:color w:val="0000EE"/>
            <w:u w:val="single"/>
          </w:rPr>
          <w:t>https://www.vaticannews.va/fr/pape/news/2024-12/notre-dame-pape-francois-cathedrale-france-eglise-catholique-foi.html</w:t>
        </w:r>
      </w:hyperlink>
      <w:r>
        <w:t xml:space="preserve"> - In December 2024, Pope Francis addressed French Catholics, inviting them to reclaim their heritage of faith as Notre-Dame Cathedral reopened in Paris. The Pope viewed the cathedral's rebirth as a prophetic sign of renewal for the Church in France. He encouraged the faithful to welcome visitors generously and freely, sharing in the peace and joy that flow from God's presence. The message was read by the Apostolic Nuncio to France during the inauguration ceremony on December 7, 2024.</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legraaf.nl/binnenland/jonge-homos-geven-schrijnend-inkijkje-in-de-keiharde-realiteit-achter-dalende-acceptatie-op-school-leerling-riep-dat-we-een-kogel-door-onze-kop-verdienen/161895526.html" TargetMode="External"/><Relationship Id="rId10" Type="http://schemas.openxmlformats.org/officeDocument/2006/relationships/hyperlink" Target="https://www.vaticannews.va/en/pope/news/2024-11/pope-message-french-bishops-reopening-notre-dame-cathedral.html" TargetMode="External"/><Relationship Id="rId11" Type="http://schemas.openxmlformats.org/officeDocument/2006/relationships/hyperlink" Target="https://www.notredamedeparis.fr/en/reopening-ceremonies/" TargetMode="External"/><Relationship Id="rId12" Type="http://schemas.openxmlformats.org/officeDocument/2006/relationships/hyperlink" Target="https://www.vaticannews.va/en/church/news/2024-02/france-paris-catheral-notre-dame-reopening-schedule.html" TargetMode="External"/><Relationship Id="rId13" Type="http://schemas.openxmlformats.org/officeDocument/2006/relationships/hyperlink" Target="https://www.vaticannews.va/en/pope/news/2024-12/pope-francis-message-reopening-notre-dame-cathedral-france.html" TargetMode="External"/><Relationship Id="rId14" Type="http://schemas.openxmlformats.org/officeDocument/2006/relationships/hyperlink" Target="https://www.euronews.com/2024/11/29/macron-visits-notre-dame-as-cathedrals-interior-revealed-after-five-year-restoration" TargetMode="External"/><Relationship Id="rId15" Type="http://schemas.openxmlformats.org/officeDocument/2006/relationships/hyperlink" Target="https://www.vaticannews.va/fr/pape/news/2024-12/notre-dame-pape-francois-cathedrale-france-eglise-catholique-foi.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