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Slo Pitch details reveal a wildly different queer sports comedy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getting a new kind of queer sports comedy as Crave introduces Slo Pitch, a chaotic Canadian mockumentary about a mostly lesbian beer-league softball team. With Elliot Page behind the project and Emily Hampshire among its stars, the series promises messy friendships, oversized personalities and plenty of laughs, rather than steamy sports romance.</w:t>
      </w:r>
      <w:r/>
    </w:p>
    <w:p>
      <w:pPr>
        <w:pStyle w:val="Heading2"/>
      </w:pPr>
      <w:r>
        <w:t>Essential Takeaways</w:t>
      </w:r>
      <w:r/>
      <w:r/>
    </w:p>
    <w:p>
      <w:pPr>
        <w:pStyle w:val="ListBullet"/>
        <w:spacing w:line="240" w:lineRule="auto"/>
        <w:ind w:left="720"/>
      </w:pPr>
      <w:r/>
      <w:r>
        <w:rPr>
          <w:b/>
        </w:rPr>
        <w:t>A new Crave comedy:</w:t>
      </w:r>
      <w:r>
        <w:t xml:space="preserve"> Slo Pitch follows the Brovaries, a mostly queer softball team in Mississauga.</w:t>
      </w:r>
      <w:r/>
    </w:p>
    <w:p>
      <w:pPr>
        <w:pStyle w:val="ListBullet"/>
        <w:spacing w:line="240" w:lineRule="auto"/>
        <w:ind w:left="720"/>
      </w:pPr>
      <w:r/>
      <w:r>
        <w:rPr>
          <w:b/>
        </w:rPr>
        <w:t>A very different mood:</w:t>
      </w:r>
      <w:r>
        <w:t xml:space="preserve"> The show leans into awkward humour, bad decisions and lovable chaos rather than intimate drama.</w:t>
      </w:r>
      <w:r/>
    </w:p>
    <w:p>
      <w:pPr>
        <w:pStyle w:val="ListBullet"/>
        <w:spacing w:line="240" w:lineRule="auto"/>
        <w:ind w:left="720"/>
      </w:pPr>
      <w:r/>
      <w:r>
        <w:rPr>
          <w:b/>
        </w:rPr>
        <w:t>A strong creative team:</w:t>
      </w:r>
      <w:r>
        <w:t xml:space="preserve"> Elliot Page's Pageboy Productions is involved alongside creator and performer Karen Knox.</w:t>
      </w:r>
      <w:r/>
    </w:p>
    <w:p>
      <w:pPr>
        <w:pStyle w:val="ListBullet"/>
        <w:spacing w:line="240" w:lineRule="auto"/>
        <w:ind w:left="720"/>
      </w:pPr>
      <w:r/>
      <w:r>
        <w:rPr>
          <w:b/>
        </w:rPr>
        <w:t>Big personalities drive the fun:</w:t>
      </w:r>
      <w:r>
        <w:t xml:space="preserve"> Emily Hampshire plays Leanne, an egotistical ex described as a dazzling, predatory force of nature.</w:t>
      </w:r>
      <w:r/>
    </w:p>
    <w:p>
      <w:pPr>
        <w:pStyle w:val="ListBullet"/>
        <w:spacing w:line="240" w:lineRule="auto"/>
        <w:ind w:left="720"/>
      </w:pPr>
      <w:r/>
      <w:r>
        <w:rPr>
          <w:b/>
        </w:rPr>
        <w:t>A timely addition:</w:t>
      </w:r>
      <w:r>
        <w:t xml:space="preserve"> The series expands the range of LGBTQ+ stories appearing on Canadian television.</w:t>
      </w:r>
      <w:r/>
      <w:r/>
    </w:p>
    <w:p>
      <w:pPr>
        <w:pStyle w:val="Heading2"/>
      </w:pPr>
      <w:r>
        <w:t>Slo Pitch brings queer chaos to the softball diamond</w:t>
      </w:r>
      <w:r/>
    </w:p>
    <w:p>
      <w:r/>
      <w:r>
        <w:t>The strongest thing about Slo Pitch may be its refusal to behave like a polished sports drama. This is beer-league softball, where the uniforms are likely less sleek, the tactics more questionable and the emotional stakes somehow still enormous.</w:t>
      </w:r>
      <w:r/>
    </w:p>
    <w:p>
      <w:r/>
      <w:r>
        <w:t>The series centres on the Brovaries, a mostly queer team playing in Mississauga. According to coverage from The Mary Sue, its appeal lies in placing lesbian and queer characters at the heart of a broad, ensemble comedy rather than treating them as supporting players in someone else's story.</w:t>
      </w:r>
      <w:r/>
    </w:p>
    <w:p>
      <w:r/>
      <w:r>
        <w:t>Karen Knox created the series and also appears in it, while Jess Salgueiro plays Joanne, the team's coach. That setup gives the show plenty of room for competing egos, old grudges and the sort of sideline drama that can make a casual match feel like a championship final.</w:t>
      </w:r>
      <w:r/>
    </w:p>
    <w:p>
      <w:pPr>
        <w:pStyle w:val="Heading2"/>
      </w:pPr>
      <w:r>
        <w:t>Don't expect another Heated Rivalry</w:t>
      </w:r>
      <w:r/>
    </w:p>
    <w:p>
      <w:r/>
      <w:r>
        <w:t>The obvious comparison is Crave's hugely popular hockey romance Heated Rivalry, but Slo Pitch is heading in almost the opposite direction. Where that series is known for tenderness, longing and intimate vulnerability, this new comedy appears far more interested in stupidity, friction and the strange joy of friends behaving badly together.</w:t>
      </w:r>
      <w:r/>
    </w:p>
    <w:p>
      <w:r/>
      <w:r>
        <w:t>Emily Hampshire, who plays Joanne's former partner Leanne, has acknowledged the comparison. As PinkNews reported, the two shows share a broadcaster, queer themes and sport, but their tones are dramatically different.</w:t>
      </w:r>
      <w:r/>
    </w:p>
    <w:p>
      <w:r/>
      <w:r>
        <w:t>That distinction is worth celebrating. Queer television doesn't need to offer just one emotional register, and Slo Pitch seems ready to make space for loud, ridiculous and imperfect women. Sometimes representation looks less like a grand declaration and more like somebody making a terrible decision in the outfield.</w:t>
      </w:r>
      <w:r/>
    </w:p>
    <w:p>
      <w:pPr>
        <w:pStyle w:val="Heading2"/>
      </w:pPr>
      <w:r>
        <w:t>Emily Hampshire's Leanne is built for trouble</w:t>
      </w:r>
      <w:r/>
    </w:p>
    <w:p>
      <w:r/>
      <w:r>
        <w:t>Hampshire's character sounds like the sort of ex who can turn a friendly game into a personal theatre production. Leanne is described as a charming narcissist, which is a wonderfully dangerous combination when mixed with competitive sport and unresolved history.</w:t>
      </w:r>
      <w:r/>
    </w:p>
    <w:p>
      <w:r/>
      <w:r>
        <w:t>The ensemble also includes Knox as Boris, a boastful German transplant with a serious enthusiasm for beer. Those broad character sketches suggest that Slo Pitch will rely on vivid personalities rather than a single conventional hero, giving the mockumentary format plenty of comic fuel.</w:t>
      </w:r>
      <w:r/>
    </w:p>
    <w:p>
      <w:r/>
      <w:r>
        <w:t>Early coverage from The Advocate highlights the show's deliberately scruffy energy. This isn't a team of elite athletes chasing glory; it's a group of people navigating friendship, desire and petty rivalry while trying not to completely embarrass themselves.</w:t>
      </w:r>
      <w:r/>
    </w:p>
    <w:p>
      <w:pPr>
        <w:pStyle w:val="Heading2"/>
      </w:pPr>
      <w:r>
        <w:t>Elliot Page saw the potential straight away</w:t>
      </w:r>
      <w:r/>
    </w:p>
    <w:p>
      <w:r/>
      <w:r>
        <w:t>Elliot Page's involvement adds weight to the project, particularly because his production company, Pageboy Productions, is helping bring the series to the screen. The partnership connects Slo Pitch to a broader effort to develop stories centred on LGBTQ+ lives.</w:t>
      </w:r>
      <w:r/>
    </w:p>
    <w:p>
      <w:r/>
      <w:r>
        <w:t>Page has spoken about the importance of making queer projects that feel specific rather than cautious. Coverage from them notes that the show's clear character work and unapologetically queer perspective were major attractions.</w:t>
      </w:r>
      <w:r/>
    </w:p>
    <w:p>
      <w:r/>
      <w:r>
        <w:t>That matters in a television landscape where LGBTQ+ stories are still sometimes treated as commercial gambles. A show about a chaotic queer softball team may sound niche on paper, but its friendships, exes and bruised egos are instantly recognisable. The diamond is just the setting.</w:t>
      </w:r>
      <w:r/>
    </w:p>
    <w:p>
      <w:pPr>
        <w:pStyle w:val="Heading2"/>
      </w:pPr>
      <w:r>
        <w:t>Why this Canadian series feels timely</w:t>
      </w:r>
      <w:r/>
    </w:p>
    <w:p>
      <w:r/>
      <w:r>
        <w:t>Slo Pitch arrives during a period when queer television is gaining a wider audience, but the success of one series doesn't automatically make the path easier for the next. Page has argued that Canada remains a comparatively welcoming place for LGBTQ+ projects, while also warning that the industry needs to build on individual successes rather than treat them as exceptions.</w:t>
      </w:r>
      <w:r/>
    </w:p>
    <w:p>
      <w:r/>
      <w:r>
        <w:t>The series also reflects a useful shift in tone. Queer characters can be romantic, serious and vulnerable, but they can also be vain, messy, hilarious and spectacularly bad at sport. That range makes television feel more truthful, not less meaningful.</w:t>
      </w:r>
      <w:r/>
    </w:p>
    <w:p>
      <w:r/>
      <w:r>
        <w:t>For viewers looking for a light-hearted sapphic show with a strong ensemble and a distinctly Canadian setting, Slo Pitch could be an easy one to add to the watchlist. Just don't expect everyone to keep their eye on the ball.</w:t>
      </w:r>
      <w:r/>
    </w:p>
    <w:p>
      <w:r/>
      <w:r>
        <w:t>It's queer television with muddy trainers, loud opinions and plenty of room to misbehave.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3">
        <w:r>
          <w:rPr>
            <w:color w:val="0000EE"/>
            <w:u w:val="single"/>
          </w:rPr>
          <w:t>[4]</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https://toronto.citynews.ca/2026/09/25/dont-expect-naked-stuff-from-craves-new-queer-tv-show-slo-pitch-cast-says/</w:t>
        </w:r>
      </w:hyperlink>
      <w:r>
        <w:t xml:space="preserve"> - Please view link - unable to able to access data</w:t>
      </w:r>
      <w:r/>
    </w:p>
    <w:p>
      <w:pPr>
        <w:pStyle w:val="ListNumber"/>
        <w:spacing w:line="240" w:lineRule="auto"/>
        <w:ind w:left="720"/>
      </w:pPr>
      <w:r/>
      <w:hyperlink r:id="rId10">
        <w:r>
          <w:rPr>
            <w:color w:val="0000EE"/>
            <w:u w:val="single"/>
          </w:rPr>
          <w:t>https://www.them.us/story/slo-pitch-lesbian-softball-show-elliot-page-emily-hampshire</w:t>
        </w:r>
      </w:hyperlink>
      <w:r>
        <w:t xml:space="preserve"> - 'Slo Pitch' is an upcoming Canadian mockumentary-style comedy series co-produced by Elliot Page's company, Pageboy Productions. The show follows the Public Lass Brovaries, a queer underdog softball team, as they navigate the challenges of beer league sports. The series is based on a web series of the same name that aired from 2020 to 2022. (</w:t>
      </w:r>
      <w:hyperlink r:id="rId16">
        <w:r>
          <w:rPr>
            <w:color w:val="0000EE"/>
            <w:u w:val="single"/>
          </w:rPr>
          <w:t>them.us</w:t>
        </w:r>
      </w:hyperlink>
      <w:r>
        <w:t>)</w:t>
      </w:r>
      <w:r/>
    </w:p>
    <w:p>
      <w:pPr>
        <w:pStyle w:val="ListNumber"/>
        <w:spacing w:line="240" w:lineRule="auto"/>
        <w:ind w:left="720"/>
      </w:pPr>
      <w:r/>
      <w:hyperlink r:id="rId12">
        <w:r>
          <w:rPr>
            <w:color w:val="0000EE"/>
            <w:u w:val="single"/>
          </w:rPr>
          <w:t>https://www.adorocinema.com/series/serie-1000001046/</w:t>
        </w:r>
      </w:hyperlink>
      <w:r>
        <w:t xml:space="preserve"> - 'Slo Pitch' is a Canadian comedy series created by Karen Knox and Gwenlyn Cumyn, set to premiere on Crave on September 25, 2026. The show follows Joanne Pico, who coaches 'The Public Lass Brovaries,' a team that has lost six consecutive seasons. The cast includes Emily Hampshire, Jess Salgueiro, and Karen Knox. (</w:t>
      </w:r>
      <w:hyperlink r:id="rId17">
        <w:r>
          <w:rPr>
            <w:color w:val="0000EE"/>
            <w:u w:val="single"/>
          </w:rPr>
          <w:t>adorocinema.com</w:t>
        </w:r>
      </w:hyperlink>
      <w:r>
        <w:t>)</w:t>
      </w:r>
      <w:r/>
    </w:p>
    <w:p>
      <w:pPr>
        <w:pStyle w:val="ListNumber"/>
        <w:spacing w:line="240" w:lineRule="auto"/>
        <w:ind w:left="720"/>
      </w:pPr>
      <w:r/>
      <w:hyperlink r:id="rId13">
        <w:r>
          <w:rPr>
            <w:color w:val="0000EE"/>
            <w:u w:val="single"/>
          </w:rPr>
          <w:t>https://www.senscritique.com/serie/slo_pitch/139558029/details</w:t>
        </w:r>
      </w:hyperlink>
      <w:r>
        <w:t xml:space="preserve"> - 'Slo Pitch' is a Canadian comedy series set to premiere on Crave on September 25, 2026. The show follows Joanne Pico, who coaches 'The Public Lass Brovaries,' a team that has lost six consecutive seasons. The cast includes Emily Hampshire, Jess Salgueiro, and Karen Knox. (</w:t>
      </w:r>
      <w:hyperlink r:id="rId18">
        <w:r>
          <w:rPr>
            <w:color w:val="0000EE"/>
            <w:u w:val="single"/>
          </w:rPr>
          <w:t>senscritique.com</w:t>
        </w:r>
      </w:hyperlink>
      <w:r>
        <w:t>)</w:t>
      </w:r>
      <w:r/>
    </w:p>
    <w:p>
      <w:pPr>
        <w:pStyle w:val="ListNumber"/>
        <w:spacing w:line="240" w:lineRule="auto"/>
        <w:ind w:left="720"/>
      </w:pPr>
      <w:r/>
      <w:hyperlink r:id="rId11">
        <w:r>
          <w:rPr>
            <w:color w:val="0000EE"/>
            <w:u w:val="single"/>
          </w:rPr>
          <w:t>https://www.thepinknews.com/2026/08/27/elliot-page-slo-pitch-sapphic-comedy-teaser-crave/</w:t>
        </w:r>
      </w:hyperlink>
      <w:r>
        <w:t xml:space="preserve"> - Crave has shared a first look at 'Slo Pitch,' a new queer sports comedy co-produced by Elliot Page. The series follows 'The Brovaries,' a dysfunctional, last-place softball team in an LGBTQ+ beer league in Mississauga, Ontario. The show is set to premiere on Crave on September 25, 2026. (</w:t>
      </w:r>
      <w:hyperlink r:id="rId19">
        <w:r>
          <w:rPr>
            <w:color w:val="0000EE"/>
            <w:u w:val="single"/>
          </w:rPr>
          <w:t>thepinknews.com</w:t>
        </w:r>
      </w:hyperlink>
      <w:r>
        <w:t>)</w:t>
      </w:r>
      <w:r/>
    </w:p>
    <w:p>
      <w:pPr>
        <w:pStyle w:val="ListNumber"/>
        <w:spacing w:line="240" w:lineRule="auto"/>
        <w:ind w:left="720"/>
      </w:pPr>
      <w:r/>
      <w:hyperlink r:id="rId14">
        <w:r>
          <w:rPr>
            <w:color w:val="0000EE"/>
            <w:u w:val="single"/>
          </w:rPr>
          <w:t>https://www.edgemedianetwork.com/story/162179</w:t>
        </w:r>
      </w:hyperlink>
      <w:r>
        <w:t xml:space="preserve"> - Crave has announced 'Slo Pitch,' a forthcoming mockumentary series centered on a lesbian softball team. The series is co-produced by Elliot Page's company, Pageboy Productions, and is set to premiere on Crave on September 25, 2026. (</w:t>
      </w:r>
      <w:hyperlink r:id="rId20">
        <w:r>
          <w:rPr>
            <w:color w:val="0000EE"/>
            <w:u w:val="single"/>
          </w:rPr>
          <w:t>edgemedianetwork.com</w:t>
        </w:r>
      </w:hyperlink>
      <w:r>
        <w:t>)</w:t>
      </w:r>
      <w:r/>
    </w:p>
    <w:p>
      <w:pPr>
        <w:pStyle w:val="ListNumber"/>
        <w:spacing w:line="240" w:lineRule="auto"/>
        <w:ind w:left="720"/>
      </w:pPr>
      <w:r/>
      <w:hyperlink r:id="rId15">
        <w:r>
          <w:rPr>
            <w:color w:val="0000EE"/>
            <w:u w:val="single"/>
          </w:rPr>
          <w:t>https://www.marieclaire.com/culture/tv-shows/slo-pitch-how-to-watch/</w:t>
        </w:r>
      </w:hyperlink>
      <w:r>
        <w:t xml:space="preserve"> - 'Slo Pitch' is a new LGBTQ+ mockumentary-style comedy series from Canada's Crave streaming service, co-produced by Elliot Page and inspired by J Stevens' original web series. The ten-episode show follows the Public Lass Brovaries, an underdog lesbian softball team navigating rivalries, romance, and beer-league drama. The plot centers on Coach Joanne Salo, played by Jess Salgueiro, who is determined to lead her team to a championship victory following a sudden breakup with her long-time girlfriend and co-founder of the team. The ensemble cast includes Karen Knox, Emily Hampshire, Chelsea Muirhead, Gwenlyn Cumyn, and a cameo from Japanese softball legend Ayami Sato. 'Slo Pitch' premieres on Crave on September 25, 2026, with two episodes released each Friday leading up to the season finale on October 23. Though U.S. streaming details are unconfirmed, it may eventually become available on platforms like HBO Max or AMC+, following the path of other Crave shows. In the interim, U.S. viewers can access it via Crave with a VPN. (</w:t>
      </w:r>
      <w:hyperlink r:id="rId21">
        <w:r>
          <w:rPr>
            <w:color w:val="0000EE"/>
            <w:u w:val="single"/>
          </w:rPr>
          <w:t>marieclaire.com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ronto.citynews.ca/2026/09/25/dont-expect-naked-stuff-from-craves-new-queer-tv-show-slo-pitch-cast-says/" TargetMode="External"/><Relationship Id="rId10" Type="http://schemas.openxmlformats.org/officeDocument/2006/relationships/hyperlink" Target="https://www.them.us/story/slo-pitch-lesbian-softball-show-elliot-page-emily-hampshire" TargetMode="External"/><Relationship Id="rId11" Type="http://schemas.openxmlformats.org/officeDocument/2006/relationships/hyperlink" Target="https://www.thepinknews.com/2026/08/27/elliot-page-slo-pitch-sapphic-comedy-teaser-crave/" TargetMode="External"/><Relationship Id="rId12" Type="http://schemas.openxmlformats.org/officeDocument/2006/relationships/hyperlink" Target="https://www.adorocinema.com/series/serie-1000001046/" TargetMode="External"/><Relationship Id="rId13" Type="http://schemas.openxmlformats.org/officeDocument/2006/relationships/hyperlink" Target="https://www.senscritique.com/serie/slo_pitch/139558029/details" TargetMode="External"/><Relationship Id="rId14" Type="http://schemas.openxmlformats.org/officeDocument/2006/relationships/hyperlink" Target="https://www.edgemedianetwork.com/story/162179" TargetMode="External"/><Relationship Id="rId15" Type="http://schemas.openxmlformats.org/officeDocument/2006/relationships/hyperlink" Target="https://www.marieclaire.com/culture/tv-shows/slo-pitch-how-to-watch/" TargetMode="External"/><Relationship Id="rId16" Type="http://schemas.openxmlformats.org/officeDocument/2006/relationships/hyperlink" Target="https://www.them.us/story/slo-pitch-lesbian-softball-show-elliot-page-emily-hampshire?utm_source=openai" TargetMode="External"/><Relationship Id="rId17" Type="http://schemas.openxmlformats.org/officeDocument/2006/relationships/hyperlink" Target="https://www.adorocinema.com/series/serie-1000001046/?utm_source=openai" TargetMode="External"/><Relationship Id="rId18" Type="http://schemas.openxmlformats.org/officeDocument/2006/relationships/hyperlink" Target="https://www.senscritique.com/serie/slo_pitch/139558029/details?utm_source=openai" TargetMode="External"/><Relationship Id="rId19" Type="http://schemas.openxmlformats.org/officeDocument/2006/relationships/hyperlink" Target="https://www.thepinknews.com/2026/08/27/elliot-page-slo-pitch-sapphic-comedy-teaser-crave/?utm_source=openai" TargetMode="External"/><Relationship Id="rId20" Type="http://schemas.openxmlformats.org/officeDocument/2006/relationships/hyperlink" Target="https://www.edgemedianetwork.com/story/162179?utm_source=openai" TargetMode="External"/><Relationship Id="rId21" Type="http://schemas.openxmlformats.org/officeDocument/2006/relationships/hyperlink" Target="https://www.marieclaire.com/culture/tv-shows/slo-pitch-how-to-watch/?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