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Kit The Beefcake backs Queer Prom as Gold Sponsor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bringing a fresh burst of glamour to Hollywood’s Queer Prom, with Kit “The Beefcake” Barrus joining BanksieTV as a Gold Sponsor. The invite-only celebration is designed to give adult-industry talent and community guests space to connect, dress up and express themselves freely, while sponsorship helps keep the event running.</w:t>
      </w:r>
      <w:r/>
    </w:p>
    <w:p>
      <w:pPr>
        <w:pStyle w:val="Heading2"/>
      </w:pPr>
      <w:r>
        <w:t>Essential Takeaways</w:t>
      </w:r>
      <w:r/>
      <w:r/>
    </w:p>
    <w:p>
      <w:pPr>
        <w:pStyle w:val="ListBullet"/>
        <w:spacing w:line="240" w:lineRule="auto"/>
        <w:ind w:left="720"/>
      </w:pPr>
      <w:r/>
      <w:r>
        <w:rPr>
          <w:b/>
        </w:rPr>
        <w:t>Hollywood setting:</w:t>
      </w:r>
      <w:r>
        <w:t xml:space="preserve"> Queer Prom is scheduled for 25 September at Bardot in Hollywood, California.</w:t>
      </w:r>
      <w:r/>
    </w:p>
    <w:p>
      <w:pPr>
        <w:pStyle w:val="ListBullet"/>
        <w:spacing w:line="240" w:lineRule="auto"/>
        <w:ind w:left="720"/>
      </w:pPr>
      <w:r/>
      <w:r>
        <w:rPr>
          <w:b/>
        </w:rPr>
        <w:t>Gold Sponsor package:</w:t>
      </w:r>
      <w:r>
        <w:t xml:space="preserve"> Barrus’s sponsorship includes branding, online promotion, a press announcement and five guest places.</w:t>
      </w:r>
      <w:r/>
    </w:p>
    <w:p>
      <w:pPr>
        <w:pStyle w:val="ListBullet"/>
        <w:spacing w:line="240" w:lineRule="auto"/>
        <w:ind w:left="720"/>
      </w:pPr>
      <w:r/>
      <w:r>
        <w:rPr>
          <w:b/>
        </w:rPr>
        <w:t>Rainbow Carpet return:</w:t>
      </w:r>
      <w:r>
        <w:t xml:space="preserve"> BanksieTV’s Banksie is back as the event’s official Rainbow Carpet Host.</w:t>
      </w:r>
      <w:r/>
    </w:p>
    <w:p>
      <w:pPr>
        <w:pStyle w:val="ListBullet"/>
        <w:spacing w:line="240" w:lineRule="auto"/>
        <w:ind w:left="720"/>
      </w:pPr>
      <w:r/>
      <w:r>
        <w:rPr>
          <w:b/>
        </w:rPr>
        <w:t>Community focus:</w:t>
      </w:r>
      <w:r>
        <w:t xml:space="preserve"> Ticket and sponsorship income supports the costs of staging the invite-only celebration.</w:t>
      </w:r>
      <w:r/>
    </w:p>
    <w:p>
      <w:pPr>
        <w:pStyle w:val="ListBullet"/>
        <w:spacing w:line="240" w:lineRule="auto"/>
        <w:ind w:left="720"/>
      </w:pPr>
      <w:r/>
      <w:r>
        <w:rPr>
          <w:b/>
        </w:rPr>
        <w:t>A sizeable online following:</w:t>
      </w:r>
      <w:r>
        <w:t xml:space="preserve"> Barrus is described as a leading creator with more than 600,000 followers across social platforms.</w:t>
      </w:r>
      <w:r/>
      <w:r/>
    </w:p>
    <w:p>
      <w:pPr>
        <w:pStyle w:val="Heading2"/>
      </w:pPr>
      <w:r>
        <w:t>A glamorous night with a clear purpose</w:t>
      </w:r>
      <w:r/>
    </w:p>
    <w:p>
      <w:r/>
      <w:r>
        <w:t>The biggest draw here isn't simply the venue or the red-carpet-style arrival. Queer Prom is built around the feeling of being able to walk into a room, breathe out and show up as yourself, with all the sparkle that implies.</w:t>
      </w:r>
      <w:r/>
    </w:p>
    <w:p>
      <w:r/>
      <w:r>
        <w:t>The second event, organised by Grooby and Flaming Hearts Media, will take place at Bardot in Hollywood. Industry coverage has positioned it as both a social occasion and a community gathering, which gives the evening more weight than a standard promotional party.</w:t>
      </w:r>
      <w:r/>
    </w:p>
    <w:p>
      <w:pPr>
        <w:pStyle w:val="Heading2"/>
      </w:pPr>
      <w:r>
        <w:t>Kit Barrus steps into the sponsor spotlight</w:t>
      </w:r>
      <w:r/>
    </w:p>
    <w:p>
      <w:r/>
      <w:r>
        <w:t>Barrus joins BanksieTV at Gold Sponsor level, a move that places her name directly alongside one of the event's most recognisable media voices. Her package includes medium-weight branding on the media wall, web banners, a sponsorship press release and five tickets, each paired with a drinks allocation.</w:t>
      </w:r>
      <w:r/>
    </w:p>
    <w:p>
      <w:r/>
      <w:r>
        <w:t>That combination of visibility and access is typical of events where community support and brand presence overlap. According to XBIZ coverage of the wider sponsorship programme, Queer Prom has also attracted Silver Sponsors including Kaela Luna, Bea York and Gray Perrier, suggesting a broad base of backing rather than reliance on one headline name.</w:t>
      </w:r>
      <w:r/>
    </w:p>
    <w:p>
      <w:pPr>
        <w:pStyle w:val="Heading2"/>
      </w:pPr>
      <w:r>
        <w:t>Banksie brings the Rainbow Carpet back</w:t>
      </w:r>
      <w:r/>
    </w:p>
    <w:p>
      <w:r/>
      <w:r>
        <w:t>Banksie will return as official Rainbow Carpet Host, continuing the interview tradition that helps guests feel seen before they even reach the main event. Her BanksieTV project blends commentary, event coverage and community-building, making the role a natural fit.</w:t>
      </w:r>
      <w:r/>
    </w:p>
    <w:p>
      <w:r/>
      <w:r>
        <w:t>Grooby coverage previously highlighted Banksie's relaxed interviewing style. That matters on a carpet where guests may be excited, nervous or wearing something that took considerably longer to assemble than expected. A warm host can turn a quick introduction into a genuine moment.</w:t>
      </w:r>
      <w:r/>
    </w:p>
    <w:p>
      <w:pPr>
        <w:pStyle w:val="Heading2"/>
      </w:pPr>
      <w:r>
        <w:t>Why sponsorship matters beyond the branding</w:t>
      </w:r>
      <w:r/>
    </w:p>
    <w:p>
      <w:r/>
      <w:r>
        <w:t>Sponsorships and ticket sales go towards the practical cost of staging Queer Prom, from the venue and production to the guest experience. In other words, the logos aren't just decoration. They help create the room, the lighting and the space where the celebration can happen.</w:t>
      </w:r>
      <w:r/>
    </w:p>
    <w:p>
      <w:r/>
      <w:r>
        <w:t>The event is invite-only, but the organisers have made sponsorship information available through QueerProm.com. That structure also reflects how niche events are increasingly supported: not just by major companies, but by creators and personalities with a direct connection to the audience.</w:t>
      </w:r>
      <w:r/>
    </w:p>
    <w:p>
      <w:pPr>
        <w:pStyle w:val="Heading2"/>
      </w:pPr>
      <w:r>
        <w:t>Barrus represents the modern creator economy</w:t>
      </w:r>
      <w:r/>
    </w:p>
    <w:p>
      <w:r/>
      <w:r>
        <w:t>Barrus is presented as a creator, entrepreneur and public personality whose career began after joining OnlyFans on a dare. She has since built a full-time business, combining online content with fitness, travel, outdoor interests and day-to-day operations behind the scenes.</w:t>
      </w:r>
      <w:r/>
    </w:p>
    <w:p>
      <w:r/>
      <w:r>
        <w:t>Her story fits the broader shift towards creator-led careers, where personal branding can stretch across social media, subscription platforms, events and independent websites. The result is a sponsorship that feels less like a distant corporate placement and more like a community figure putting her name behind an evening she believes in.</w:t>
      </w:r>
      <w:r/>
    </w:p>
    <w:p>
      <w:r/>
      <w:r>
        <w:t>For Queer Prom, that support adds another layer to an already lively line-up. There may be plenty of sequins, cameras and drinks, but the real appeal is simpler: a night where people can relax into the room.</w:t>
      </w:r>
      <w:r/>
    </w:p>
    <w:p>
      <w:r/>
      <w:r>
        <w:t>It's a small but meaningful reminder that celebration works best when everyone gets to feel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[5]</w:t>
        </w:r>
      </w:hyperlink>
      <w:r>
        <w:t xml:space="preserve">, </w:t>
      </w:r>
      <w:hyperlink r:id="rId15">
        <w:r>
          <w:rPr>
            <w:color w:val="0000EE"/>
            <w:u w:val="single"/>
          </w:rPr>
          <w:t>[6]</w:t>
        </w:r>
      </w:hyperlink>
      <w:r>
        <w:t xml:space="preserve">- Paragraph 6: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[4]</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https://adultfyi.com/kit-the-beefcake-barrus-named-gold-sponsor-of-queer-prom/</w:t>
        </w:r>
      </w:hyperlink>
      <w:r>
        <w:t xml:space="preserve"> - Please view link - unable to able to access data</w:t>
      </w:r>
      <w:r/>
    </w:p>
    <w:p>
      <w:pPr>
        <w:pStyle w:val="ListNumber"/>
        <w:spacing w:line="240" w:lineRule="auto"/>
        <w:ind w:left="720"/>
      </w:pPr>
      <w:r/>
      <w:hyperlink r:id="rId10">
        <w:r>
          <w:rPr>
            <w:color w:val="0000EE"/>
            <w:u w:val="single"/>
          </w:rPr>
          <w:t>https://www.grooby.com/news/2026/08/banksie-returns-as-queer-prom-rainbow-carpet-host-on-september-25-in-hollywood/</w:t>
        </w:r>
      </w:hyperlink>
      <w:r>
        <w:t xml:space="preserve"> - BanksieTV has announced its Gold Sponsorship of Grooby and Flaming Hearts Media's second Queer Prom, scheduled for September 25, 2026, at Bardot in Hollywood. Banksie will also return as the event's official Rainbow Carpet Host, highlighting the community's opportunity to express themselves authentically. The event is invite-only, focusing on industry and community gathering, with ticket sales and sponsorships directly funding the event's costs. For more information on becoming a sponsor, visit queerprom.com.</w:t>
      </w:r>
      <w:r/>
    </w:p>
    <w:p>
      <w:pPr>
        <w:pStyle w:val="ListNumber"/>
        <w:spacing w:line="240" w:lineRule="auto"/>
        <w:ind w:left="720"/>
      </w:pPr>
      <w:r/>
      <w:hyperlink r:id="rId11">
        <w:r>
          <w:rPr>
            <w:color w:val="0000EE"/>
            <w:u w:val="single"/>
          </w:rPr>
          <w:t>https://www.xbiz.com/news/300407/banksie-returns-to-host-rainbow-carpet-sponsor-fhm-x-groobys-queer-prom</w:t>
        </w:r>
      </w:hyperlink>
      <w:r>
        <w:t xml:space="preserve"> - Banksie will return to host the rainbow carpet and be a Gold Sponsor of the 'Queer Prom' event to be held on September 25 in Hollywood, organized by Flaming Hearts Media (FHM) and Grooby. Tickets are available for $45 and include one drink ticket, with proceeds from the event donated to charity. For more information or to RSVP, visit FlamingHeartsMedia.</w:t>
      </w:r>
      <w:r/>
    </w:p>
    <w:p>
      <w:pPr>
        <w:pStyle w:val="ListNumber"/>
        <w:spacing w:line="240" w:lineRule="auto"/>
        <w:ind w:left="720"/>
      </w:pPr>
      <w:r/>
      <w:hyperlink r:id="rId13">
        <w:r>
          <w:rPr>
            <w:color w:val="0000EE"/>
            <w:u w:val="single"/>
          </w:rPr>
          <w:t>https://www.xbiz.com/news/300844/kaela-luna-named-silver-sponsor-of-queer-prom</w:t>
        </w:r>
      </w:hyperlink>
      <w:r>
        <w:t xml:space="preserve"> - Kaela Luna will serve as a Silver Sponsor of Grooby and FHM's second Queer Prom. Co-hosted by Grooby and its sister company, Flaming Hearts Media, the invite-only event will be held on September 25 at Bardot in Hollywood. For more information, visit QueerProm.</w:t>
      </w:r>
      <w:r/>
    </w:p>
    <w:p>
      <w:pPr>
        <w:pStyle w:val="ListNumber"/>
        <w:spacing w:line="240" w:lineRule="auto"/>
        <w:ind w:left="720"/>
      </w:pPr>
      <w:r/>
      <w:hyperlink r:id="rId14">
        <w:r>
          <w:rPr>
            <w:color w:val="0000EE"/>
            <w:u w:val="single"/>
          </w:rPr>
          <w:t>https://www.xbiz.com/news/300552/bea-york-returns-as-silver-sponsor-of-queer-prom</w:t>
        </w:r>
      </w:hyperlink>
      <w:r>
        <w:t xml:space="preserve"> - Bea York is returning as Silver Sponsor of Grooby and FHM's second Queer Prom. Co-hosted by Grooby and its sister company, Flaming Hearts Media, the invite-only event will be held on September 25 at Bardot in Hollywood. For more information, visit QueerProm.</w:t>
      </w:r>
      <w:r/>
    </w:p>
    <w:p>
      <w:pPr>
        <w:pStyle w:val="ListNumber"/>
        <w:spacing w:line="240" w:lineRule="auto"/>
        <w:ind w:left="720"/>
      </w:pPr>
      <w:r/>
      <w:hyperlink r:id="rId15">
        <w:r>
          <w:rPr>
            <w:color w:val="0000EE"/>
            <w:u w:val="single"/>
          </w:rPr>
          <w:t>https://www.xbiz.com/news/300528/gray-perrier-named-silver-sponsor-of-groobys-queer-prom-event-in-hollywood</w:t>
        </w:r>
      </w:hyperlink>
      <w:r>
        <w:t xml:space="preserve"> - Gray Perrier will serve as a Silver Sponsor of Grooby and Flaming Hearts Media (FHM)’s second annual Queer Prom, an industry event that celebrates the LGBTQ community and its allies. The event will be hosted on September 25 at the Bardot in Hollywood; for more information or to RSVP, visit QueerProm.com.</w:t>
      </w:r>
      <w:r/>
    </w:p>
    <w:p>
      <w:pPr>
        <w:pStyle w:val="ListNumber"/>
        <w:spacing w:line="240" w:lineRule="auto"/>
        <w:ind w:left="720"/>
      </w:pPr>
      <w:r/>
      <w:hyperlink r:id="rId12">
        <w:r>
          <w:rPr>
            <w:color w:val="0000EE"/>
            <w:u w:val="single"/>
          </w:rPr>
          <w:t>https://www.xbiz.com/news/280778/flaming-hearts-media-grooby-team-up-for-queer-prom</w:t>
        </w:r>
      </w:hyperlink>
      <w:r>
        <w:t xml:space="preserve"> - OnlyFans management company Flaming Hearts Media (FHM) is partnering with Grooby to hold the inaugural 'Queer Prom: Come as You Are' event at the Avalon Hotel in Hollywood on September 4. A portion of ticket sales and sponsorship fees will be donated to charity. For more information, visit FlamingHeartsMedia.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ultfyi.com/kit-the-beefcake-barrus-named-gold-sponsor-of-queer-prom/" TargetMode="External"/><Relationship Id="rId10" Type="http://schemas.openxmlformats.org/officeDocument/2006/relationships/hyperlink" Target="https://www.grooby.com/news/2026/08/banksie-returns-as-queer-prom-rainbow-carpet-host-on-september-25-in-hollywood/" TargetMode="External"/><Relationship Id="rId11" Type="http://schemas.openxmlformats.org/officeDocument/2006/relationships/hyperlink" Target="https://www.xbiz.com/news/300407/banksie-returns-to-host-rainbow-carpet-sponsor-fhm-x-groobys-queer-prom" TargetMode="External"/><Relationship Id="rId12" Type="http://schemas.openxmlformats.org/officeDocument/2006/relationships/hyperlink" Target="https://www.xbiz.com/news/280778/flaming-hearts-media-grooby-team-up-for-queer-prom" TargetMode="External"/><Relationship Id="rId13" Type="http://schemas.openxmlformats.org/officeDocument/2006/relationships/hyperlink" Target="https://www.xbiz.com/news/300844/kaela-luna-named-silver-sponsor-of-queer-prom" TargetMode="External"/><Relationship Id="rId14" Type="http://schemas.openxmlformats.org/officeDocument/2006/relationships/hyperlink" Target="https://www.xbiz.com/news/300552/bea-york-returns-as-silver-sponsor-of-queer-prom" TargetMode="External"/><Relationship Id="rId15" Type="http://schemas.openxmlformats.org/officeDocument/2006/relationships/hyperlink" Target="https://www.xbiz.com/news/300528/gray-perrier-named-silver-sponsor-of-groobys-queer-prom-event-in-hollywoo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