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Gillian Anderson Comes Out as Pansexual in New Interview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Gillian Anderson has publicly identified as pansexual, sharing how relationships with women and men shaped her understanding of sexuality. The X-Files star said the language available to her when she was younger did not fully reflect her experience, while her latest comments offer a thoughtful look at identity, love and the freedom to define both for yourself.</w:t>
      </w:r>
      <w:r/>
    </w:p>
    <w:p>
      <w:pPr>
        <w:pStyle w:val="Heading2"/>
      </w:pPr>
      <w:r>
        <w:t>Essential Takeaways</w:t>
      </w:r>
      <w:r/>
      <w:r/>
    </w:p>
    <w:p>
      <w:pPr>
        <w:pStyle w:val="ListBullet"/>
        <w:spacing w:line="240" w:lineRule="auto"/>
        <w:ind w:left="720"/>
      </w:pPr>
      <w:r/>
      <w:r>
        <w:rPr>
          <w:b/>
        </w:rPr>
        <w:t>Anderson identifies as pansexual:</w:t>
      </w:r>
      <w:r>
        <w:t xml:space="preserve"> She described attraction as something that isn't limited by gender.</w:t>
      </w:r>
      <w:r/>
    </w:p>
    <w:p>
      <w:pPr>
        <w:pStyle w:val="ListBullet"/>
        <w:spacing w:line="240" w:lineRule="auto"/>
        <w:ind w:left="720"/>
      </w:pPr>
      <w:r/>
      <w:r>
        <w:rPr>
          <w:b/>
        </w:rPr>
        <w:t>Her perspective evolved over time:</w:t>
      </w:r>
      <w:r>
        <w:t xml:space="preserve"> Earlier relationships with women helped shape an understanding she didn't yet have words for.</w:t>
      </w:r>
      <w:r/>
    </w:p>
    <w:p>
      <w:pPr>
        <w:pStyle w:val="ListBullet"/>
        <w:spacing w:line="240" w:lineRule="auto"/>
        <w:ind w:left="720"/>
      </w:pPr>
      <w:r/>
      <w:r>
        <w:rPr>
          <w:b/>
        </w:rPr>
        <w:t>Her current partner is male:</w:t>
      </w:r>
      <w:r>
        <w:t xml:space="preserve"> Anderson said she would view a life partner in much the same way regardless of gender.</w:t>
      </w:r>
      <w:r/>
    </w:p>
    <w:p>
      <w:pPr>
        <w:pStyle w:val="ListBullet"/>
        <w:spacing w:line="240" w:lineRule="auto"/>
        <w:ind w:left="720"/>
      </w:pPr>
      <w:r/>
      <w:r>
        <w:rPr>
          <w:b/>
        </w:rPr>
        <w:t>Sex Education influenced her outlook:</w:t>
      </w:r>
      <w:r>
        <w:t xml:space="preserve"> The Netflix series helped her become more open and positive when discussing intimacy.</w:t>
      </w:r>
      <w:r/>
    </w:p>
    <w:p>
      <w:pPr>
        <w:pStyle w:val="ListBullet"/>
        <w:spacing w:line="240" w:lineRule="auto"/>
        <w:ind w:left="720"/>
      </w:pPr>
      <w:r/>
      <w:r>
        <w:rPr>
          <w:b/>
        </w:rPr>
        <w:t>Her work explores desire:</w:t>
      </w:r>
      <w:r>
        <w:t xml:space="preserve"> Her books collect anonymous women's sexual fantasies from around the world.</w:t>
      </w:r>
      <w:r/>
      <w:r/>
    </w:p>
    <w:p>
      <w:pPr>
        <w:pStyle w:val="Heading2"/>
      </w:pPr>
      <w:r>
        <w:t>Gillian Anderson shares a more expansive view of love</w:t>
      </w:r>
      <w:r/>
    </w:p>
    <w:p>
      <w:r/>
      <w:r>
        <w:t>Gillian Anderson has spoken publicly about identifying as pansexual, explaining that attraction, for her, isn't defined by whether someone is a man or a woman. The comments, reported by Page Six, appeared in an interview with The Australian and offer a candid reflection on how her identity has developed over the years.</w:t>
      </w:r>
      <w:r/>
    </w:p>
    <w:p>
      <w:r/>
      <w:r>
        <w:t>The actor, now 58, said she had relationships with women when she was younger. At the time, though, she didn't have language that felt quite right, particularly because she was also attracted to men. That gap between lived experience and available labels is familiar to many people, and Anderson's comments put a human face on it.</w:t>
      </w:r>
      <w:r/>
    </w:p>
    <w:p>
      <w:pPr>
        <w:pStyle w:val="Heading2"/>
      </w:pPr>
      <w:r>
        <w:t>Her early relationships came without an easy label</w:t>
      </w:r>
      <w:r/>
    </w:p>
    <w:p>
      <w:r/>
      <w:r>
        <w:t>Anderson has previously described a high-school relationship with a girl as hidden and difficult, recalling that the pair felt they had to keep it secret. Looking back, she said the relationship felt illicit and wrong largely because of the pressure surrounding it, rather than because of the connection itself.</w:t>
      </w:r>
      <w:r/>
    </w:p>
    <w:p>
      <w:r/>
      <w:r>
        <w:t>The actor's later reflections suggest that identity doesn't always arrive as a neat revelation. Sometimes it develops gradually, through relationships, changing language and the confidence to revisit old assumptions. Several reports, including Emol and The Fashion Vibes, highlighted that her comments included experiences with both women and men.</w:t>
      </w:r>
      <w:r/>
    </w:p>
    <w:p>
      <w:pPr>
        <w:pStyle w:val="Heading2"/>
      </w:pPr>
      <w:r>
        <w:t>Why Sex Education helped change her outlook</w:t>
      </w:r>
      <w:r/>
    </w:p>
    <w:p>
      <w:r/>
      <w:r>
        <w:t>Anderson's role as a sex therapist on Netflix's Sex Education also appears to have influenced the way she thinks and talks about intimacy. She credited the series with making her more sex-positive, an outlook that has carried into her writing as well as her acting.</w:t>
      </w:r>
      <w:r/>
    </w:p>
    <w:p>
      <w:r/>
      <w:r>
        <w:t>That work includes Want and More, collections built around anonymous letters describing women's sexual fantasies. It's an interesting extension of the same conversation: desire can be private and complicated, but discussing it openly can make it feel less isolating. The reports from Mixed Times and RadarOnline also connected her public comments with this broader creative interest.</w:t>
      </w:r>
      <w:r/>
    </w:p>
    <w:p>
      <w:pPr>
        <w:pStyle w:val="Heading2"/>
      </w:pPr>
      <w:r>
        <w:t>Her life partner happens to be male</w:t>
      </w:r>
      <w:r/>
    </w:p>
    <w:p>
      <w:r/>
      <w:r>
        <w:t>Anderson is linked to The Crown creator Peter Morgan, and she made clear that having a male life partner doesn't change the way she understands her sexuality. Her point was simple but resonant: the significance of a relationship comes from the person and the connection, not a preset idea of what that partnership should look like.</w:t>
      </w:r>
      <w:r/>
    </w:p>
    <w:p>
      <w:r/>
      <w:r>
        <w:t>She has also been married twice, first to Clyde Klotz and later to documentary filmmaker Julian Ozanne. Anderson has three children, including daughter Piper and sons Oscar and Felix. As Greece News Desk reported, her family history sits alongside a wider public career that has moved from The X-Files to Sex Education and beyond.</w:t>
      </w:r>
      <w:r/>
    </w:p>
    <w:p>
      <w:pPr>
        <w:pStyle w:val="Heading2"/>
      </w:pPr>
      <w:r>
        <w:t>A quiet statement with a wider impact</w:t>
      </w:r>
      <w:r/>
    </w:p>
    <w:p>
      <w:r/>
      <w:r>
        <w:t>There was no suggestion that Anderson was trying to turn her identity into a headline for its own sake. Instead, her comments came across as a calm explanation of how her understanding has changed, and why the right words can matter when people are making sense of their lives.</w:t>
      </w:r>
      <w:r/>
    </w:p>
    <w:p>
      <w:r/>
      <w:r>
        <w:t>For fans, the disclosure adds context to a career that has often embraced complicated, unconventional characters. More broadly, it underlines that coming out doesn't follow one script. Sometimes it's a declaration, sometimes a clarification, and sometimes simply an honest description of where someone is now.</w:t>
      </w:r>
      <w:r/>
    </w:p>
    <w:p>
      <w:r/>
      <w:r>
        <w:t>It's a personal revelation, but also a reminder that identity can grow clearer with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https://www.nj.com/entertainment/2026/09/beloved-the-x-files-star-comes-out-in-new-interview.html</w:t>
        </w:r>
      </w:hyperlink>
      <w:r>
        <w:t xml:space="preserve"> - Please view link - unable to able to access data</w:t>
      </w:r>
      <w:r/>
    </w:p>
    <w:p>
      <w:pPr>
        <w:pStyle w:val="ListNumber"/>
        <w:spacing w:line="240" w:lineRule="auto"/>
        <w:ind w:left="720"/>
      </w:pPr>
      <w:r/>
      <w:hyperlink r:id="rId10">
        <w:r>
          <w:rPr>
            <w:color w:val="0000EE"/>
            <w:u w:val="single"/>
          </w:rPr>
          <w:t>https://www.breitbart.com/entertainment/2026/09/14/x-files-star-gillian-anderson-identifies-as-pansexual-after-dating-men-and-women/</w:t>
        </w:r>
      </w:hyperlink>
      <w:r>
        <w:t xml:space="preserve"> - Gillian Anderson, renowned for her role as Agent Scully in 'The X-Files', has publicly identified as pansexual, indicating attraction to all genders. In an interview with The Australian, Anderson discussed her past relationships with women and how her understanding of her sexuality has evolved over time. She also highlighted the influence of her role in 'Sex Education' and her books 'Want' and 'More' in fostering a more sex-positive perspective. Anderson emphasized that the depth of connection with a partner is not determined by gender.</w:t>
      </w:r>
      <w:r/>
    </w:p>
    <w:p>
      <w:pPr>
        <w:pStyle w:val="ListNumber"/>
        <w:spacing w:line="240" w:lineRule="auto"/>
        <w:ind w:left="720"/>
      </w:pPr>
      <w:r/>
      <w:hyperlink r:id="rId11">
        <w:r>
          <w:rPr>
            <w:color w:val="0000EE"/>
            <w:u w:val="single"/>
          </w:rPr>
          <w:t>https://www.emol.com/noticias/Espectaculos/2026/09/14/1211457/gillian-anderson-revela-es-pansexual.html</w:t>
        </w:r>
      </w:hyperlink>
      <w:r>
        <w:t xml:space="preserve"> - Gillian Anderson, the star of 'The X-Files', has revealed she identifies as pansexual, meaning she is attracted to individuals regardless of gender. In an interview with The Australian, Anderson discussed her past relationships with women and how her understanding of her sexuality has evolved. She also mentioned her current relationship with Peter Morgan, creator of 'The Crown', and emphasized that the depth of connection with a partner is not determined by gender.</w:t>
      </w:r>
      <w:r/>
    </w:p>
    <w:p>
      <w:pPr>
        <w:pStyle w:val="ListNumber"/>
        <w:spacing w:line="240" w:lineRule="auto"/>
        <w:ind w:left="720"/>
      </w:pPr>
      <w:r/>
      <w:hyperlink r:id="rId12">
        <w:r>
          <w:rPr>
            <w:color w:val="0000EE"/>
            <w:u w:val="single"/>
          </w:rPr>
          <w:t>https://thefashionvibes.com/x-files-star-gillian-anderson-58-comes-out-as-pansexual/</w:t>
        </w:r>
      </w:hyperlink>
      <w:r>
        <w:t xml:space="preserve"> - Gillian Anderson, 58, has come out as pansexual, weeks after revealing a secretive teenage relationship with an older girl at school. The 'X-Files' actress opened up about her sexuality in an interview with The Australian, discussing her past relationships with women and how her understanding of her sexuality has evolved. Anderson also credited her role in 'Sex Education' and her books 'Want' and 'More' for making her more sex-positive.</w:t>
      </w:r>
      <w:r/>
    </w:p>
    <w:p>
      <w:pPr>
        <w:pStyle w:val="ListNumber"/>
        <w:spacing w:line="240" w:lineRule="auto"/>
        <w:ind w:left="720"/>
      </w:pPr>
      <w:r/>
      <w:hyperlink r:id="rId13">
        <w:r>
          <w:rPr>
            <w:color w:val="0000EE"/>
            <w:u w:val="single"/>
          </w:rPr>
          <w:t>https://www.mixedtimes.com/entertainment/x-files-star-gillian-anderson-says-shes-pansexual-after-dating-men-and-women</w:t>
        </w:r>
      </w:hyperlink>
      <w:r>
        <w:t xml:space="preserve"> - Gillian Anderson, famous for playing Agent Scully on 'The X-Files', has identified as pansexual, meaning attraction to both sexes regardless of gender identity. In an interview with The Australian, Anderson discussed her sexual identity and past relationships, stating, 'In my younger years, I was in relationships with women.' She also mentioned hearing of many women around her age rediscovering their sensuality and desire for sex.</w:t>
      </w:r>
      <w:r/>
    </w:p>
    <w:p>
      <w:pPr>
        <w:pStyle w:val="ListNumber"/>
        <w:spacing w:line="240" w:lineRule="auto"/>
        <w:ind w:left="720"/>
      </w:pPr>
      <w:r/>
      <w:hyperlink r:id="rId14">
        <w:r>
          <w:rPr>
            <w:color w:val="0000EE"/>
            <w:u w:val="single"/>
          </w:rPr>
          <w:t>https://www.greecenewsdesk.com/articles/gillian-anderson-pansexual-interview.html</w:t>
        </w:r>
      </w:hyperlink>
      <w:r>
        <w:t xml:space="preserve"> - Gillian Anderson identifies as pansexual and credits her role in 'Sex Education' and her books 'Want' and 'More' for greater openness about desire. In an interview with The Australian, Anderson discussed her sexuality, stating that in her younger years, she had relationships with women. She also mentioned that her understanding of her sexuality has evolved over time and that she feels the same way about her life partner, regardless of gender.</w:t>
      </w:r>
      <w:r/>
    </w:p>
    <w:p>
      <w:pPr>
        <w:pStyle w:val="ListNumber"/>
        <w:spacing w:line="240" w:lineRule="auto"/>
        <w:ind w:left="720"/>
      </w:pPr>
      <w:r/>
      <w:hyperlink r:id="rId15">
        <w:r>
          <w:rPr>
            <w:color w:val="0000EE"/>
            <w:u w:val="single"/>
          </w:rPr>
          <w:t>https://radaronline.com/p/the-x-files-gillian-anderson-comes-out-as-pansexual/</w:t>
        </w:r>
      </w:hyperlink>
      <w:r>
        <w:t xml:space="preserve"> - Gillian Anderson, 58, has come out as pansexual, revealing past romances with women. In an interview with The Australian, Anderson discussed her sexuality, stating, 'In my younger years, I was in relationships with women.' She also mentioned that her understanding of her sexuality has evolved over time and that she feels the same way about her life partner, regardless of gender.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j.com/entertainment/2026/09/beloved-the-x-files-star-comes-out-in-new-interview.html" TargetMode="External"/><Relationship Id="rId10" Type="http://schemas.openxmlformats.org/officeDocument/2006/relationships/hyperlink" Target="https://www.breitbart.com/entertainment/2026/09/14/x-files-star-gillian-anderson-identifies-as-pansexual-after-dating-men-and-women/" TargetMode="External"/><Relationship Id="rId11" Type="http://schemas.openxmlformats.org/officeDocument/2006/relationships/hyperlink" Target="https://www.emol.com/noticias/Espectaculos/2026/09/14/1211457/gillian-anderson-revela-es-pansexual.html" TargetMode="External"/><Relationship Id="rId12" Type="http://schemas.openxmlformats.org/officeDocument/2006/relationships/hyperlink" Target="https://thefashionvibes.com/x-files-star-gillian-anderson-58-comes-out-as-pansexual/" TargetMode="External"/><Relationship Id="rId13" Type="http://schemas.openxmlformats.org/officeDocument/2006/relationships/hyperlink" Target="https://www.mixedtimes.com/entertainment/x-files-star-gillian-anderson-says-shes-pansexual-after-dating-men-and-women" TargetMode="External"/><Relationship Id="rId14" Type="http://schemas.openxmlformats.org/officeDocument/2006/relationships/hyperlink" Target="https://www.greecenewsdesk.com/articles/gillian-anderson-pansexual-interview.html" TargetMode="External"/><Relationship Id="rId15" Type="http://schemas.openxmlformats.org/officeDocument/2006/relationships/hyperlink" Target="https://radaronline.com/p/the-x-files-gillian-anderson-comes-out-as-pansex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