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Freddie Fraser’s Bisexual Coming-Out Journey Finds Hope at University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Freddie Fraser has described starting his master’s degree as an openly bisexual student as a deeply positive turning point. The Traitors star says City St George’s, University of London, has given him space to feel comfortable, while his mum’s emotional response shows how much acceptance can ease a parent’s fears.</w:t>
      </w:r>
      <w:r/>
    </w:p>
    <w:p>
      <w:pPr>
        <w:pStyle w:val="Heading2"/>
      </w:pPr>
      <w:r>
        <w:t>Essential Takeaways</w:t>
      </w:r>
      <w:r/>
      <w:r/>
    </w:p>
    <w:p>
      <w:pPr>
        <w:pStyle w:val="ListBullet"/>
        <w:spacing w:line="240" w:lineRule="auto"/>
        <w:ind w:left="720"/>
      </w:pPr>
      <w:r/>
      <w:r>
        <w:rPr>
          <w:b/>
        </w:rPr>
        <w:t>A fresh start:</w:t>
      </w:r>
      <w:r>
        <w:t xml:space="preserve"> Fraser is studying for an MA in Broadcast Journalism at City St George’s, University of London.</w:t>
      </w:r>
      <w:r/>
    </w:p>
    <w:p>
      <w:pPr>
        <w:pStyle w:val="ListBullet"/>
        <w:spacing w:line="240" w:lineRule="auto"/>
        <w:ind w:left="720"/>
      </w:pPr>
      <w:r/>
      <w:r>
        <w:rPr>
          <w:b/>
        </w:rPr>
        <w:t>Coming out publicly:</w:t>
      </w:r>
      <w:r>
        <w:t xml:space="preserve"> He went public with his relationship with Bailey Ramsden in August.</w:t>
      </w:r>
      <w:r/>
    </w:p>
    <w:p>
      <w:pPr>
        <w:pStyle w:val="ListBullet"/>
        <w:spacing w:line="240" w:lineRule="auto"/>
        <w:ind w:left="720"/>
      </w:pPr>
      <w:r/>
      <w:r>
        <w:rPr>
          <w:b/>
        </w:rPr>
        <w:t>A confidence boost:</w:t>
      </w:r>
      <w:r>
        <w:t xml:space="preserve"> Fraser says university has helped him reclaim a part of himself.</w:t>
      </w:r>
      <w:r/>
    </w:p>
    <w:p>
      <w:pPr>
        <w:pStyle w:val="ListBullet"/>
        <w:spacing w:line="240" w:lineRule="auto"/>
        <w:ind w:left="720"/>
      </w:pPr>
      <w:r/>
      <w:r>
        <w:rPr>
          <w:b/>
        </w:rPr>
        <w:t>A mother’s honesty:</w:t>
      </w:r>
      <w:r>
        <w:t xml:space="preserve"> Kate Fraser admitted she initially feared her son might face cruelty or bullying.</w:t>
      </w:r>
      <w:r/>
    </w:p>
    <w:p>
      <w:pPr>
        <w:pStyle w:val="ListBullet"/>
        <w:spacing w:line="240" w:lineRule="auto"/>
        <w:ind w:left="720"/>
      </w:pPr>
      <w:r/>
      <w:r>
        <w:rPr>
          <w:b/>
        </w:rPr>
        <w:t>A hopeful reaction:</w:t>
      </w:r>
      <w:r>
        <w:t xml:space="preserve"> Seeing him happy has reassured her that attitudes are changing.</w:t>
      </w:r>
      <w:r/>
      <w:r/>
    </w:p>
    <w:p>
      <w:pPr>
        <w:pStyle w:val="Heading2"/>
      </w:pPr>
      <w:r>
        <w:t>University has given Freddie Fraser room to be himself</w:t>
      </w:r>
      <w:r/>
    </w:p>
    <w:p>
      <w:r/>
      <w:r>
        <w:t>There’s a particular kind of relief in walking into a new place without feeling the need to edit yourself. For Freddie Fraser, starting a master’s degree at City St George’s, University of London, has offered exactly that: a chance to be open about his bisexuality and his relationship without bracing for judgement.</w:t>
      </w:r>
      <w:r/>
    </w:p>
    <w:p>
      <w:r/>
      <w:r>
        <w:t xml:space="preserve">The Traitors star has been sharing glimpses of his first days on campus, where he’s studying broadcast journalism. According to Gay Times, Fraser’s public relationship with Bailey Ramsden marked an important step in speaking more openly about his identity. </w:t>
      </w:r>
      <w:hyperlink r:id="rId9">
        <w:r>
          <w:rPr>
            <w:color w:val="0000EE"/>
            <w:u w:val="single"/>
          </w:rPr>
          <w:t>[2]</w:t>
        </w:r>
      </w:hyperlink>
      <w:r/>
    </w:p>
    <w:p>
      <w:r/>
      <w:r>
        <w:t xml:space="preserve">That openness appears to have carried into university life. Fraser told his Instagram followers that classmates had been accepting and kind, making it easier to discuss who he is and the relationship he shares with Ramsden. </w:t>
      </w:r>
      <w:hyperlink r:id="rId10">
        <w:r>
          <w:rPr>
            <w:color w:val="0000EE"/>
            <w:u w:val="single"/>
          </w:rPr>
          <w:t>[3]</w:t>
        </w:r>
      </w:hyperlink>
      <w:r/>
    </w:p>
    <w:p>
      <w:pPr>
        <w:pStyle w:val="Heading2"/>
      </w:pPr>
      <w:r>
        <w:t>Why coming out later can feel like reclaiming lost ground</w:t>
      </w:r>
      <w:r/>
    </w:p>
    <w:p>
      <w:r/>
      <w:r>
        <w:t>Fraser has reflected on how difficult it can be to come out while growing up, particularly in school environments where bullying and social pressure can make honesty feel risky. That fear doesn’t simply disappear with age; sometimes it waits quietly in the background.</w:t>
      </w:r>
      <w:r/>
    </w:p>
    <w:p>
      <w:r/>
      <w:r>
        <w:t xml:space="preserve">The Press Association reported that Fraser realised he was bisexual several months before publicly discussing it. </w:t>
      </w:r>
      <w:hyperlink r:id="rId11">
        <w:r>
          <w:rPr>
            <w:color w:val="0000EE"/>
            <w:u w:val="single"/>
          </w:rPr>
          <w:t>[5]</w:t>
        </w:r>
      </w:hyperlink>
      <w:r>
        <w:t xml:space="preserve"> His decision to speak more openly now seems tied not just to romance, but to a wider sense of finally being comfortable in his own skin.</w:t>
      </w:r>
      <w:r/>
    </w:p>
    <w:p>
      <w:r/>
      <w:r>
        <w:t>He described the experience as reclaiming a part of himself that had once been frightened. It’s a powerful way to frame a new chapter: not as a dramatic reinvention, but as getting something important back.</w:t>
      </w:r>
      <w:r/>
    </w:p>
    <w:p>
      <w:pPr>
        <w:pStyle w:val="Heading2"/>
      </w:pPr>
      <w:r>
        <w:t>His mum’s reaction is the moment that’s touched fans</w:t>
      </w:r>
      <w:r/>
    </w:p>
    <w:p>
      <w:r/>
      <w:r>
        <w:t>Kate Fraser’s response brought the emotional centre of the story into sharp focus. She admitted that when Freddie told her, she was terrified people might treat him badly, recalling the possibility of the bullying he had feared at school.</w:t>
      </w:r>
      <w:r/>
    </w:p>
    <w:p>
      <w:r/>
      <w:r>
        <w:t xml:space="preserve">That worry is painfully recognisable for many parents. Coming out can be joyful, but it can also expose the fears families carry about safety, rejection and loneliness. According to PinkNews, Kate later acknowledged that her concerns had been eased by seeing how warmly Freddie’s friends responded. </w:t>
      </w:r>
      <w:hyperlink r:id="rId12">
        <w:r>
          <w:rPr>
            <w:color w:val="0000EE"/>
            <w:u w:val="single"/>
          </w:rPr>
          <w:t>[4]</w:t>
        </w:r>
      </w:hyperlink>
      <w:r/>
    </w:p>
    <w:p>
      <w:r/>
      <w:r>
        <w:t>Her message ended with a simple but moving observation: seeing her son happy made her incredibly happy too. It’s the sort of parental update that needs no grand speech, just a quiet recognition that things can change.</w:t>
      </w:r>
      <w:r/>
    </w:p>
    <w:p>
      <w:pPr>
        <w:pStyle w:val="Heading2"/>
      </w:pPr>
      <w:r>
        <w:t>From reality TV attention to a more personal story</w:t>
      </w:r>
      <w:r/>
    </w:p>
    <w:p>
      <w:r/>
      <w:r>
        <w:t>Fraser first became known to a wide audience through The Traitors, where his personality and emotional openness helped make him memorable. His relationship with Ramsden then brought a more personal dimension to the public conversation around him.</w:t>
      </w:r>
      <w:r/>
    </w:p>
    <w:p>
      <w:r/>
      <w:r>
        <w:t xml:space="preserve">OutSports reported on Fraser’s coming-out story and the wider reaction from LGBTQ+ audiences. </w:t>
      </w:r>
      <w:hyperlink r:id="rId9">
        <w:r>
          <w:rPr>
            <w:color w:val="0000EE"/>
            <w:u w:val="single"/>
          </w:rPr>
          <w:t>[2]</w:t>
        </w:r>
      </w:hyperlink>
      <w:r>
        <w:t xml:space="preserve"> Meanwhile, DNA Magazine highlighted his decision to identify publicly as bisexual, a label that matters because it reflects his own experience rather than forcing him into a narrower category. </w:t>
      </w:r>
      <w:hyperlink r:id="rId13">
        <w:r>
          <w:rPr>
            <w:color w:val="0000EE"/>
            <w:u w:val="single"/>
          </w:rPr>
          <w:t>[6]</w:t>
        </w:r>
      </w:hyperlink>
      <w:r/>
    </w:p>
    <w:p>
      <w:r/>
      <w:r>
        <w:t>That distinction is important. Bisexual visibility is still often flattened into assumptions about who someone is dating, so Fraser’s willingness to speak plainly about his identity offers a welcome bit of clarity.</w:t>
      </w:r>
      <w:r/>
    </w:p>
    <w:p>
      <w:pPr>
        <w:pStyle w:val="Heading2"/>
      </w:pPr>
      <w:r>
        <w:t>A small story with a bigger message</w:t>
      </w:r>
      <w:r/>
    </w:p>
    <w:p>
      <w:r/>
      <w:r>
        <w:t>Fraser’s experience doesn’t suggest that every school or university is automatically safe, and it shouldn’t be treated as proof that prejudice has disappeared. But it does show what acceptance can make possible: confidence, connection and the freedom to concentrate on ordinary life.</w:t>
      </w:r>
      <w:r/>
    </w:p>
    <w:p>
      <w:r/>
      <w:r>
        <w:t xml:space="preserve">The Independent covered Fraser’s public discussion of his bisexuality and relationship, placing his story within the continuing conversation around LGBTQ+ visibility in popular culture. </w:t>
      </w:r>
      <w:hyperlink r:id="rId14">
        <w:r>
          <w:rPr>
            <w:color w:val="0000EE"/>
            <w:u w:val="single"/>
          </w:rPr>
          <w:t>[7]</w:t>
        </w:r>
      </w:hyperlink>
      <w:r>
        <w:t xml:space="preserve"> For anyone starting university, coming out or supporting someone who is, his message is reassuring without pretending everything is effortless.</w:t>
      </w:r>
      <w:r/>
    </w:p>
    <w:p>
      <w:r/>
      <w:r>
        <w:t>Sometimes progress looks surprisingly ordinary: making friends, attending lectures and talking about the person you love without fear. That everyday ease may be the most meaningful milestone of all.</w:t>
      </w:r>
      <w:r/>
    </w:p>
    <w:p>
      <w:r/>
      <w:r>
        <w:t>It's a small but powerful reminder that feeling safe can help people become fully themselves.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https://www.attitude.co.uk/culture/freddie-frasers-mum-response-to-coming-out-bisexual-535458/</w:t>
        </w:r>
      </w:hyperlink>
      <w:r>
        <w:t xml:space="preserve"> - Please view link - unable to able to access data</w:t>
      </w:r>
      <w:r/>
    </w:p>
    <w:p>
      <w:pPr>
        <w:pStyle w:val="ListNumber"/>
        <w:spacing w:line="240" w:lineRule="auto"/>
        <w:ind w:left="720"/>
      </w:pPr>
      <w:r/>
      <w:hyperlink r:id="rId9">
        <w:r>
          <w:rPr>
            <w:color w:val="0000EE"/>
            <w:u w:val="single"/>
          </w:rPr>
          <w:t>https://www.outsports.com/2026/9/4/24142722/freddie-fraser-the-traitors-boyfriend-coming-out-bisexual-lgbtq-gay-homophobia/</w:t>
        </w:r>
      </w:hyperlink>
      <w:r>
        <w:t xml:space="preserve"> - Freddie Fraser, a former national track champion and contestant on 'The Traitors', has publicly come out as bisexual and introduced his boyfriend, Bailey Ramsden. Fraser discussed his journey of self-discovery, revealing he realised his bisexuality six to seven months ago. He shared his experiences of facing homophobic comments during his youth and how his relationship with Ramsden has allowed him to embrace his true self. Fraser also expressed his desire to inspire others to live authentically and be true to their identity.</w:t>
      </w:r>
      <w:r/>
    </w:p>
    <w:p>
      <w:pPr>
        <w:pStyle w:val="ListNumber"/>
        <w:spacing w:line="240" w:lineRule="auto"/>
        <w:ind w:left="720"/>
      </w:pPr>
      <w:r/>
      <w:hyperlink r:id="rId10">
        <w:r>
          <w:rPr>
            <w:color w:val="0000EE"/>
            <w:u w:val="single"/>
          </w:rPr>
          <w:t>https://www.gaytimes.com/the-traitors-star-freddie-fraser-comes-out-as-queer-as-he-hard-launches-boyfriend/</w:t>
        </w:r>
      </w:hyperlink>
      <w:r>
        <w:t xml:space="preserve"> - Freddie Fraser, known for his appearance on 'The Traitors', has publicly come out as queer and introduced his boyfriend, Bailey Ramsden. Fraser shared his journey of self-realisation, stating he recognised his bisexuality six to seven months ago. He discussed the challenges of coming out, including fears of being judged and the impact of societal expectations. Fraser also highlighted the support he has received from his friends and the LGBTQ+ community, expressing his hope to inspire others to embrace their true selves.</w:t>
      </w:r>
      <w:r/>
    </w:p>
    <w:p>
      <w:pPr>
        <w:pStyle w:val="ListNumber"/>
        <w:spacing w:line="240" w:lineRule="auto"/>
        <w:ind w:left="720"/>
      </w:pPr>
      <w:r/>
      <w:hyperlink r:id="rId12">
        <w:r>
          <w:rPr>
            <w:color w:val="0000EE"/>
            <w:u w:val="single"/>
          </w:rPr>
          <w:t>https://www.thepinknews.com/2026/09/02/the-traitors-freddie-fraser-boyfriend-coming-out-bailey-ramsden/</w:t>
        </w:r>
      </w:hyperlink>
      <w:r>
        <w:t xml:space="preserve"> - Freddie Fraser, a contestant on 'The Traitors', has revealed his relationship with boyfriend Bailey Ramsden and discussed his journey to coming out. Fraser shared that he realised he was bisexual six to seven months ago and faced challenges due to societal expectations and past experiences of being assumed gay. He recounted how Ramsden initiated contact through Instagram, leading to their relationship. Fraser expressed his desire to be authentic and hopes his story will inspire others to embrace their true selves.</w:t>
      </w:r>
      <w:r/>
    </w:p>
    <w:p>
      <w:pPr>
        <w:pStyle w:val="ListNumber"/>
        <w:spacing w:line="240" w:lineRule="auto"/>
        <w:ind w:left="720"/>
      </w:pPr>
      <w:r/>
      <w:hyperlink r:id="rId11">
        <w:r>
          <w:rPr>
            <w:color w:val="0000EE"/>
            <w:u w:val="single"/>
          </w:rPr>
          <w:t>https://pa.media/blogs/pa-uplifting/traitors-star-freddie-fraser-realised-he-was-bisexual-six-seven-months-ago/</w:t>
        </w:r>
      </w:hyperlink>
      <w:r>
        <w:t xml:space="preserve"> - Freddie Fraser, a participant on 'The Traitors', has opened up about his sexuality, revealing he realised he was bisexual approximately six to seven months ago. Fraser discussed his journey of self-discovery, mentioning the challenges he faced due to societal expectations and past experiences of being assumed gay. He also shared how his relationship with boyfriend Bailey Ramsden has allowed him to embrace his true self and the support he has received from friends and the LGBTQ+ community.</w:t>
      </w:r>
      <w:r/>
    </w:p>
    <w:p>
      <w:pPr>
        <w:pStyle w:val="ListNumber"/>
        <w:spacing w:line="240" w:lineRule="auto"/>
        <w:ind w:left="720"/>
      </w:pPr>
      <w:r/>
      <w:hyperlink r:id="rId13">
        <w:r>
          <w:rPr>
            <w:color w:val="0000EE"/>
            <w:u w:val="single"/>
          </w:rPr>
          <w:t>https://www.dnamagazine.com.au/freddie-fraser-comes-out-bisexual/</w:t>
        </w:r>
      </w:hyperlink>
      <w:r>
        <w:t xml:space="preserve"> - Freddie Fraser, a former national sprint hurdler and contestant on 'The Traitors', has come out as bisexual and is dating Bailey Ramsden. Fraser discussed his journey of self-discovery, revealing he realised his bisexuality six to seven months ago. He shared his experiences of facing homophobic comments during his youth and how his relationship with Ramsden has allowed him to embrace his true self. Fraser also expressed his desire to inspire others to live authentically and be true to their identity.</w:t>
      </w:r>
      <w:r/>
    </w:p>
    <w:p>
      <w:pPr>
        <w:pStyle w:val="ListNumber"/>
        <w:spacing w:line="240" w:lineRule="auto"/>
        <w:ind w:left="720"/>
      </w:pPr>
      <w:r/>
      <w:hyperlink r:id="rId14">
        <w:r>
          <w:rPr>
            <w:color w:val="0000EE"/>
            <w:u w:val="single"/>
          </w:rPr>
          <w:t>https://www.independent.co.uk/arts-entertainment/tv/news/freddie-fraser-bisexual-the-traitors-b3043403.html</w:t>
        </w:r>
      </w:hyperlink>
      <w:r>
        <w:t xml:space="preserve"> - Freddie Fraser, a participant on 'The Traitors', has discussed his sexuality, revealing he recognised he was bisexual approximately six to seven months ago. Fraser shared his journey of self-discovery, mentioning the challenges he faced due to societal expectations and past experiences of being assumed gay. He also discussed his relationship with boyfriend Bailey Ramsden and the support he has received from friends and the LGBTQ+ community. Fraser expressed his hope that his story will inspire others to embrace their true selves.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9/4/24142722/freddie-fraser-the-traitors-boyfriend-coming-out-bisexual-lgbtq-gay-homophobia/" TargetMode="External"/><Relationship Id="rId10" Type="http://schemas.openxmlformats.org/officeDocument/2006/relationships/hyperlink" Target="https://www.gaytimes.com/the-traitors-star-freddie-fraser-comes-out-as-queer-as-he-hard-launches-boyfriend/" TargetMode="External"/><Relationship Id="rId11" Type="http://schemas.openxmlformats.org/officeDocument/2006/relationships/hyperlink" Target="https://pa.media/blogs/pa-uplifting/traitors-star-freddie-fraser-realised-he-was-bisexual-six-seven-months-ago/" TargetMode="External"/><Relationship Id="rId12" Type="http://schemas.openxmlformats.org/officeDocument/2006/relationships/hyperlink" Target="https://www.thepinknews.com/2026/09/02/the-traitors-freddie-fraser-boyfriend-coming-out-bailey-ramsden/" TargetMode="External"/><Relationship Id="rId13" Type="http://schemas.openxmlformats.org/officeDocument/2006/relationships/hyperlink" Target="https://www.dnamagazine.com.au/freddie-fraser-comes-out-bisexual/" TargetMode="External"/><Relationship Id="rId14" Type="http://schemas.openxmlformats.org/officeDocument/2006/relationships/hyperlink" Target="https://www.independent.co.uk/arts-entertainment/tv/news/freddie-fraser-bisexual-the-traitors-b3043403.html" TargetMode="External"/><Relationship Id="rId15" Type="http://schemas.openxmlformats.org/officeDocument/2006/relationships/hyperlink" Target="https://www.attitude.co.uk/culture/freddie-frasers-mum-response-to-coming-out-bisexual-5354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