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Charlottesville Pride Festival 2024 promises its biggest local celebration yet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Charlottesville’s Pride Festival is returning to Ting Pavilion with its largest-ever line-up of local vendors, live music and drag performances. The Saturday celebration matters not just for its scale, but for its distinctly community-first spirit, bringing LGBTQ-owned businesses, regional organisations and residents together in the heart of Virginia’s Downtown Mall.</w:t>
      </w:r>
      <w:r/>
    </w:p>
    <w:p>
      <w:pPr>
        <w:pStyle w:val="Heading2"/>
      </w:pPr>
      <w:r>
        <w:t>Essential Takeaways</w:t>
      </w:r>
      <w:r/>
      <w:r/>
    </w:p>
    <w:p>
      <w:pPr>
        <w:pStyle w:val="ListBullet"/>
        <w:spacing w:line="240" w:lineRule="auto"/>
        <w:ind w:left="720"/>
      </w:pPr>
      <w:r/>
      <w:r>
        <w:rPr>
          <w:b/>
        </w:rPr>
        <w:t>Biggest vendor line-up:</w:t>
      </w:r>
      <w:r>
        <w:t xml:space="preserve"> Around 100 local vendors and organisations are expected.</w:t>
      </w:r>
      <w:r/>
    </w:p>
    <w:p>
      <w:pPr>
        <w:pStyle w:val="ListBullet"/>
        <w:spacing w:line="240" w:lineRule="auto"/>
        <w:ind w:left="720"/>
      </w:pPr>
      <w:r/>
      <w:r>
        <w:rPr>
          <w:b/>
        </w:rPr>
        <w:t>Central location:</w:t>
      </w:r>
      <w:r>
        <w:t xml:space="preserve"> Ting Pavilion on Charlottesville’s Downtown Mall will host the festival.</w:t>
      </w:r>
      <w:r/>
    </w:p>
    <w:p>
      <w:pPr>
        <w:pStyle w:val="ListBullet"/>
        <w:spacing w:line="240" w:lineRule="auto"/>
        <w:ind w:left="720"/>
      </w:pPr>
      <w:r/>
      <w:r>
        <w:rPr>
          <w:b/>
        </w:rPr>
        <w:t>Music and drag:</w:t>
      </w:r>
      <w:r>
        <w:t xml:space="preserve"> Four acts perform before a two-hour drag show closes the programme.</w:t>
      </w:r>
      <w:r/>
    </w:p>
    <w:p>
      <w:pPr>
        <w:pStyle w:val="ListBullet"/>
        <w:spacing w:line="240" w:lineRule="auto"/>
        <w:ind w:left="720"/>
      </w:pPr>
      <w:r/>
      <w:r>
        <w:rPr>
          <w:b/>
        </w:rPr>
        <w:t>Community focus:</w:t>
      </w:r>
      <w:r>
        <w:t xml:space="preserve"> Organisers want growth without losing Charlottesville’s local character.</w:t>
      </w:r>
      <w:r/>
    </w:p>
    <w:p>
      <w:pPr>
        <w:pStyle w:val="ListBullet"/>
        <w:spacing w:line="240" w:lineRule="auto"/>
        <w:ind w:left="720"/>
      </w:pPr>
      <w:r/>
      <w:r>
        <w:rPr>
          <w:b/>
        </w:rPr>
        <w:t>Welcoming message:</w:t>
      </w:r>
      <w:r>
        <w:t xml:space="preserve"> City representatives see Pride as a visible statement of inclusion and equality.</w:t>
      </w:r>
      <w:r/>
      <w:r/>
    </w:p>
    <w:p>
      <w:pPr>
        <w:pStyle w:val="Heading2"/>
      </w:pPr>
      <w:r>
        <w:t>Charlottesville Pride is growing, but staying local</w:t>
      </w:r>
      <w:r/>
    </w:p>
    <w:p>
      <w:r/>
      <w:r>
        <w:t>The most striking thing about this year’s Charlottesville Pride Festival isn’t simply its size. It’s the warm, bustling picture that size suggests: more stalls to browse, more familiar faces in the crowd and more LGBTQ-led organisations able to introduce themselves to the community.</w:t>
      </w:r>
      <w:r/>
    </w:p>
    <w:p>
      <w:r/>
      <w:r>
        <w:t>Organiser Nick Hutchins told Cville Right Now that roughly 100 vendors could attend, a remarkable rise from the 15 stalls at the first festival he worked on. That expansion points to strong local enthusiasm, rather than a celebration built mainly around national brands.</w:t>
      </w:r>
      <w:r/>
    </w:p>
    <w:p>
      <w:r/>
      <w:r>
        <w:t>For visitors, that makes the festival feel more like a neighbourhood gathering than a commercial roadshow. You might arrive for the music and leave with a new favourite café, community group or small business.</w:t>
      </w:r>
      <w:r/>
    </w:p>
    <w:p>
      <w:pPr>
        <w:pStyle w:val="Heading2"/>
      </w:pPr>
      <w:r>
        <w:t>A downtown setting gives the event extra energy</w:t>
      </w:r>
      <w:r/>
    </w:p>
    <w:p>
      <w:r/>
      <w:r>
        <w:t>Ting Pavilion, positioned on the Downtown Mall, will host the festival for the third consecutive year. The move from IX Art Park, where the event was held until 2023, has placed Pride firmly in one of Charlottesville’s busiest public spaces.</w:t>
      </w:r>
      <w:r/>
    </w:p>
    <w:p>
      <w:r/>
      <w:r>
        <w:t>That setting matters. A festival in the centre of town is easy to reach, visible to passers-by and naturally connected to the shops, restaurants and streets around it. The venue’s event listing confirms the 2024 festival programme and location, while local coverage has highlighted the event’s continuing growth.</w:t>
      </w:r>
      <w:r/>
    </w:p>
    <w:p>
      <w:r/>
      <w:r>
        <w:t>Arrive early if you want time to explore the stalls without rushing. With a larger crowd expected, comfortable shoes, water and a little patience will make the afternoon more enjoyable.</w:t>
      </w:r>
      <w:r/>
    </w:p>
    <w:p>
      <w:pPr>
        <w:pStyle w:val="Heading2"/>
      </w:pPr>
      <w:r>
        <w:t>The programme moves from live music to drag</w:t>
      </w:r>
      <w:r/>
    </w:p>
    <w:p>
      <w:r/>
      <w:r>
        <w:t>The entertainment is designed to keep the day moving. Music begins shortly after the festival opens, with folk rock group The Crybabies, theatrical punk performers The Falsies, electronic act Unheard Sirens and local hip-hop artist Lady Taj taking turns on the Pavilion stage.</w:t>
      </w:r>
      <w:r/>
    </w:p>
    <w:p>
      <w:r/>
      <w:r>
        <w:t>The music is scheduled to run until 5pm, followed by a two-hour drag show. That gives the day a clear rhythm, shifting from live bands and dancing to a more theatrical finale.</w:t>
      </w:r>
      <w:r/>
    </w:p>
    <w:p>
      <w:r/>
      <w:r>
        <w:t>It’s a line-up with plenty of variety, too. Visitors can expect everything from guitar-led folk rock to electronic sounds and hip-hop, so there should be something to catch the ear even if you don’t know the acts beforehand.</w:t>
      </w:r>
      <w:r/>
    </w:p>
    <w:p>
      <w:pPr>
        <w:pStyle w:val="Heading2"/>
      </w:pPr>
      <w:r>
        <w:t>Why organisers are wary of a corporate Pride</w:t>
      </w:r>
      <w:r/>
    </w:p>
    <w:p>
      <w:r/>
      <w:r>
        <w:t>As Pride celebrations grow, many larger city festivals attract major sponsorships and bigger budgets. That support can make events more ambitious, but Hutchins told Cville Right Now that it can also change their atmosphere, pushing local voices further into the background.</w:t>
      </w:r>
      <w:r/>
    </w:p>
    <w:p>
      <w:r/>
      <w:r>
        <w:t>Charlottesville Pride is taking a different approach by keeping the local community at the centre. The emphasis on regional vendors and LGBTQ-owned businesses reflects the networks that supported people during the two years when the local festival was paused because of Covid-19.</w:t>
      </w:r>
      <w:r/>
    </w:p>
    <w:p>
      <w:r/>
      <w:r>
        <w:t>That community memory gives this year’s event extra meaning. For many attendees, Pride isn’t just a colourful day out. It’s a chance to reconnect with people and places that helped keep the community visible when public celebrations weren’t possible.</w:t>
      </w:r>
      <w:r/>
    </w:p>
    <w:p>
      <w:pPr>
        <w:pStyle w:val="Heading2"/>
      </w:pPr>
      <w:r>
        <w:t>A public celebration with a clear message</w:t>
      </w:r>
      <w:r/>
    </w:p>
    <w:p>
      <w:r/>
      <w:r>
        <w:t>Charlottesville City Councilor Natalie Oschrin said the festival helps show that the city welcomes all residents and visitors. Her comments place the event in a wider conversation about visibility, safety and equal participation in public life.</w:t>
      </w:r>
      <w:r/>
    </w:p>
    <w:p>
      <w:r/>
      <w:r>
        <w:t>The festival’s organisers appear to share that outlook, while keeping the tone celebratory rather than solemn. Music, stalls, performers and a lively crowd can make an important message feel accessible, especially for people attending Pride for the first time.</w:t>
      </w:r>
      <w:r/>
    </w:p>
    <w:p>
      <w:r/>
      <w:r>
        <w:t>For families, friends and allies, the practical advice is simple: check the programme, plan around the acts you want to see and leave room for wandering. The best parts of a local festival are often the unplanned discoveries.</w:t>
      </w:r>
      <w:r/>
    </w:p>
    <w:p>
      <w:r/>
      <w:r>
        <w:t>Charlottesville Pride is set to run from 12.30pm to 7.30pm at Ting Pavilion, with music from 1pm and drag performances later in the afternoon.</w:t>
      </w:r>
      <w:r/>
    </w:p>
    <w:p>
      <w:r/>
      <w:r>
        <w:rPr>
          <w:b/>
        </w:rPr>
        <w:t>It’s a bigger Pride celebration with a distinctly Charlottesville heart.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[4]</w:t>
        </w:r>
      </w:hyperlink>
      <w:r>
        <w:t xml:space="preserve">, </w:t>
      </w:r>
      <w:hyperlink r:id="rId11">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1">
        <w:r>
          <w:rPr>
            <w:color w:val="0000EE"/>
            <w:u w:val="single"/>
          </w:rPr>
          <w:t>[6]</w:t>
        </w:r>
      </w:hyperlink>
      <w:r>
        <w:t xml:space="preserve">- Paragraph 6: </w:t>
      </w:r>
      <w:hyperlink r:id="rId9">
        <w:r>
          <w:rPr>
            <w:color w:val="0000EE"/>
            <w:u w:val="single"/>
          </w:rPr>
          <w:t>[1]</w:t>
        </w:r>
      </w:hyperlink>
      <w:r>
        <w:t xml:space="preserve">, </w:t>
      </w:r>
      <w:hyperlink r:id="rId10">
        <w:r>
          <w:rPr>
            <w:color w:val="0000EE"/>
            <w:u w:val="single"/>
          </w:rPr>
          <w:t>[3]</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1">
        <w:r>
          <w:rPr>
            <w:color w:val="0000EE"/>
            <w:u w:val="single"/>
          </w:rPr>
          <w:t>[6]</w:t>
        </w:r>
      </w:hyperlink>
      <w:r>
        <w:t xml:space="preserve">- Paragraph 9: </w:t>
      </w:r>
      <w:hyperlink r:id="rId9">
        <w:r>
          <w:rPr>
            <w:color w:val="0000EE"/>
            <w:u w:val="single"/>
          </w:rPr>
          <w:t>[1]</w:t>
        </w:r>
      </w:hyperlink>
      <w:r>
        <w:t xml:space="preserve">, </w:t>
      </w:r>
      <w:hyperlink r:id="rId13">
        <w:r>
          <w:rPr>
            <w:color w:val="0000EE"/>
            <w:u w:val="single"/>
          </w:rPr>
          <w:t>[7]</w:t>
        </w:r>
      </w:hyperlink>
      <w:r>
        <w:t xml:space="preserve">- Paragraph 10: </w:t>
      </w:r>
      <w:hyperlink r:id="rId9">
        <w:r>
          <w:rPr>
            <w:color w:val="0000EE"/>
            <w:u w:val="single"/>
          </w:rPr>
          <w:t>[1]</w:t>
        </w:r>
      </w:hyperlink>
      <w:r>
        <w:t xml:space="preserve">, </w:t>
      </w:r>
      <w:hyperlink r:id="rId14">
        <w:r>
          <w:rPr>
            <w:color w:val="0000EE"/>
            <w:u w:val="single"/>
          </w:rPr>
          <w:t>[5]</w:t>
        </w:r>
      </w:hyperlink>
      <w:r>
        <w:t xml:space="preserve">- Paragraph 11: </w:t>
      </w:r>
      <w:hyperlink r:id="rId9">
        <w:r>
          <w:rPr>
            <w:color w:val="0000EE"/>
            <w:u w:val="single"/>
          </w:rPr>
          <w:t>[1]</w:t>
        </w:r>
      </w:hyperlink>
      <w:r>
        <w:t xml:space="preserve">, </w:t>
      </w:r>
      <w:hyperlink r:id="rId10">
        <w:r>
          <w:rPr>
            <w:color w:val="0000EE"/>
            <w:u w:val="single"/>
          </w:rPr>
          <w:t>[3]</w:t>
        </w:r>
      </w:hyperlink>
      <w:r>
        <w:t xml:space="preserve">- Paragraph 12: </w:t>
      </w:r>
      <w:hyperlink r:id="rId9">
        <w:r>
          <w:rPr>
            <w:color w:val="0000EE"/>
            <w:u w:val="single"/>
          </w:rPr>
          <w:t>[1]</w:t>
        </w:r>
      </w:hyperlink>
      <w:r>
        <w:t xml:space="preserve">, </w:t>
      </w:r>
      <w:hyperlink r:id="rId11">
        <w:r>
          <w:rPr>
            <w:color w:val="0000EE"/>
            <w:u w:val="single"/>
          </w:rPr>
          <w:t>[6]</w:t>
        </w:r>
      </w:hyperlink>
      <w:r>
        <w:t xml:space="preserve">- Paragraph 13: </w:t>
      </w:r>
      <w:hyperlink r:id="rId9">
        <w:r>
          <w:rPr>
            <w:color w:val="0000EE"/>
            <w:u w:val="single"/>
          </w:rPr>
          <w:t>[1]</w:t>
        </w:r>
      </w:hyperlink>
      <w:r>
        <w:t xml:space="preserve">, </w:t>
      </w:r>
      <w:hyperlink r:id="rId12">
        <w:r>
          <w:rPr>
            <w:color w:val="0000EE"/>
            <w:u w:val="single"/>
          </w:rPr>
          <w:t>[4]</w:t>
        </w:r>
      </w:hyperlink>
      <w:r>
        <w:t xml:space="preserve">- Paragraph 14: </w:t>
      </w:r>
      <w:hyperlink r:id="rId9">
        <w:r>
          <w:rPr>
            <w:color w:val="0000EE"/>
            <w:u w:val="single"/>
          </w:rPr>
          <w:t>[1]</w:t>
        </w:r>
      </w:hyperlink>
      <w:r>
        <w:t xml:space="preserve">, </w:t>
      </w:r>
      <w:hyperlink r:id="rId14">
        <w:r>
          <w:rPr>
            <w:color w:val="0000EE"/>
            <w:u w:val="single"/>
          </w:rPr>
          <w:t>[5]</w:t>
        </w:r>
      </w:hyperlink>
      <w:r>
        <w:t xml:space="preserve">- Paragraph 15: </w:t>
      </w:r>
      <w:hyperlink r:id="rId9">
        <w:r>
          <w:rPr>
            <w:color w:val="0000EE"/>
            <w:u w:val="single"/>
          </w:rPr>
          <w:t>[1]</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https://cvillerightnow.com/news/208802-charlottesville-pride-festival-expected-to-be-biggest-to-date/?utm_source=rss&amp;utm_medium=rss&amp;utm_campaign=208802-charlottesville-pride-festival-expected-to-be-biggest-to-date</w:t>
        </w:r>
      </w:hyperlink>
      <w:r>
        <w:t xml:space="preserve"> - Please view link - unable to able to access data</w:t>
      </w:r>
      <w:r/>
    </w:p>
    <w:p>
      <w:pPr>
        <w:pStyle w:val="ListNumber"/>
        <w:spacing w:line="240" w:lineRule="auto"/>
        <w:ind w:left="720"/>
      </w:pPr>
      <w:r/>
      <w:hyperlink r:id="rId9">
        <w:r>
          <w:rPr>
            <w:color w:val="0000EE"/>
            <w:u w:val="single"/>
          </w:rPr>
          <w:t>https://cvillerightnow.com/news/208802-charlottesville-pride-festival-expected-to-be-biggest-to-date/?utm_source=rss&amp;utm_medium=rss&amp;utm_campaign=208802-charlottesville-pride-festival-expected-to-be-biggest-to-date</w:t>
        </w:r>
      </w:hyperlink>
      <w:r>
        <w:t xml:space="preserve"> - The article discusses the upcoming Charlottesville Pride Festival, scheduled for Saturday at the Ting Pavilion on the Downtown Mall. This marks the third consecutive year the festival will be held at this location, running from 12:30 p.m. to 7:30 p.m. The event is set to feature the largest number of local vendors and organizations in its 14-year history, with as many as 100 vendors expected. Nick Hutchins, President of Cville Pride, emphasizes the festival's focus on celebrating the local community and avoiding the corporate influences seen in larger city Pride events. He highlights the importance of maintaining the festival's local essence and praises the strength and visibility of the LGBTQ community in Charlottesville, particularly the many LGBTQ-owned businesses that supported the community during the COVID pandemic. The article also includes comments from Charlottesville Councilor Natalie Oschrin, who underscores the significance of the Pride Festival in promoting inclusivity and equality. The festival will feature musical performances by The Crybabies, The Falsies, Unheard Sirens, and Lady Taj, followed by a two-hour drag show.</w:t>
      </w:r>
      <w:r/>
    </w:p>
    <w:p>
      <w:pPr>
        <w:pStyle w:val="ListNumber"/>
        <w:spacing w:line="240" w:lineRule="auto"/>
        <w:ind w:left="720"/>
      </w:pPr>
      <w:r/>
      <w:hyperlink r:id="rId10">
        <w:r>
          <w:rPr>
            <w:color w:val="0000EE"/>
            <w:u w:val="single"/>
          </w:rPr>
          <w:t>https://www.29news.com/2024/09/07/charlottesville-pride-hosts-11th-annual-festival/</w:t>
        </w:r>
      </w:hyperlink>
      <w:r>
        <w:t xml:space="preserve"> - This article reports on the 11th annual Charlottesville Pride Festival, which took place on September 7, 2024, at the Ting Pavilion. The event attracted approximately 5,000 attendees and featured over 70 vendors, marking a significant increase from previous years. Jewel King, a long-time attendee, expressed appreciation for the festival's role in bringing people together and celebrating diversity. Nick Hutchins, in his second year as President of Cville Pride, highlighted the festival as a testament to the progress made and the ongoing work needed for LGBTQ+ rights. The festival also included musical performances and speeches, including one by Virginia Delegate Rozia A. Henson Jr., who urged attendees to consider LGBTQ+ rights in upcoming elections.</w:t>
      </w:r>
      <w:r/>
    </w:p>
    <w:p>
      <w:pPr>
        <w:pStyle w:val="ListNumber"/>
        <w:spacing w:line="240" w:lineRule="auto"/>
        <w:ind w:left="720"/>
      </w:pPr>
      <w:r/>
      <w:hyperlink r:id="rId12">
        <w:r>
          <w:rPr>
            <w:color w:val="0000EE"/>
            <w:u w:val="single"/>
          </w:rPr>
          <w:t>https://www.tingpavilion.com/events/detail/charlottesville-pride-festival-2024</w:t>
        </w:r>
      </w:hyperlink>
      <w:r>
        <w:t xml:space="preserve"> - This page provides details about the Charlottesville Pride Festival 2024, which was held on September 7, 2024, at the Ting Pavilion. The event aimed to bring together the larger LGBTQ+ community in Charlottesville through entertainment, local vendors, resource booths, food, and drink. Festivities began at 12:00 PM and continued until 7:00 PM. The page also mentions that more information would be provided by @charlottesvillepride on Instagram in the coming weeks and months, including updates, vendor and volunteer applications, and more.</w:t>
      </w:r>
      <w:r/>
    </w:p>
    <w:p>
      <w:pPr>
        <w:pStyle w:val="ListNumber"/>
        <w:spacing w:line="240" w:lineRule="auto"/>
        <w:ind w:left="720"/>
      </w:pPr>
      <w:r/>
      <w:hyperlink r:id="rId14">
        <w:r>
          <w:rPr>
            <w:color w:val="0000EE"/>
            <w:u w:val="single"/>
          </w:rPr>
          <w:t>https://uucharlottesville.org/?p=28970</w:t>
        </w:r>
      </w:hyperlink>
      <w:r>
        <w:t xml:space="preserve"> - This article discusses the Unitarian Universalist Congregation of Charlottesville's involvement in the 2024 Charlottesville Pride Festival. The event was scheduled for Saturday, September 7, 2024, from 12:00 PM to 7:00 PM at the Ting Pavilion. The Mission &amp; Service Committee, along with The University Fellowship (TUF) and the St. Paul’s Youth Group, took the lead in representing the parish. Parishioners were invited to help out or visit the St. Paul’s table to celebrate and share the message of an inclusive, LGBTQ-affirming Christian community. For more information, contact Assistant Rector Caroline Carter at caroline.carter@spmcuva.org.</w:t>
      </w:r>
      <w:r/>
    </w:p>
    <w:p>
      <w:pPr>
        <w:pStyle w:val="ListNumber"/>
        <w:spacing w:line="240" w:lineRule="auto"/>
        <w:ind w:left="720"/>
      </w:pPr>
      <w:r/>
      <w:hyperlink r:id="rId11">
        <w:r>
          <w:rPr>
            <w:color w:val="0000EE"/>
            <w:u w:val="single"/>
          </w:rPr>
          <w:t>https://www.cvillepride.org/pridefest</w:t>
        </w:r>
      </w:hyperlink>
      <w:r>
        <w:t xml:space="preserve"> - This page provides information about the 2026 Charlottesville Pride Festival, scheduled for September 26, 2026, at the Ting Pavilion in Charlottesville. The event will feature local vendors and organizations, food and drink, musical entertainment, drag performances, and a speaking program featuring local leaders. The page also includes contact information for Nick Hutchins (nick@cvillepride.org) and links to their Instagram account. The mission of Charlottesville Pride is to create a vibrant, visible, and inclusive LGBTQ+ community presence in Charlottesville, Albemarle, and the surrounding region through events, education, outreach, and advocacy.</w:t>
      </w:r>
      <w:r/>
    </w:p>
    <w:p>
      <w:pPr>
        <w:pStyle w:val="ListNumber"/>
        <w:spacing w:line="240" w:lineRule="auto"/>
        <w:ind w:left="720"/>
      </w:pPr>
      <w:r/>
      <w:hyperlink r:id="rId13">
        <w:r>
          <w:rPr>
            <w:color w:val="0000EE"/>
            <w:u w:val="single"/>
          </w:rPr>
          <w:t>https://www.cvillepride.org/sponsorships</w:t>
        </w:r>
      </w:hyperlink>
      <w:r>
        <w:t xml:space="preserve"> - This page outlines the sponsorship opportunities for the Charlottesville Pride Festival. The organization relies on donations from community members and sponsors to host the annual festival. Contributions support expenses such as location rentals, printing of materials, marketing, permitting, and payment for festival entertainers. Sponsors receive recognition in marketing materials, printed materials (including t-shirts and signage), free vendor space at the festival, and recognition during the program. For more information, interested parties are encouraged to email Nick Hutchins at nick@cvillepride.org.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villerightnow.com/news/208802-charlottesville-pride-festival-expected-to-be-biggest-to-date/?utm_source=rss&amp;utm_medium=rss&amp;utm_campaign=208802-charlottesville-pride-festival-expected-to-be-biggest-to-date" TargetMode="External"/><Relationship Id="rId10" Type="http://schemas.openxmlformats.org/officeDocument/2006/relationships/hyperlink" Target="https://www.29news.com/2024/09/07/charlottesville-pride-hosts-11th-annual-festival/" TargetMode="External"/><Relationship Id="rId11" Type="http://schemas.openxmlformats.org/officeDocument/2006/relationships/hyperlink" Target="https://www.cvillepride.org/pridefest" TargetMode="External"/><Relationship Id="rId12" Type="http://schemas.openxmlformats.org/officeDocument/2006/relationships/hyperlink" Target="https://www.tingpavilion.com/events/detail/charlottesville-pride-festival-2024" TargetMode="External"/><Relationship Id="rId13" Type="http://schemas.openxmlformats.org/officeDocument/2006/relationships/hyperlink" Target="https://www.cvillepride.org/sponsorships" TargetMode="External"/><Relationship Id="rId14" Type="http://schemas.openxmlformats.org/officeDocument/2006/relationships/hyperlink" Target="https://uucharlottesville.org/?p=289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