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Tips for Visiting a Queer Bar Alone With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First-time visitors are discovering that going to a queer bar alone can be less intimidating than expected. With the right event, a little preparation and sensible safety planning, a solo night out can become a relaxed way to enjoy LGBTQIA+ community, meet people and feel at home.</w:t>
      </w:r>
      <w:r/>
    </w:p>
    <w:p>
      <w:pPr>
        <w:pStyle w:val="Heading2"/>
      </w:pPr>
      <w:r>
        <w:t>Going solo can make the room feel more welcoming</w:t>
      </w:r>
      <w:r/>
    </w:p>
    <w:p>
      <w:r/>
      <w:r>
        <w:t>Walking into any bar alone takes nerve. In a queer venue, that feeling can be stronger if you're newly out, unfamiliar with the local scene or carrying the weight of what these spaces represent.</w:t>
      </w:r>
      <w:r/>
    </w:p>
    <w:p>
      <w:r/>
      <w:r>
        <w:t>But solo visitors often have one useful advantage: freedom. You can choose where to sit, leave when you like and focus on the atmosphere rather than managing a whole group's drinks and plans. Advice shared by Pride and Her Campus also suggests that approaching the experience with realistic expectations can make the first visit feel much easier.</w:t>
      </w:r>
      <w:r/>
    </w:p>
    <w:p>
      <w:r/>
      <w:r>
        <w:t>Queer bars aren't just nightlife venues, either. They can be places to see familiar identities reflected back at you, particularly if you've spent much of your life without an openly LGBTQIA+ community nearby. That can make even a quiet drink feel surprisingly meaningful.</w:t>
      </w:r>
      <w:r/>
    </w:p>
    <w:p>
      <w:pPr>
        <w:pStyle w:val="Heading2"/>
      </w:pPr>
      <w:r>
        <w:t>Choose the right night for your personality</w:t>
      </w:r>
      <w:r/>
    </w:p>
    <w:p>
      <w:r/>
      <w:r>
        <w:t>A packed Saturday dance floor isn't the only way to experience a queer bar. If loud music and crowded rooms sound daunting, look for a drag performance, quiz, comedy night, live band or another event with a built-in focus.</w:t>
      </w:r>
      <w:r/>
    </w:p>
    <w:p>
      <w:r/>
      <w:r>
        <w:t>Structured activities give you something to watch and discuss, so you won't have to invent an opening line from thin air. Guides from Pride and LesPark recommend considering what you actually want from the evening, whether that's meeting people, dancing, flirting or simply getting comfortable in a new space.</w:t>
      </w:r>
      <w:r/>
    </w:p>
    <w:p>
      <w:r/>
      <w:r>
        <w:t>Solo-friendly events can be especially helpful because they attract other people who are open to interaction. A quiz or speed-dating night may feel less awkward than hovering beside the bar while every existing friendship group appears sealed shut.</w:t>
      </w:r>
      <w:r/>
    </w:p>
    <w:p>
      <w:pPr>
        <w:pStyle w:val="Heading2"/>
      </w:pPr>
      <w:r>
        <w:t>What should you wear to start conversations?</w:t>
      </w:r>
      <w:r/>
    </w:p>
    <w:p>
      <w:r/>
      <w:r>
        <w:t>Your outfit doesn't need to be dramatic, but an interesting detail can make you more approachable. Try a distinctive jacket, a colourful pin, an unusual necklace, a band T-shirt or something you've made yourself.</w:t>
      </w:r>
      <w:r/>
    </w:p>
    <w:p>
      <w:r/>
      <w:r>
        <w:t>The best choice is something that makes you feel comfortable and gives people a natural question to ask. Complimenting someone else's clothes works just as well. A simple, sincere comment about their boots or jacket can open a conversation without making the moment feel intensely romantic.</w:t>
      </w:r>
      <w:r/>
    </w:p>
    <w:p>
      <w:r/>
      <w:r>
        <w:t>Travel and social guides for LGBTQIA+ people also highlight the value of low-pressure interactions. You don't need to find a partner within ten minutes. One friendly exchange, a recommendation for another venue or a shared laugh about the music can make the night feel successful.</w:t>
      </w:r>
      <w:r/>
    </w:p>
    <w:p>
      <w:pPr>
        <w:pStyle w:val="Heading2"/>
      </w:pPr>
      <w:r>
        <w:t>Keep your phone handy, but don't hide behind it</w:t>
      </w:r>
      <w:r/>
    </w:p>
    <w:p>
      <w:r/>
      <w:r>
        <w:t>When you're alone, scrolling can feel like an invisible shield. Unfortunately, it also tells everyone else that you're unavailable and means you'll miss much of the room's energy.</w:t>
      </w:r>
      <w:r/>
    </w:p>
    <w:p>
      <w:r/>
      <w:r>
        <w:t>Put your phone away for stretches, but keep practical safety measures in place. Tell a friend where you're going, arrange a reliable route home, watch your drink and trust your instincts if someone behaves strangely. Information from solo-nightlife advice and city bar guides consistently points to staying aware without becoming so anxious that you can't enjoy yourself.</w:t>
      </w:r>
      <w:r/>
    </w:p>
    <w:p>
      <w:r/>
      <w:r>
        <w:t>Moderation helps, too. One drink may settle your nerves, but drinking heavily can make judgement, boundaries and getting home safely much harder. Staying reasonably clear-headed lets you notice who feels welcoming and who doesn't.</w:t>
      </w:r>
      <w:r/>
    </w:p>
    <w:p>
      <w:pPr>
        <w:pStyle w:val="Heading2"/>
      </w:pPr>
      <w:r>
        <w:t>Remember that queer spaces need support</w:t>
      </w:r>
      <w:r/>
    </w:p>
    <w:p>
      <w:r/>
      <w:r>
        <w:t>For many LGBTQIA+ people, queer venues are more than places to dance. They provide visibility, connection and a rare chance to relax without explaining yourself. Yet queer bars, particularly lesbian venues, remain vulnerable in many towns and cities.</w:t>
      </w:r>
      <w:r/>
    </w:p>
    <w:p>
      <w:r/>
      <w:r>
        <w:t>That makes showing up meaningful. Buying a drink, attending an event and recommending a welcoming venue to friends can all help sustain the local scene. Atlanta's nightlife guidance and wider LGBTQIA+ travel advice both underline how much a venue's atmosphere can depend on regular community support.</w:t>
      </w:r>
      <w:r/>
    </w:p>
    <w:p>
      <w:r/>
      <w:r>
        <w:t>Of course, no one has to force a magical evening. You don't need to meet the love of your life or leave with a new group of best friends. Sometimes a good playlist, a comfortable seat and one kind conversation are plenty.</w:t>
      </w:r>
      <w:r/>
    </w:p>
    <w:p>
      <w:r/>
      <w:r>
        <w:t>Take a breath, choose a night that suits you and let the room unfold at its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4">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[7]</w:t>
        </w:r>
      </w:hyperlink>
      <w:r>
        <w:t xml:space="preserve">, </w:t>
      </w:r>
      <w:hyperlink r:id="rId15">
        <w:r>
          <w:rPr>
            <w:color w:val="0000EE"/>
            <w:u w:val="single"/>
          </w:rPr>
          <w:t>[6]</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4">
        <w:r>
          <w:rPr>
            <w:color w:val="0000EE"/>
            <w:u w:val="single"/>
          </w:rPr>
          <w:t>[2]</w:t>
        </w:r>
      </w:hyperlink>
      <w:r>
        <w:t xml:space="preserve">, </w:t>
      </w:r>
      <w:hyperlink r:id="rId15">
        <w:r>
          <w:rPr>
            <w:color w:val="0000EE"/>
            <w:u w:val="single"/>
          </w:rPr>
          <w:t>[6]</w:t>
        </w:r>
      </w:hyperlink>
      <w:r>
        <w:t xml:space="preserve">- Paragraph 11: </w:t>
      </w:r>
      <w:hyperlink r:id="rId12">
        <w:r>
          <w:rPr>
            <w:color w:val="0000EE"/>
            <w:u w:val="single"/>
          </w:rPr>
          <w:t>[5]</w:t>
        </w:r>
      </w:hyperlink>
      <w:r>
        <w:t xml:space="preserve">, </w:t>
      </w:r>
      <w:hyperlink r:id="rId15">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https://www.cosmopolitan.com/relationships/a73855272/queer-bar-solo/</w:t>
        </w:r>
      </w:hyperlink>
      <w:r>
        <w:t xml:space="preserve"> - Please view link - unable to able to access data</w:t>
      </w:r>
      <w:r/>
    </w:p>
    <w:p>
      <w:pPr>
        <w:pStyle w:val="ListNumber"/>
        <w:spacing w:line="240" w:lineRule="auto"/>
        <w:ind w:left="720"/>
      </w:pPr>
      <w:r/>
      <w:hyperlink r:id="rId14">
        <w:r>
          <w:rPr>
            <w:color w:val="0000EE"/>
            <w:u w:val="single"/>
          </w:rPr>
          <w:t>https://www.lespark.us/news/368c2a30-7c84-48e4-8458-deb6b3aa4ab8</w:t>
        </w:r>
      </w:hyperlink>
      <w:r>
        <w:t xml:space="preserve"> - This article offers a comprehensive guide for first-time visitors to lesbian bars, addressing common anxieties and providing practical advice. It emphasises the importance of mental preparation, such as letting go of anxiety and embracing the experience. The piece also advises researching the bar in advance to understand its style and atmosphere, and suggests proactive socialising by initiating conversations and respecting others' boundaries. Additionally, it highlights the significance of drinking safely by controlling alcohol intake and staying alert, as well as being vigilant about personal safety by keeping an eye on one's drink and trusting instincts.</w:t>
      </w:r>
      <w:r/>
    </w:p>
    <w:p>
      <w:pPr>
        <w:pStyle w:val="ListNumber"/>
        <w:spacing w:line="240" w:lineRule="auto"/>
        <w:ind w:left="720"/>
      </w:pPr>
      <w:r/>
      <w:hyperlink r:id="rId10">
        <w:r>
          <w:rPr>
            <w:color w:val="0000EE"/>
            <w:u w:val="single"/>
          </w:rPr>
          <w:t>https://www.pride.com/answers-advice/health/going-to-a-gay-bar-alone</w:t>
        </w:r>
      </w:hyperlink>
      <w:r>
        <w:t xml:space="preserve"> - This article provides ten practical tips for individuals planning to visit gay bars alone. It recommends wearing attention-grabbing attire to serve as conversation starters, such as unique accessories or clothing items. The piece also suggests attending events with built-in activities, like drag shows or trivia nights, to facilitate interactions with others. Additionally, it highlights that drag bars are particularly suitable for solo outings due to their performances, which offer natural focal points and opportunities to engage with fellow patrons.</w:t>
      </w:r>
      <w:r/>
    </w:p>
    <w:p>
      <w:pPr>
        <w:pStyle w:val="ListNumber"/>
        <w:spacing w:line="240" w:lineRule="auto"/>
        <w:ind w:left="720"/>
      </w:pPr>
      <w:r/>
      <w:hyperlink r:id="rId11">
        <w:r>
          <w:rPr>
            <w:color w:val="0000EE"/>
            <w:u w:val="single"/>
          </w:rPr>
          <w:t>https://www.hercampus.com/life/5-things-you-should-know-going-gay-bar/</w:t>
        </w:r>
      </w:hyperlink>
      <w:r>
        <w:t xml:space="preserve"> - This article outlines five essential considerations for individuals planning to visit gay bars. It notes that straight friends and allies are welcome, provided they respect the space and its culture. The piece also clarifies that while flirting is common, it is entirely optional, and patrons can choose to engage or not. Additionally, it emphasises the importance of being respectful and not intrusive, ensuring that everyone feels comfortable and safe within the venue.</w:t>
      </w:r>
      <w:r/>
    </w:p>
    <w:p>
      <w:pPr>
        <w:pStyle w:val="ListNumber"/>
        <w:spacing w:line="240" w:lineRule="auto"/>
        <w:ind w:left="720"/>
      </w:pPr>
      <w:r/>
      <w:hyperlink r:id="rId12">
        <w:r>
          <w:rPr>
            <w:color w:val="0000EE"/>
            <w:u w:val="single"/>
          </w:rPr>
          <w:t>https://usewanderkin.com/blog/how-to-meet-people-traveling-solo-lgbtq</w:t>
        </w:r>
      </w:hyperlink>
      <w:r>
        <w:t xml:space="preserve"> - This article offers practical advice for LGBTQ+ individuals seeking to meet people while travelling solo. It suggests integrating social activities into one's itinerary, such as joining walking tours or attending queer film screenings, to create natural opportunities for interaction. The piece also recommends planning one social event per day to avoid overwhelming oneself, allowing for meaningful connections without compromising the quality of the experience.</w:t>
      </w:r>
      <w:r/>
    </w:p>
    <w:p>
      <w:pPr>
        <w:pStyle w:val="ListNumber"/>
        <w:spacing w:line="240" w:lineRule="auto"/>
        <w:ind w:left="720"/>
      </w:pPr>
      <w:r/>
      <w:hyperlink r:id="rId15">
        <w:r>
          <w:rPr>
            <w:color w:val="0000EE"/>
            <w:u w:val="single"/>
          </w:rPr>
          <w:t>https://atlanta.com/articles/misc/gay-bars-atlanta</w:t>
        </w:r>
      </w:hyperlink>
      <w:r>
        <w:t xml:space="preserve"> - This guide provides practical tips for visiting gay bars in Atlanta, including information on age restrictions, cover charges, and dress codes. It advises bringing a valid government-issued ID, as most bars are 21+, and notes that cover charges are common on weekends and during special events. The piece also discusses dress codes, suggesting smart-casual attire as a safe choice, and provides transportation tips, recommending rideshares and taxis, especially late at night, and highlighting MARTA stations in Midtown for convenient access.</w:t>
      </w:r>
      <w:r/>
    </w:p>
    <w:p>
      <w:pPr>
        <w:pStyle w:val="ListNumber"/>
        <w:spacing w:line="240" w:lineRule="auto"/>
        <w:ind w:left="720"/>
      </w:pPr>
      <w:r/>
      <w:hyperlink r:id="rId13">
        <w:r>
          <w:rPr>
            <w:color w:val="0000EE"/>
            <w:u w:val="single"/>
          </w:rPr>
          <w:t>https://toxigon.com/crowded-bar-solo-what-to-actually-do</w:t>
        </w:r>
      </w:hyperlink>
      <w:r>
        <w:t xml:space="preserve"> - This article offers guidance for individuals navigating crowded bars alone, focusing on building confidence and making the most of the experience. It suggests starting with a comfortable spot, such as a corner of the bar, and bringing a book to ease into the environment. The piece also advises positioning oneself in the middle of the bar if open to socialising, and emphasises the importance of being clear about one's expectations to enhance the overall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smopolitan.com/relationships/a73855272/queer-bar-solo/" TargetMode="External"/><Relationship Id="rId10" Type="http://schemas.openxmlformats.org/officeDocument/2006/relationships/hyperlink" Target="https://www.pride.com/answers-advice/health/going-to-a-gay-bar-alone" TargetMode="External"/><Relationship Id="rId11" Type="http://schemas.openxmlformats.org/officeDocument/2006/relationships/hyperlink" Target="https://www.hercampus.com/life/5-things-you-should-know-going-gay-bar/" TargetMode="External"/><Relationship Id="rId12" Type="http://schemas.openxmlformats.org/officeDocument/2006/relationships/hyperlink" Target="https://usewanderkin.com/blog/how-to-meet-people-traveling-solo-lgbtq" TargetMode="External"/><Relationship Id="rId13" Type="http://schemas.openxmlformats.org/officeDocument/2006/relationships/hyperlink" Target="https://toxigon.com/crowded-bar-solo-what-to-actually-do" TargetMode="External"/><Relationship Id="rId14" Type="http://schemas.openxmlformats.org/officeDocument/2006/relationships/hyperlink" Target="https://www.lespark.us/news/368c2a30-7c84-48e4-8458-deb6b3aa4ab8" TargetMode="External"/><Relationship Id="rId15" Type="http://schemas.openxmlformats.org/officeDocument/2006/relationships/hyperlink" Target="https://atlanta.com/articles/misc/gay-bars-atlan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