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 and TV releases to watch in October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can look forward to a packed October of queer film and TV releases across MUBI, BBC iPlayer, Paramount+ and Disney+. From a trans-led horror film and a high-profile dance pairing to a new Avatar, the month offers plenty for LGBTQIA+ audiences seeking fresh stories, familiar faces and a little beautifully chaotic entertainment.</w:t>
      </w:r>
      <w:r/>
    </w:p>
    <w:p>
      <w:pPr>
        <w:pStyle w:val="Heading2"/>
      </w:pPr>
      <w:r>
        <w:t>Essential Takeaways</w:t>
      </w:r>
      <w:r/>
      <w:r/>
    </w:p>
    <w:p>
      <w:pPr>
        <w:pStyle w:val="ListBullet"/>
        <w:spacing w:line="240" w:lineRule="auto"/>
        <w:ind w:left="720"/>
      </w:pPr>
      <w:r/>
      <w:r>
        <w:rPr>
          <w:b/>
        </w:rPr>
        <w:t>MUBI's spooky highlight:</w:t>
      </w:r>
      <w:r>
        <w:t xml:space="preserve"> Teenage Sex And Death At Camp Miasma arrives for streaming on 2 October.</w:t>
      </w:r>
      <w:r/>
    </w:p>
    <w:p>
      <w:pPr>
        <w:pStyle w:val="ListBullet"/>
        <w:spacing w:line="240" w:lineRule="auto"/>
        <w:ind w:left="720"/>
      </w:pPr>
      <w:r/>
      <w:r>
        <w:rPr>
          <w:b/>
        </w:rPr>
        <w:t>A new Avatar emerges:</w:t>
      </w:r>
      <w:r>
        <w:t xml:space="preserve"> Avatar: Seven Havens introduces Pavi, an earthbender facing a deeply changed world.</w:t>
      </w:r>
      <w:r/>
    </w:p>
    <w:p>
      <w:pPr>
        <w:pStyle w:val="ListBullet"/>
        <w:spacing w:line="240" w:lineRule="auto"/>
        <w:ind w:left="720"/>
      </w:pPr>
      <w:r/>
      <w:r>
        <w:rPr>
          <w:b/>
        </w:rPr>
        <w:t>Saturday night sparkle:</w:t>
      </w:r>
      <w:r>
        <w:t xml:space="preserve"> Bethany Antonia and Nancy Xu bring a highly anticipated partnership to Strictly Come Dancing 2026.</w:t>
      </w:r>
      <w:r/>
    </w:p>
    <w:p>
      <w:pPr>
        <w:pStyle w:val="ListBullet"/>
        <w:spacing w:line="240" w:lineRule="auto"/>
        <w:ind w:left="720"/>
      </w:pPr>
      <w:r/>
      <w:r>
        <w:rPr>
          <w:b/>
        </w:rPr>
        <w:t>A moving short film:</w:t>
      </w:r>
      <w:r>
        <w:t xml:space="preserve"> TRY screens at the Iris Prize LGBTQ+ Film Festival on 12 October.</w:t>
      </w:r>
      <w:r/>
    </w:p>
    <w:p>
      <w:pPr>
        <w:pStyle w:val="ListBullet"/>
        <w:spacing w:line="240" w:lineRule="auto"/>
        <w:ind w:left="720"/>
      </w:pPr>
      <w:r/>
      <w:r>
        <w:rPr>
          <w:b/>
        </w:rPr>
        <w:t>Festival season continues:</w:t>
      </w:r>
      <w:r>
        <w:t xml:space="preserve"> Iris Prize, BFI London Film Festival and SQIFF offer plenty of queer cinema to discover.</w:t>
      </w:r>
      <w:r/>
      <w:r/>
    </w:p>
    <w:p>
      <w:pPr>
        <w:pStyle w:val="Heading2"/>
      </w:pPr>
      <w:r>
        <w:t>October brings a strong queer screen line-up</w:t>
      </w:r>
      <w:r/>
    </w:p>
    <w:p>
      <w:r/>
      <w:r>
        <w:t>October's queer film and TV releases cover an unusually broad mood range, from glossy Saturday-night entertainment to intimate drama and full-blooded horror. The month feels designed for viewers who want their television schedule to offer both comfort and surprise.</w:t>
      </w:r>
      <w:r/>
    </w:p>
    <w:p>
      <w:r/>
      <w:r>
        <w:t>At the sharper end of the programme is Teenage Sex And Death At Camp Miasma, a trans and sapphic slasher heading to MUBI on 2 October. MUBI's listing positions the film as a provocative horror title, while coverage from The Week and The Atlantic has highlighted its unusual blend of sexuality, danger and stylised violence. (Sources: MUBI; The Week; The Atlantic.)</w:t>
      </w:r>
      <w:r/>
    </w:p>
    <w:p>
      <w:r/>
      <w:r>
        <w:t>For anyone who missed its cinema run, the streaming release is an easy second chance. Just don't expect a quiet, polite watch. This is the sort of film that arrives with a knowing grin, a sticky floor and plenty to talk about afterwards. (Sources: Dread Central; CinemaBlend.)</w:t>
      </w:r>
      <w:r/>
    </w:p>
    <w:p>
      <w:pPr>
        <w:pStyle w:val="Heading2"/>
      </w:pPr>
      <w:r>
        <w:t>Camp Miasma is October's deliciously messy horror pick</w:t>
      </w:r>
      <w:r/>
    </w:p>
    <w:p>
      <w:r/>
      <w:r>
        <w:t>The film's appeal lies in its collision of teenage desire, trans representation and slasher conventions. Its premise promises a horror experience with an unmistakably queer centre, rather than a story where LGBTQIA+ characters are pushed to the edge of the frame. (Sources: MUBI; The Week.)</w:t>
      </w:r>
      <w:r/>
    </w:p>
    <w:p>
      <w:r/>
      <w:r>
        <w:t>Gillian Anderson and Hannah Einbinder add extra viewing appeal, giving audiences two recognisable performers to watch as the film turns up the tension. Several reviews have drawn attention to its eccentric tone, suggesting that viewers should approach it less like a conventional thriller and more like an unruly midnight-movie experience. (Sources: The Atlantic; CinemaBlend.)</w:t>
      </w:r>
      <w:r/>
    </w:p>
    <w:p>
      <w:r/>
      <w:r>
        <w:t>If you're choosing something for a group watch, this could be the ideal October option. It has enough horror to satisfy genre fans, enough queer texture to spark discussion and, judging by the critical reaction, more than a little weirdness. (Sources: The Week; The Week review.)</w:t>
      </w:r>
      <w:r/>
    </w:p>
    <w:p>
      <w:pPr>
        <w:pStyle w:val="Heading2"/>
      </w:pPr>
      <w:r>
        <w:t>From Strictly sparkle to Avatar-scale adventure</w:t>
      </w:r>
      <w:r/>
    </w:p>
    <w:p>
      <w:r/>
      <w:r>
        <w:t>Strictly Come Dancing 2026 offers a very different kind of queer joy. House Of The Dragon actor Bethany Antonia is paired with professional dancer Nancy Xu, creating one of the series' most anticipated partnerships for viewers keen to see queer representation folded into a hugely familiar British format. (Sources: DIVA Magazine; BBC programme information.)</w:t>
      </w:r>
      <w:r/>
    </w:p>
    <w:p>
      <w:r/>
      <w:r>
        <w:t>The live shows will air on Saturday evenings on BBC One and BBC iPlayer, followed by the results programme on Sundays. That regular rhythm makes it an easy appointment for viewers who enjoy the costumes, choreography and inevitable emotional overreaction to a foxtrot. (Sources: DIVA Magazine.)</w:t>
      </w:r>
      <w:r/>
    </w:p>
    <w:p>
      <w:r/>
      <w:r>
        <w:t>Then comes Avatar: Seven Havens, which introduces Pavi, a young earthbender who discovers she's the latest Avatar. The new series follows a bisexual lead character's successor while reshaping the role into something far more dangerous: the Avatar is now viewed by many as a threat to humanity. (Sources: DIVA Magazine; Paramount+.)</w:t>
      </w:r>
      <w:r/>
    </w:p>
    <w:p>
      <w:r/>
      <w:r>
        <w:t>That premise gives the animated adventure a darker edge. Pavi isn't simply learning to master extraordinary abilities; she's also trying to understand why the world fears the very title she's inherited. (Sources: DIVA Magazine.)</w:t>
      </w:r>
      <w:r/>
    </w:p>
    <w:p>
      <w:pPr>
        <w:pStyle w:val="Heading2"/>
      </w:pPr>
      <w:r>
        <w:t>T'Nia Miller leads two very different October stories</w:t>
      </w:r>
      <w:r/>
    </w:p>
    <w:p>
      <w:r/>
      <w:r>
        <w:t>T'Nia Miller appears in two of the month's most intriguing releases. In VisionQuest, she plays Jocasta, alongside Emily Hampshire as E.D.I.T.H., with the series arriving on Disney+ on 14 October. (Sources: DIVA Magazine.)</w:t>
      </w:r>
      <w:r/>
    </w:p>
    <w:p>
      <w:r/>
      <w:r>
        <w:t>The project is likely to draw viewers who enjoy connected-universe storytelling and actor-led drama, especially with a cast that brings plenty of television experience. It also gives fans a chance to see Miller in a major streaming release soon after another, much smaller-scale performance. (Sources: DIVA Magazine.)</w:t>
      </w:r>
      <w:r/>
    </w:p>
    <w:p>
      <w:r/>
      <w:r>
        <w:t>That second role is in TRY, a short film screening at the opening night of the Iris Prize LGBTQ+ Film Festival on 12 October. The story follows Sam, who attends the wake of his late boyfriend and finds himself unknown to the grieving man's mother because her son was closeted. (Sources: DIVA Magazine.)</w:t>
      </w:r>
      <w:r/>
    </w:p>
    <w:p>
      <w:r/>
      <w:r>
        <w:t>It's a simple set-up with a painful emotional fault line. The contrast between the public ritual of a wake and Sam's private loss gives the film an intimate, bruised quality, and Miller's presence should make it one of the festival's more affecting openings. (Sources: DIVA Magazine.)</w:t>
      </w:r>
      <w:r/>
    </w:p>
    <w:p>
      <w:pPr>
        <w:pStyle w:val="Heading2"/>
      </w:pPr>
      <w:r>
        <w:t>Queer film festivals give October a big-screen heartbeat</w:t>
      </w:r>
      <w:r/>
    </w:p>
    <w:p>
      <w:r/>
      <w:r>
        <w:t>Streaming may dominate the release calendar, but October's festivals offer the chance to experience queer cinema communally. Iris Prize runs from 12 to 18 October and marks two decades of showcasing LGBTQIA+ filmmakers and international storytelling. (Sources: DIVA Magazine.)</w:t>
      </w:r>
      <w:r/>
    </w:p>
    <w:p>
      <w:r/>
      <w:r>
        <w:t>The BFI London Film Festival follows from 17 to 18 October with a programme that includes queer titles such as In A Whisper by Leyla Bouzid. Meanwhile, the Scottish Queer International Film Festival runs from 19 to 24 October, continuing its focus on varied queer voices and independent filmmaking. (Sources: DIVA Magazine.)</w:t>
      </w:r>
      <w:r/>
    </w:p>
    <w:p>
      <w:r/>
      <w:r>
        <w:t>For first-time festivalgoers, the best approach is refreshingly simple: choose one film that sounds immediately appealing, then add one that sits outside your usual taste. Queer festivals are often at their best when a quiet drama or formally adventurous short ends up being the film you keep thinking about on the journey home. (Sources: DIVA Magazine.)</w:t>
      </w:r>
      <w:r/>
    </w:p>
    <w:p>
      <w:pPr>
        <w:pStyle w:val="Heading2"/>
      </w:pPr>
      <w:r>
        <w:t>More releases to add to your October watchlist</w:t>
      </w:r>
      <w:r/>
    </w:p>
    <w:p>
      <w:r/>
      <w:r>
        <w:t>There are plenty of additional titles to fill the gaps between the bigger premieres. Challengers arrives on MUBI on 1 October, while Helluva Boss returns for a third season on Prime Video on 14 October. Grey's Anatomy also returns for season 23 on Disney+ on 15 October, and The Diplomat comes back for its fourth season on Netflix the same day. (Sources: DIVA Magazine.)</w:t>
      </w:r>
      <w:r/>
    </w:p>
    <w:p>
      <w:r/>
      <w:r>
        <w:t>Physical-media fans haven't been forgotten, either. DVD and Blu-ray releases scheduled for 30 October include The Morning Show season three, Heated Rivalry season one, I Want Your Sex and Abbott Elementary season five. (Sources: DIVA Magazine.)</w:t>
      </w:r>
      <w:r/>
    </w:p>
    <w:p>
      <w:r/>
      <w:r>
        <w:t>So whether your ideal evening involves a queer slasher, a glittering dance routine, a sprawling fantasy world or a carefully chosen festival screening, October has a remarkably full dance card. Your watchlist may need its own spreadsheet, but at least it won't be dull. (Sources: DIVA Magazine.)</w:t>
      </w:r>
      <w:r/>
    </w:p>
    <w:p>
      <w:r/>
      <w:r>
        <w:t>It's a packed month, so choose your favourites and make room for a few unexpected discoveries.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3">
        <w:r>
          <w:rPr>
            <w:color w:val="0000EE"/>
            <w:u w:val="single"/>
          </w:rPr>
          <w:t>[5]</w:t>
        </w:r>
      </w:hyperlink>
      <w:r>
        <w:t xml:space="preserve">, </w:t>
      </w:r>
      <w:hyperlink r:id="rId14">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9">
        <w:r>
          <w:rPr>
            <w:color w:val="0000EE"/>
            <w:u w:val="single"/>
          </w:rPr>
          <w:t>[1]</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Paragraph 9: </w:t>
      </w:r>
      <w:hyperlink r:id="rId9">
        <w:r>
          <w:rPr>
            <w:color w:val="0000EE"/>
            <w:u w:val="single"/>
          </w:rPr>
          <w:t>[1]</w:t>
        </w:r>
      </w:hyperlink>
      <w:r>
        <w:t xml:space="preserve">- Paragraph 10: </w:t>
      </w:r>
      <w:hyperlink r:id="rId9">
        <w:r>
          <w:rPr>
            <w:color w:val="0000EE"/>
            <w:u w:val="single"/>
          </w:rPr>
          <w:t>[1]</w:t>
        </w:r>
      </w:hyperlink>
      <w:r>
        <w:t xml:space="preserve">- Paragraph 11: </w:t>
      </w:r>
      <w:hyperlink r:id="rId9">
        <w:r>
          <w:rPr>
            <w:color w:val="0000EE"/>
            <w:u w:val="single"/>
          </w:rPr>
          <w:t>[1]</w:t>
        </w:r>
      </w:hyperlink>
      <w:r>
        <w:t xml:space="preserve">- Paragraph 12: </w:t>
      </w:r>
      <w:hyperlink r:id="rId9">
        <w:r>
          <w:rPr>
            <w:color w:val="0000EE"/>
            <w:u w:val="single"/>
          </w:rPr>
          <w:t>[1]</w:t>
        </w:r>
      </w:hyperlink>
      <w:r>
        <w:t xml:space="preserve">- Paragraph 13: </w:t>
      </w:r>
      <w:hyperlink r:id="rId9">
        <w:r>
          <w:rPr>
            <w:color w:val="0000EE"/>
            <w:u w:val="single"/>
          </w:rPr>
          <w:t>[1]</w:t>
        </w:r>
      </w:hyperlink>
      <w:r>
        <w:t xml:space="preserve">- Paragraph 14: </w:t>
      </w:r>
      <w:hyperlink r:id="rId9">
        <w:r>
          <w:rPr>
            <w:color w:val="0000EE"/>
            <w:u w:val="single"/>
          </w:rPr>
          <w:t>[1]</w:t>
        </w:r>
      </w:hyperlink>
      <w:r>
        <w:t xml:space="preserve">- Paragraph 15: </w:t>
      </w:r>
      <w:hyperlink r:id="rId9">
        <w:r>
          <w:rPr>
            <w:color w:val="0000EE"/>
            <w:u w:val="single"/>
          </w:rPr>
          <w:t>[1]</w:t>
        </w:r>
      </w:hyperlink>
      <w:r>
        <w:t xml:space="preserve">- Paragraph 16: </w:t>
      </w:r>
      <w:hyperlink r:id="rId9">
        <w:r>
          <w:rPr>
            <w:color w:val="0000EE"/>
            <w:u w:val="single"/>
          </w:rPr>
          <w:t>[1]</w:t>
        </w:r>
      </w:hyperlink>
      <w:r>
        <w:t xml:space="preserve">- Paragraph 17: </w:t>
      </w:r>
      <w:hyperlink r:id="rId9">
        <w:r>
          <w:rPr>
            <w:color w:val="0000EE"/>
            <w:u w:val="single"/>
          </w:rPr>
          <w:t>[1]</w:t>
        </w:r>
      </w:hyperlink>
      <w:r>
        <w:t xml:space="preserve">- Paragraph 18: </w:t>
      </w:r>
      <w:hyperlink r:id="rId9">
        <w:r>
          <w:rPr>
            <w:color w:val="0000EE"/>
            <w:u w:val="single"/>
          </w:rPr>
          <w:t>[1]</w:t>
        </w:r>
      </w:hyperlink>
      <w:r>
        <w:t xml:space="preserve">- Paragraph 19: </w:t>
      </w:r>
      <w:hyperlink r:id="rId9">
        <w:r>
          <w:rPr>
            <w:color w:val="0000EE"/>
            <w:u w:val="single"/>
          </w:rPr>
          <w:t>[1]</w:t>
        </w:r>
      </w:hyperlink>
      <w:r>
        <w:t xml:space="preserve">- Paragraph 20: </w:t>
      </w:r>
      <w:hyperlink r:id="rId9">
        <w:r>
          <w:rPr>
            <w:color w:val="0000EE"/>
            <w:u w:val="single"/>
          </w:rPr>
          <w:t>[1]</w:t>
        </w:r>
      </w:hyperlink>
      <w:r>
        <w:t xml:space="preserve">- Paragraph 21: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https://diva-magazine.com/2026/09/25/october-2026-queer-film-tv-releases/?utm_source=rss&amp;utm_medium=rss&amp;utm_campaign=october-2026-queer-film-tv-releases</w:t>
        </w:r>
      </w:hyperlink>
      <w:r>
        <w:t xml:space="preserve"> - Please view link - unable to able to access data</w:t>
      </w:r>
      <w:r/>
    </w:p>
    <w:p>
      <w:pPr>
        <w:pStyle w:val="ListNumber"/>
        <w:spacing w:line="240" w:lineRule="auto"/>
        <w:ind w:left="720"/>
      </w:pPr>
      <w:r/>
      <w:hyperlink r:id="rId10">
        <w:r>
          <w:rPr>
            <w:color w:val="0000EE"/>
            <w:u w:val="single"/>
          </w:rPr>
          <w:t>https://mubi.com/en/films/teenage-sex-and-death-at-camp-miasma</w:t>
        </w:r>
      </w:hyperlink>
      <w:r>
        <w:t xml:space="preserve"> - 'Teenage Sex and Death at Camp Miasma' is a 2026 LGBTQ+ comedy-horror film directed by Jane Schoenbrun, starring Hannah Einbinder and Gillian Anderson. The film follows an enthusiastic young director attempting to revive the 'Camp Miasma' franchise by visiting its original star, leading them into a world of desire, fear, and delirium. The film is available to stream on MUBI from 2 October 2026. (</w:t>
      </w:r>
      <w:hyperlink r:id="rId15">
        <w:r>
          <w:rPr>
            <w:color w:val="0000EE"/>
            <w:u w:val="single"/>
          </w:rPr>
          <w:t>mubi.com</w:t>
        </w:r>
      </w:hyperlink>
      <w:r>
        <w:t>)</w:t>
      </w:r>
      <w:r/>
    </w:p>
    <w:p>
      <w:pPr>
        <w:pStyle w:val="ListNumber"/>
        <w:spacing w:line="240" w:lineRule="auto"/>
        <w:ind w:left="720"/>
      </w:pPr>
      <w:r/>
      <w:hyperlink r:id="rId11">
        <w:r>
          <w:rPr>
            <w:color w:val="0000EE"/>
            <w:u w:val="single"/>
          </w:rPr>
          <w:t>https://www.dreadcentral.com/streaming-home-video/589537/teenage-sex-and-death-at-camp-miasma-sets-october-streaming-premiere-on-mubi/</w:t>
        </w:r>
      </w:hyperlink>
      <w:r>
        <w:t xml:space="preserve"> - 'Teenage Sex and Death at Camp Miasma', directed by Jane Schoenbrun, is set to stream exclusively on MUBI starting 2 October 2026. The film stars Hannah Einbinder and Gillian Anderson, and follows a young director attempting to reboot the 'Camp Miasma' franchise by visiting its original star, leading them into a world of desire, fear, and delirium. (</w:t>
      </w:r>
      <w:hyperlink r:id="rId16">
        <w:r>
          <w:rPr>
            <w:color w:val="0000EE"/>
            <w:u w:val="single"/>
          </w:rPr>
          <w:t>dreadcentral.com</w:t>
        </w:r>
      </w:hyperlink>
      <w:r>
        <w:t>)</w:t>
      </w:r>
      <w:r/>
    </w:p>
    <w:p>
      <w:pPr>
        <w:pStyle w:val="ListNumber"/>
        <w:spacing w:line="240" w:lineRule="auto"/>
        <w:ind w:left="720"/>
      </w:pPr>
      <w:r/>
      <w:hyperlink r:id="rId12">
        <w:r>
          <w:rPr>
            <w:color w:val="0000EE"/>
            <w:u w:val="single"/>
          </w:rPr>
          <w:t>https://www.theweek.com/culture-life/film/teenage-sex-and-death-at-camp-miasma-a-sexy-and-slaughterous-spectacle</w:t>
        </w:r>
      </w:hyperlink>
      <w:r>
        <w:t xml:space="preserve"> - 'Teenage Sex and Death at Camp Miasma' is a darkly comedic film that reinvents a fictional 1980s slasher franchise through a modern, queer lens. Directed by Jane Schoenbrun, the story follows Kris (Hannah Einbinder) as she attempts to reboot the 'Camp Miasma' franchise by visiting its original star, Billy Presley (Gillian Anderson), leading them into a world of desire, fear, and delirium. (</w:t>
      </w:r>
      <w:hyperlink r:id="rId17">
        <w:r>
          <w:rPr>
            <w:color w:val="0000EE"/>
            <w:u w:val="single"/>
          </w:rPr>
          <w:t>theweek.com</w:t>
        </w:r>
      </w:hyperlink>
      <w:r>
        <w:t>)</w:t>
      </w:r>
      <w:r/>
    </w:p>
    <w:p>
      <w:pPr>
        <w:pStyle w:val="ListNumber"/>
        <w:spacing w:line="240" w:lineRule="auto"/>
        <w:ind w:left="720"/>
      </w:pPr>
      <w:r/>
      <w:hyperlink r:id="rId13">
        <w:r>
          <w:rPr>
            <w:color w:val="0000EE"/>
            <w:u w:val="single"/>
          </w:rPr>
          <w:t>https://www.theatlantic.com/culture/2026/08/teenage-sex-and-death-at-camp-miasma-movie-review/688227/?utm_source=apple_news</w:t>
        </w:r>
      </w:hyperlink>
      <w:r>
        <w:t xml:space="preserve"> - Jane Schoenbrun’s 'Teenage Sex and Death at Camp Miasma' explores how pop culture shapes personal identity, especially for isolated individuals. The film follows Kris, a queer filmmaker attempting to reboot a 1980s slasher franchise called 'Camp Miasma', while grappling with fandom, artistic purpose, and identity. Set mainly at the franchise's original filming location, she meets reclusive former star Billy Presley (Gillian Anderson), leading to a surreal reflection on the emotional and psychological power of media. (</w:t>
      </w:r>
      <w:hyperlink r:id="rId18">
        <w:r>
          <w:rPr>
            <w:color w:val="0000EE"/>
            <w:u w:val="single"/>
          </w:rPr>
          <w:t>theatlantic.com</w:t>
        </w:r>
      </w:hyperlink>
      <w:r>
        <w:t>)</w:t>
      </w:r>
      <w:r/>
    </w:p>
    <w:p>
      <w:pPr>
        <w:pStyle w:val="ListNumber"/>
        <w:spacing w:line="240" w:lineRule="auto"/>
        <w:ind w:left="720"/>
      </w:pPr>
      <w:r/>
      <w:hyperlink r:id="rId14">
        <w:r>
          <w:rPr>
            <w:color w:val="0000EE"/>
            <w:u w:val="single"/>
          </w:rPr>
          <w:t>https://www.cinemablend.com/movies/teenage-sex-and-death-at-camp-miasma-weirdest-movie-ive-seen-all-year</w:t>
        </w:r>
      </w:hyperlink>
      <w:r>
        <w:t xml:space="preserve"> - 'Teenage Sex and Death at Camp Miasma', directed by Jane Schoenbrun, is a 2026 film that follows Kris, a queer filmmaker portrayed by Hannah Einbinder, who is enlisted to reboot a beloved fictional slasher franchise. Seeking inspiration, she visits the original final girl, Billy Presley (Gillian Anderson). The film blends horror, romance, comedy, and emotional introspection into a surreal experience, exploring the eerie connection between desire and death inherent in slasher films. (</w:t>
      </w:r>
      <w:hyperlink r:id="rId19">
        <w:r>
          <w:rPr>
            <w:color w:val="0000EE"/>
            <w:u w:val="single"/>
          </w:rPr>
          <w:t>cinemablend.com</w:t>
        </w:r>
      </w:hyperlink>
      <w:r>
        <w:t>)</w:t>
      </w:r>
      <w:r/>
    </w:p>
    <w:p>
      <w:pPr>
        <w:pStyle w:val="ListNumber"/>
        <w:spacing w:line="240" w:lineRule="auto"/>
        <w:ind w:left="720"/>
      </w:pPr>
      <w:r/>
      <w:hyperlink r:id="rId20">
        <w:r>
          <w:rPr>
            <w:color w:val="0000EE"/>
            <w:u w:val="single"/>
          </w:rPr>
          <w:t>https://theweek.com/culture-life/film/reviews-teenage-sex-death-camp-miasma-samurai-and-prisoner</w:t>
        </w:r>
      </w:hyperlink>
      <w:r>
        <w:t xml:space="preserve"> - 'Teenage Sex and Death at Camp Miasma' is a genre-bending, queer exploration of identity and sensuality. Directed by Jane Schoenbrun, the film features Hannah Einbinder and Gillian Anderson, intertwining new narrative with retro horror aesthetics, leveraging the legacy of fictional 1980s slasher films. Critics praise its originality, witty dialogues, and its blend of campy horror and deeper themes about female pleasure and self-liberation. (</w:t>
      </w:r>
      <w:hyperlink r:id="rId21">
        <w:r>
          <w:rPr>
            <w:color w:val="0000EE"/>
            <w:u w:val="single"/>
          </w:rPr>
          <w:t>theweek.com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5/october-2026-queer-film-tv-releases/?utm_source=rss&amp;utm_medium=rss&amp;utm_campaign=october-2026-queer-film-tv-releases" TargetMode="External"/><Relationship Id="rId10" Type="http://schemas.openxmlformats.org/officeDocument/2006/relationships/hyperlink" Target="https://mubi.com/en/films/teenage-sex-and-death-at-camp-miasma" TargetMode="External"/><Relationship Id="rId11" Type="http://schemas.openxmlformats.org/officeDocument/2006/relationships/hyperlink" Target="https://www.dreadcentral.com/streaming-home-video/589537/teenage-sex-and-death-at-camp-miasma-sets-october-streaming-premiere-on-mubi/" TargetMode="External"/><Relationship Id="rId12" Type="http://schemas.openxmlformats.org/officeDocument/2006/relationships/hyperlink" Target="https://www.theweek.com/culture-life/film/teenage-sex-and-death-at-camp-miasma-a-sexy-and-slaughterous-spectacle" TargetMode="External"/><Relationship Id="rId13" Type="http://schemas.openxmlformats.org/officeDocument/2006/relationships/hyperlink" Target="https://www.theatlantic.com/culture/2026/08/teenage-sex-and-death-at-camp-miasma-movie-review/688227/?utm_source=apple_news" TargetMode="External"/><Relationship Id="rId14" Type="http://schemas.openxmlformats.org/officeDocument/2006/relationships/hyperlink" Target="https://www.cinemablend.com/movies/teenage-sex-and-death-at-camp-miasma-weirdest-movie-ive-seen-all-year" TargetMode="External"/><Relationship Id="rId15" Type="http://schemas.openxmlformats.org/officeDocument/2006/relationships/hyperlink" Target="https://mubi.com/en/es/films/teenage-sex-and-death-at-camp-miasma?utm_source=openai" TargetMode="External"/><Relationship Id="rId16" Type="http://schemas.openxmlformats.org/officeDocument/2006/relationships/hyperlink" Target="https://www.dreadcentral.com/streaming-home-video/589537/teenage-sex-and-death-at-camp-miasma-sets-october-streaming-premiere-on-mubi/?utm_source=openai" TargetMode="External"/><Relationship Id="rId17" Type="http://schemas.openxmlformats.org/officeDocument/2006/relationships/hyperlink" Target="https://theweek.com/culture-life/film/teenage-sex-and-death-at-camp-miasma-a-sexy-and-slaughterous-spectacle?utm_source=openai" TargetMode="External"/><Relationship Id="rId18" Type="http://schemas.openxmlformats.org/officeDocument/2006/relationships/hyperlink" Target="https://www.theatlantic.com/culture/2026/08/teenage-sex-and-death-at-camp-miasma-movie-review/688227/?utm_source=openai" TargetMode="External"/><Relationship Id="rId19" Type="http://schemas.openxmlformats.org/officeDocument/2006/relationships/hyperlink" Target="https://www.cinemablend.com/movies/teenage-sex-and-death-at-camp-miasma-weirdest-movie-ive-seen-all-year?utm_source=openai" TargetMode="External"/><Relationship Id="rId20" Type="http://schemas.openxmlformats.org/officeDocument/2006/relationships/hyperlink" Target="https://theweek.com/culture-life/film/reviews-teenage-sex-death-camp-miasma-samurai-and-prisoner" TargetMode="External"/><Relationship Id="rId21" Type="http://schemas.openxmlformats.org/officeDocument/2006/relationships/hyperlink" Target="https://theweek.com/culture-life/film/reviews-teenage-sex-death-camp-miasma-samurai-and-prison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