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Moab events this weekend for Pride, gardens and cycling</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Shoppers, families and curious locals have plenty to choose from in Moab this weekend, with Pride celebrations, a lively harvest festival, election meet-and-greets and a scenic Colorado cycling trip all on the agenda. From free outdoor entertainment to food, music and community conversation, these are the events worth planning around.</w:t>
      </w:r>
      <w:r/>
    </w:p>
    <w:p>
      <w:pPr>
        <w:pStyle w:val="Heading2"/>
      </w:pPr>
      <w:r>
        <w:t>Essential takeaways</w:t>
      </w:r>
      <w:r/>
      <w:r/>
    </w:p>
    <w:p>
      <w:pPr>
        <w:pStyle w:val="ListBullet"/>
        <w:spacing w:line="240" w:lineRule="auto"/>
        <w:ind w:left="720"/>
      </w:pPr>
      <w:r/>
      <w:r>
        <w:rPr>
          <w:b/>
        </w:rPr>
        <w:t>Moab Pride leads the weekend:</w:t>
      </w:r>
      <w:r>
        <w:t xml:space="preserve"> Expect a free family block party, a costume 5K, a black-light dance party and a drag-and-burlesque brunch.</w:t>
      </w:r>
      <w:r/>
    </w:p>
    <w:p>
      <w:pPr>
        <w:pStyle w:val="ListBullet"/>
        <w:spacing w:line="240" w:lineRule="auto"/>
        <w:ind w:left="720"/>
      </w:pPr>
      <w:r/>
      <w:r>
        <w:rPr>
          <w:b/>
        </w:rPr>
        <w:t>The Harvest Festival is hands-on:</w:t>
      </w:r>
      <w:r>
        <w:t xml:space="preserve"> Pie, live music, face painting, seed-spitting and miniature pumpkin chucking make it an easy family favourite.</w:t>
      </w:r>
      <w:r/>
    </w:p>
    <w:p>
      <w:pPr>
        <w:pStyle w:val="ListBullet"/>
        <w:spacing w:line="240" w:lineRule="auto"/>
        <w:ind w:left="720"/>
      </w:pPr>
      <w:r/>
      <w:r>
        <w:rPr>
          <w:b/>
        </w:rPr>
        <w:t>Politics moves into public view:</w:t>
      </w:r>
      <w:r>
        <w:t xml:space="preserve"> Local candidates will meet voters at a Chamber luncheon and a new informal grilling series.</w:t>
      </w:r>
      <w:r/>
    </w:p>
    <w:p>
      <w:pPr>
        <w:pStyle w:val="ListBullet"/>
        <w:spacing w:line="240" w:lineRule="auto"/>
        <w:ind w:left="720"/>
      </w:pPr>
      <w:r/>
      <w:r>
        <w:rPr>
          <w:b/>
        </w:rPr>
        <w:t>Cyclists can make a day of it:</w:t>
      </w:r>
      <w:r>
        <w:t xml:space="preserve"> The Tour de Vineyards offers 23- and 58-mile routes through Palisade wine country.</w:t>
      </w:r>
      <w:r/>
    </w:p>
    <w:p>
      <w:pPr>
        <w:pStyle w:val="ListBullet"/>
        <w:spacing w:line="240" w:lineRule="auto"/>
        <w:ind w:left="720"/>
      </w:pPr>
      <w:r/>
      <w:r>
        <w:rPr>
          <w:b/>
        </w:rPr>
        <w:t>Plan ahead:</w:t>
      </w:r>
      <w:r>
        <w:t xml:space="preserve"> Several events have age limits, donations, registration requirements or first-come, first-served seating.</w:t>
      </w:r>
      <w:r/>
      <w:r/>
    </w:p>
    <w:p>
      <w:pPr>
        <w:pStyle w:val="Heading2"/>
      </w:pPr>
      <w:r>
        <w:t>Moab Pride turns the weekend into one long celebration</w:t>
      </w:r>
      <w:r/>
    </w:p>
    <w:p>
      <w:r/>
      <w:r>
        <w:t>The biggest draw is Moab Pride, which runs from Friday to Sunday across several familiar local venues. It begins with a free, family-friendly block party at Rotary Park, where games, performances, prizes and food should give the weekend a bright, relaxed start.</w:t>
      </w:r>
      <w:r/>
    </w:p>
    <w:p>
      <w:r/>
      <w:r>
        <w:t xml:space="preserve">Saturday adds the Moab Pride 5K, organised with the Moab Run Club. Participants can register in person from 8am, with the race starting at 8.30am, and there are prizes for the best costume. A suggested donation keeps the event accessible, while the route between Swanny City Park and Rotary Park should offer plenty of cheerful spectators. The event listing confirms the timings and registration details. </w:t>
      </w:r>
      <w:hyperlink r:id="rId9">
        <w:r>
          <w:rPr>
            <w:color w:val="0000EE"/>
            <w:u w:val="single"/>
          </w:rPr>
          <w:t>[5]</w:t>
        </w:r>
      </w:hyperlink>
      <w:r/>
    </w:p>
    <w:p>
      <w:r/>
      <w:r>
        <w:t xml:space="preserve">The evening changes gear with Cosmic Rodeo, a 21-plus black-light dance party at Spitfire Smokehouse. The weekend closes on Sunday morning with Cosmic Brunch and Cabaret, also for over-21s, with drag, burlesque and brunch. Seating is first come, first served, so arriving early is sensible if you'd rather not balance a plate in the doorway. According to the Moab Sun News events guide, donations range from $15 to $25. </w:t>
      </w:r>
      <w:hyperlink r:id="rId10">
        <w:r>
          <w:rPr>
            <w:color w:val="0000EE"/>
            <w:u w:val="single"/>
          </w:rPr>
          <w:t>[2]</w:t>
        </w:r>
      </w:hyperlink>
      <w:r/>
    </w:p>
    <w:p>
      <w:pPr>
        <w:pStyle w:val="Heading2"/>
      </w:pPr>
      <w:r>
        <w:t>A harvest festival with plenty of muddy-finger appeal</w:t>
      </w:r>
      <w:r/>
    </w:p>
    <w:p>
      <w:r/>
      <w:r>
        <w:t>At the Youth Garden Project's 8th Annual Harvest Festival, the best attractions are wonderfully low-tech. Visitors can expect garden-fresh food, live music, face painting, a pie walk and a seed-spitting contest, plus a small pumpkin-chucking station that brings a playful bit of autumn theatre to the afternoon.</w:t>
      </w:r>
      <w:r/>
    </w:p>
    <w:p>
      <w:r/>
      <w:r>
        <w:t xml:space="preserve">The Blue Ribbon Produce Exhibition returns with USU Extension, inviting locals to compete for the biggest pumpkin, squash or watermelon in Grand County. Visitors can also vote for the People's Choice award, which adds a little friendly rivalry to the otherwise easy-going atmosphere. The festival listing sets the event for Saturday at 3pm at the Youth Garden Project. </w:t>
      </w:r>
      <w:hyperlink r:id="rId11">
        <w:r>
          <w:rPr>
            <w:color w:val="0000EE"/>
            <w:u w:val="single"/>
          </w:rPr>
          <w:t>[3]</w:t>
        </w:r>
      </w:hyperlink>
      <w:r/>
    </w:p>
    <w:p>
      <w:r/>
      <w:r>
        <w:t xml:space="preserve">This is the kind of gathering where children can run about while adults linger over food and music. The miniature pumpkin chucking is back after proving popular, according to coverage from the Moab Sun News, although the scaled-down format keeps it suitable for a community festival rather than a medieval siege. </w:t>
      </w:r>
      <w:hyperlink r:id="rId12">
        <w:r>
          <w:rPr>
            <w:color w:val="0000EE"/>
            <w:u w:val="single"/>
          </w:rPr>
          <w:t>[4]</w:t>
        </w:r>
      </w:hyperlink>
      <w:r/>
    </w:p>
    <w:p>
      <w:pPr>
        <w:pStyle w:val="Heading2"/>
      </w:pPr>
      <w:r>
        <w:t>Election season arrives with food and direct questions</w:t>
      </w:r>
      <w:r/>
    </w:p>
    <w:p>
      <w:r/>
      <w:r>
        <w:t>Community life isn't only about costumes and pumpkins this week. Local election season starts appearing on the calendar too, giving voters two different ways to hear from candidates before November.</w:t>
      </w:r>
      <w:r/>
    </w:p>
    <w:p>
      <w:r/>
      <w:r>
        <w:t xml:space="preserve">The Moab Area Chamber of Commerce is hosting a Meet the Candidates luncheon at Element Moab on Tuesday from noon to 1.30pm. Candidates for a range of local and national races will introduce themselves before taking questions individually. Tickets cost $20, while some Chamber members can attend free, and advance RSVP is required. </w:t>
      </w:r>
      <w:hyperlink r:id="rId13">
        <w:r>
          <w:rPr>
            <w:color w:val="0000EE"/>
            <w:u w:val="single"/>
          </w:rPr>
          <w:t>[7]</w:t>
        </w:r>
      </w:hyperlink>
      <w:r/>
    </w:p>
    <w:p>
      <w:r/>
      <w:r>
        <w:t xml:space="preserve">On Friday evening, Moab City Councilmember Miles Loftin begins a Grill the Candidate series with burgers, beer and an uncensored question-and-answer session. Everett Hildenbrandt is first up, with further evenings scheduled for other candidates. It's a more informal format than a luncheon, which could appeal to voters who prefer conversation over speeches and name badges. </w:t>
      </w:r>
      <w:hyperlink r:id="rId13">
        <w:r>
          <w:rPr>
            <w:color w:val="0000EE"/>
            <w:u w:val="single"/>
          </w:rPr>
          <w:t>[7]</w:t>
        </w:r>
      </w:hyperlink>
      <w:r/>
    </w:p>
    <w:p>
      <w:pPr>
        <w:pStyle w:val="Heading2"/>
      </w:pPr>
      <w:r>
        <w:t>One road-trip option for cyclists and wine lovers</w:t>
      </w:r>
      <w:r/>
    </w:p>
    <w:p>
      <w:r/>
      <w:r>
        <w:t>For anyone willing to travel, the 32nd Tour de Vineyards offers a change of scenery in Palisade, Colorado. The event is around a four-hour drive from Moab and combines cycling through vineyards and orchards with a meal and access to the Colorado Mountain Winefest.</w:t>
      </w:r>
      <w:r/>
    </w:p>
    <w:p>
      <w:r/>
      <w:r>
        <w:t xml:space="preserve">Riders can choose a relaxed 23-mile course or a more demanding 58-mile route over Reeder Mesa. That makes it flexible enough for a gentle day out, while still giving experienced cyclists a proper challenge. Registration is handled through The Ride Collective, and the Moab events guide flags it as a worthwhile option for people already planning a weekend away. </w:t>
      </w:r>
      <w:hyperlink r:id="rId10">
        <w:r>
          <w:rPr>
            <w:color w:val="0000EE"/>
            <w:u w:val="single"/>
          </w:rPr>
          <w:t>[2]</w:t>
        </w:r>
      </w:hyperlink>
      <w:r/>
    </w:p>
    <w:p>
      <w:r/>
      <w:r>
        <w:t>It's an appealing combination: pedal through open country, finish downtown and then swap cycling kit for a glass of something local. Just remember to check travel time and transport arrangements before committing to the longer route.</w:t>
      </w:r>
      <w:r/>
    </w:p>
    <w:p>
      <w:pPr>
        <w:pStyle w:val="Heading2"/>
      </w:pPr>
      <w:r>
        <w:t>How to make the most of a busy Moab weekend</w:t>
      </w:r>
      <w:r/>
    </w:p>
    <w:p>
      <w:r/>
      <w:r>
        <w:t>The simplest approach is to choose one anchor event and build around it. Pride's free Friday gathering suits families, while Saturday's Harvest Festival is the obvious pick for younger children and anyone who likes food, music and hands-on activities.</w:t>
      </w:r>
      <w:r/>
    </w:p>
    <w:p>
      <w:r/>
      <w:r>
        <w:t xml:space="preserve">Adults heading to the evening Pride events should bring physical identification and check the age restrictions. Brunch seating isn't reserved, and the dance party has an entry charge, so a little planning will make the night feel considerably less hurried. The same goes for the candidate events, where booking details and start times matter. </w:t>
      </w:r>
      <w:hyperlink r:id="rId10">
        <w:r>
          <w:rPr>
            <w:color w:val="0000EE"/>
            <w:u w:val="single"/>
          </w:rPr>
          <w:t>[2]</w:t>
        </w:r>
      </w:hyperlink>
      <w:r/>
    </w:p>
    <w:p>
      <w:r/>
      <w:r>
        <w:t xml:space="preserve">For the Harvest Festival, those hoping to enter produce in the exhibition should watch the drop-off windows during the preceding week. Everyone else can simply arrive hungry, leave room for pie and prepare for the possibility that a child will return with a face full of paint and an enthusiastic opinion about pumpkins. </w:t>
      </w:r>
      <w:hyperlink r:id="rId14">
        <w:r>
          <w:rPr>
            <w:color w:val="0000EE"/>
            <w:u w:val="single"/>
          </w:rPr>
          <w:t>[6]</w:t>
        </w:r>
      </w:hyperlink>
      <w:r/>
    </w:p>
    <w:p>
      <w:r/>
      <w:r>
        <w:t>There's enough variety here to make the weekend feel full without becoming frantic: celebration, food, civic conversation and a scenic escape all share the same calendar.</w:t>
      </w:r>
      <w:r/>
    </w:p>
    <w:p>
      <w:r/>
      <w:r>
        <w:t>Make a plan, leave room for spontaneity and enjoy the community spirit.</w:t>
      </w:r>
      <w:r/>
    </w:p>
    <w:p>
      <w:pPr>
        <w:pStyle w:val="Heading3"/>
      </w:pPr>
      <w:r>
        <w:t>Source Reference Map</w:t>
      </w:r>
      <w:r/>
    </w:p>
    <w:p>
      <w:r/>
      <w:r>
        <w:rPr>
          <w:b/>
        </w:rPr>
        <w:t>Story idea inspired by:</w:t>
      </w:r>
      <w:r>
        <w:t xml:space="preserve"> </w:t>
      </w:r>
      <w:hyperlink r:id="rId10">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[5]</w:t>
        </w:r>
      </w:hyperlink>
      <w:r>
        <w:t xml:space="preserve">- Paragraph 2: </w:t>
      </w:r>
      <w:hyperlink r:id="rId9">
        <w:r>
          <w:rPr>
            <w:color w:val="0000EE"/>
            <w:u w:val="single"/>
          </w:rPr>
          <w:t>[5]</w:t>
        </w:r>
      </w:hyperlink>
      <w:r>
        <w:t xml:space="preserve">- Paragraph 3: </w:t>
      </w:r>
      <w:hyperlink r:id="rId10">
        <w:r>
          <w:rPr>
            <w:color w:val="0000EE"/>
            <w:u w:val="single"/>
          </w:rPr>
          <w:t>[2]</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2">
        <w:r>
          <w:rPr>
            <w:color w:val="0000EE"/>
            <w:u w:val="single"/>
          </w:rPr>
          <w:t>[4]</w:t>
        </w:r>
      </w:hyperlink>
      <w:r>
        <w:t xml:space="preserve">- Paragraph 6: </w:t>
      </w:r>
      <w:hyperlink r:id="rId13">
        <w:r>
          <w:rPr>
            <w:color w:val="0000EE"/>
            <w:u w:val="single"/>
          </w:rPr>
          <w:t>[7]</w:t>
        </w:r>
      </w:hyperlink>
      <w:r>
        <w:t xml:space="preserve">- Paragraph 7: </w:t>
      </w:r>
      <w:hyperlink r:id="rId13">
        <w:r>
          <w:rPr>
            <w:color w:val="0000EE"/>
            <w:u w:val="single"/>
          </w:rPr>
          <w:t>[7]</w:t>
        </w:r>
      </w:hyperlink>
      <w:r>
        <w:t xml:space="preserve">- Paragraph 8: </w:t>
      </w:r>
      <w:hyperlink r:id="rId10">
        <w:r>
          <w:rPr>
            <w:color w:val="0000EE"/>
            <w:u w:val="single"/>
          </w:rPr>
          <w:t>[2]</w:t>
        </w:r>
      </w:hyperlink>
      <w:r>
        <w:t xml:space="preserve">- Paragraph 9: </w:t>
      </w:r>
      <w:hyperlink r:id="rId10">
        <w:r>
          <w:rPr>
            <w:color w:val="0000EE"/>
            <w:u w:val="single"/>
          </w:rPr>
          <w:t>[2]</w:t>
        </w:r>
      </w:hyperlink>
      <w:r>
        <w:t xml:space="preserve">- Paragraph 10: </w:t>
      </w:r>
      <w:hyperlink r:id="rId14">
        <w:r>
          <w:rPr>
            <w:color w:val="0000EE"/>
            <w:u w:val="single"/>
          </w:rPr>
          <w:t>[6]</w:t>
        </w:r>
      </w:hyperlink>
      <w:r>
        <w:t xml:space="preserve">- Paragraph 11: </w:t>
      </w:r>
      <w:hyperlink r:id="rId10">
        <w:r>
          <w:rPr>
            <w:color w:val="0000EE"/>
            <w:u w:val="single"/>
          </w:rPr>
          <w:t>[2]</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0">
        <w:r>
          <w:rPr>
            <w:color w:val="0000EE"/>
            <w:u w:val="single"/>
          </w:rPr>
          <w:t>https://moabsunnews.com/2026/09/14/this-week-in-moab-09-14/</w:t>
        </w:r>
      </w:hyperlink>
      <w:r>
        <w:t xml:space="preserve"> - Please view link - unable to able to access data</w:t>
      </w:r>
      <w:r/>
    </w:p>
    <w:p>
      <w:pPr>
        <w:pStyle w:val="ListNumber"/>
        <w:spacing w:line="240" w:lineRule="auto"/>
        <w:ind w:left="720"/>
      </w:pPr>
      <w:r/>
      <w:hyperlink r:id="rId10">
        <w:r>
          <w:rPr>
            <w:color w:val="0000EE"/>
            <w:u w:val="single"/>
          </w:rPr>
          <w:t>https://moabsunnews.com/2026/09/14/this-week-in-moab-09-14/</w:t>
        </w:r>
      </w:hyperlink>
      <w:r>
        <w:t xml:space="preserve"> - This article from Moab Sun News outlines the events happening in Moab from September 14 to September 20, 2026. It highlights the Moab Pride weekend, featuring a free block party at Rotary Park, a costume 5K run organised by the Moab Run Club, a black-light dance party at Spitfire Smokehouse, and a drag-and-burlesque brunch. Additionally, it mentions the Youth Garden Project's 8th Annual Harvest Festival, the Skinny Tire Fall Festival, and election-related events such as the Chamber's Meet the Candidates luncheon and the 'Grill the Candidate' series.</w:t>
      </w:r>
      <w:r/>
    </w:p>
    <w:p>
      <w:pPr>
        <w:pStyle w:val="ListNumber"/>
        <w:spacing w:line="240" w:lineRule="auto"/>
        <w:ind w:left="720"/>
      </w:pPr>
      <w:r/>
      <w:hyperlink r:id="rId11">
        <w:r>
          <w:rPr>
            <w:color w:val="0000EE"/>
            <w:u w:val="single"/>
          </w:rPr>
          <w:t>https://moabsunnews.com/event/8th-annual-harvest-festival/</w:t>
        </w:r>
      </w:hyperlink>
      <w:r>
        <w:t xml:space="preserve"> - The Youth Garden Project's 8th Annual Harvest Festival is scheduled for September 19, 2026, from 3:00 pm to 7:00 pm at their location in Moab, Utah. The festival will feature garden-fresh local food, a pie walk, a seed-spitting contest, a mini pumpkin-chuckin' station, face painting, and live music from Alex Dunn and The Butch Cassidies. The Blue Ribbon Produce Exhibition, in collaboration with USU Extension, will also take place, focusing on the largest pumpkin, squash, or watermelon in the county.</w:t>
      </w:r>
      <w:r/>
    </w:p>
    <w:p>
      <w:pPr>
        <w:pStyle w:val="ListNumber"/>
        <w:spacing w:line="240" w:lineRule="auto"/>
        <w:ind w:left="720"/>
      </w:pPr>
      <w:r/>
      <w:hyperlink r:id="rId12">
        <w:r>
          <w:rPr>
            <w:color w:val="0000EE"/>
            <w:u w:val="single"/>
          </w:rPr>
          <w:t>https://moabsunnews.com/2026/09/16/youth-garden-project-brings-pumpkin-chuckin-back-in-miniature-for-saturdays-harvest-festival/</w:t>
        </w:r>
      </w:hyperlink>
      <w:r>
        <w:t xml:space="preserve"> - This article discusses the Youth Garden Project's plans for the 8th Annual Harvest Festival on September 19, 2026. The festival will include a mini pumpkin-chuckin' activity, a Seed Spittin' contest, a pie walk, and a Blue Ribbon Produce Exhibition. The event aims to celebrate the garden's history and engage the community in fun, family-friendly activities. Volunteers are also being sought to assist with various tasks during the festival.</w:t>
      </w:r>
      <w:r/>
    </w:p>
    <w:p>
      <w:pPr>
        <w:pStyle w:val="ListNumber"/>
        <w:spacing w:line="240" w:lineRule="auto"/>
        <w:ind w:left="720"/>
      </w:pPr>
      <w:r/>
      <w:hyperlink r:id="rId9">
        <w:r>
          <w:rPr>
            <w:color w:val="0000EE"/>
            <w:u w:val="single"/>
          </w:rPr>
          <w:t>https://moabsunnews.com/event/moab-pride-5k-collab-w-moab-run-club/</w:t>
        </w:r>
      </w:hyperlink>
      <w:r>
        <w:t xml:space="preserve"> - The Moab Pride 5K, in collaboration with the Moab Run Club, is scheduled for September 19, 2026, at 8:00 am at Swanny City Park in Moab, Utah. Participants can run, walk, or frolic from Swanny to Rotary Park and back. There will be prizes for the best costume, and a suggested donation of $15 is requested. Registration is available in person at 8:00 am at Swanny City Park, with the race starting at 8:30 am.</w:t>
      </w:r>
      <w:r/>
    </w:p>
    <w:p>
      <w:pPr>
        <w:pStyle w:val="ListNumber"/>
        <w:spacing w:line="240" w:lineRule="auto"/>
        <w:ind w:left="720"/>
      </w:pPr>
      <w:r/>
      <w:hyperlink r:id="rId14">
        <w:r>
          <w:rPr>
            <w:color w:val="0000EE"/>
            <w:u w:val="single"/>
          </w:rPr>
          <w:t>https://moabsunnews.com/2026/09/14/this-week-in-moab-09-14/#featured-picks</w:t>
        </w:r>
      </w:hyperlink>
      <w:r>
        <w:t xml:space="preserve"> - This section of the article highlights the Youth Garden Project's 8th Annual Harvest Festival, scheduled for September 19, 2026, at 3:00 pm. The festival will feature garden-fresh local food, a pie walk, a seed-spitting contest, a mini pumpkin-chuckin' station, face painting, and live music from Alex Dunn and The Butch Cassidies. The Blue Ribbon Produce Exhibition, in collaboration with USU Extension, will also take place, focusing on the largest pumpkin, squash, or watermelon in the county.</w:t>
      </w:r>
      <w:r/>
    </w:p>
    <w:p>
      <w:pPr>
        <w:pStyle w:val="ListNumber"/>
        <w:spacing w:line="240" w:lineRule="auto"/>
        <w:ind w:left="720"/>
      </w:pPr>
      <w:r/>
      <w:hyperlink r:id="rId13">
        <w:r>
          <w:rPr>
            <w:color w:val="0000EE"/>
            <w:u w:val="single"/>
          </w:rPr>
          <w:t>https://moabsunnews.com/2026/09/14/this-week-in-moab-09-14/#election-season-arrives-on-the-calendar</w:t>
        </w:r>
      </w:hyperlink>
      <w:r>
        <w:t xml:space="preserve"> - This section of the article details election-related events in Moab for the week of September 14, 2026. It mentions the Moab Area Chamber of Commerce's Meet the Candidates Luncheon on Tuesday, September 15, at Element Moab, where candidates for various positions will introduce themselves and take questions. Additionally, it highlights the 'Grill the Candidate' series starting on Friday, September 18, featuring informal Q&amp;A sessions with candidates at 567 S. 400 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oabsunnews.com/event/moab-pride-5k-collab-w-moab-run-club/" TargetMode="External"/><Relationship Id="rId10" Type="http://schemas.openxmlformats.org/officeDocument/2006/relationships/hyperlink" Target="https://moabsunnews.com/2026/09/14/this-week-in-moab-09-14/" TargetMode="External"/><Relationship Id="rId11" Type="http://schemas.openxmlformats.org/officeDocument/2006/relationships/hyperlink" Target="https://moabsunnews.com/event/8th-annual-harvest-festival/" TargetMode="External"/><Relationship Id="rId12" Type="http://schemas.openxmlformats.org/officeDocument/2006/relationships/hyperlink" Target="https://moabsunnews.com/2026/09/16/youth-garden-project-brings-pumpkin-chuckin-back-in-miniature-for-saturdays-harvest-festival/" TargetMode="External"/><Relationship Id="rId13" Type="http://schemas.openxmlformats.org/officeDocument/2006/relationships/hyperlink" Target="https://moabsunnews.com/2026/09/14/this-week-in-moab-09-14/#election-season-arrives-on-the-calendar" TargetMode="External"/><Relationship Id="rId14" Type="http://schemas.openxmlformats.org/officeDocument/2006/relationships/hyperlink" Target="https://moabsunnews.com/2026/09/14/this-week-in-moab-09-14/#featured-pick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