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Picks for Miami and Fort Lauderdale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Miami and Fort Lauderdale for OUTshine, the LGBTQ+ film festival known for bold international premieres, lively parties and stories that linger long after the credits. With cinema, conversation and community at its heart, the event offers a welcoming way to discover new voices on screen and off.</w:t>
      </w:r>
      <w:r/>
    </w:p>
    <w:p>
      <w:pPr>
        <w:pStyle w:val="Heading2"/>
      </w:pPr>
      <w:r>
        <w:t>Essential Takeaways</w:t>
      </w:r>
      <w:r/>
      <w:r/>
    </w:p>
    <w:p>
      <w:pPr>
        <w:pStyle w:val="ListBullet"/>
        <w:spacing w:line="240" w:lineRule="auto"/>
        <w:ind w:left="720"/>
      </w:pPr>
      <w:r/>
      <w:r>
        <w:rPr>
          <w:b/>
        </w:rPr>
        <w:t>A major cultural event:</w:t>
      </w:r>
      <w:r>
        <w:t xml:space="preserve"> OUTshine brings LGBTQ+ films, filmmakers and audiences together across South Florida.</w:t>
      </w:r>
      <w:r/>
    </w:p>
    <w:p>
      <w:pPr>
        <w:pStyle w:val="ListBullet"/>
        <w:spacing w:line="240" w:lineRule="auto"/>
        <w:ind w:left="720"/>
      </w:pPr>
      <w:r/>
      <w:r>
        <w:rPr>
          <w:b/>
        </w:rPr>
        <w:t>Big-screen variety:</w:t>
      </w:r>
      <w:r>
        <w:t xml:space="preserve"> Expect documentaries, dramas, romantic comedies, shorts and horror, with international and North American premieres.</w:t>
      </w:r>
      <w:r/>
    </w:p>
    <w:p>
      <w:pPr>
        <w:pStyle w:val="ListBullet"/>
        <w:spacing w:line="240" w:lineRule="auto"/>
        <w:ind w:left="720"/>
      </w:pPr>
      <w:r/>
      <w:r>
        <w:rPr>
          <w:b/>
        </w:rPr>
        <w:t>More than films:</w:t>
      </w:r>
      <w:r>
        <w:t xml:space="preserve"> Screenings are paired with parties, drinks, discussions and social gatherings.</w:t>
      </w:r>
      <w:r/>
    </w:p>
    <w:p>
      <w:pPr>
        <w:pStyle w:val="ListBullet"/>
        <w:spacing w:line="240" w:lineRule="auto"/>
        <w:ind w:left="720"/>
      </w:pPr>
      <w:r/>
      <w:r>
        <w:rPr>
          <w:b/>
        </w:rPr>
        <w:t>Flexible viewing:</w:t>
      </w:r>
      <w:r>
        <w:t xml:space="preserve"> Select films are also available through the festival's at-home programme.</w:t>
      </w:r>
      <w:r/>
    </w:p>
    <w:p>
      <w:pPr>
        <w:pStyle w:val="ListBullet"/>
        <w:spacing w:line="240" w:lineRule="auto"/>
        <w:ind w:left="720"/>
      </w:pPr>
      <w:r/>
      <w:r>
        <w:rPr>
          <w:b/>
        </w:rPr>
        <w:t>Plan ahead:</w:t>
      </w:r>
      <w:r>
        <w:t xml:space="preserve"> Individual tickets and subscription packages are available, with prices starting at $17.</w:t>
      </w:r>
      <w:r/>
      <w:r/>
    </w:p>
    <w:p>
      <w:pPr>
        <w:pStyle w:val="Heading2"/>
      </w:pPr>
      <w:r>
        <w:t>OUTshine makes South Florida feel like a cinema club</w:t>
      </w:r>
      <w:r/>
    </w:p>
    <w:p>
      <w:r/>
      <w:r>
        <w:t>There’s something especially appealing about a film festival that doesn’t treat the screening as the whole evening. OUTshine combines the darkened-room hush of cinema with the buzz of an afterparty, giving audiences plenty of reasons to stay, chat and compare notes.</w:t>
      </w:r>
      <w:r/>
    </w:p>
    <w:p>
      <w:r/>
      <w:r>
        <w:t>The festival’s programme spans Miami and Fort Lauderdale, creating a broad cultural circuit rather than a single venue experience. Industry coverage from Hotspots Magazine has highlighted OUTshine’s evolving format and its place in the region’s LGBTQ+ arts calendar.</w:t>
      </w:r>
      <w:r/>
    </w:p>
    <w:p>
      <w:r/>
      <w:r>
        <w:t>That combination helps explain the event’s staying power. It’s not just a chance to watch films that may be difficult to find elsewhere; it’s also a low-pressure way to meet people who are equally curious about the stories being shown.</w:t>
      </w:r>
      <w:r/>
    </w:p>
    <w:p>
      <w:pPr>
        <w:pStyle w:val="Heading2"/>
      </w:pPr>
      <w:r>
        <w:t>Expect premieres, star power and very different moods</w:t>
      </w:r>
      <w:r/>
    </w:p>
    <w:p>
      <w:r/>
      <w:r>
        <w:t>The line-up moves confidently between heartfelt drama, documentary, romance and genre cinema. Among the headline attractions is La Bola Negra, a historical drama linking the lives of three gay men across different generations, with Penelope Cruz and Glenn Close attached to the cast.</w:t>
      </w:r>
      <w:r/>
    </w:p>
    <w:p>
      <w:r/>
      <w:r>
        <w:t>The festival also leans into darker territory. No Rest for the Wicked offers folk horror, forbidden romance and a vampire curse, while the Outshine After Dark strand adds another late-night edge for viewers who like their cinema with a little chill. The official programme provides the clearest guide to films, formats and screening details.</w:t>
      </w:r>
      <w:r/>
    </w:p>
    <w:p>
      <w:r/>
      <w:r>
        <w:t>For a lighter change of pace, Before I Do closes the festival with a romantic comedy. That tonal range is one of OUTshine’s strengths: you can arrive for an intense documentary, stay for a social event and finish the week with something warm and crowd-pleasing.</w:t>
      </w:r>
      <w:r/>
    </w:p>
    <w:p>
      <w:pPr>
        <w:pStyle w:val="Heading2"/>
      </w:pPr>
      <w:r>
        <w:t>Why the festival matters beyond the red carpet</w:t>
      </w:r>
      <w:r/>
    </w:p>
    <w:p>
      <w:r/>
      <w:r>
        <w:t>LGBTQ+ film festivals do more than showcase identity-led stories. They create space for filmmakers whose work may not receive a wide commercial release, while giving audiences the pleasure of seeing their lives, histories and questions reflected on a large screen.</w:t>
      </w:r>
      <w:r/>
    </w:p>
    <w:p>
      <w:r/>
      <w:r>
        <w:t>Previous editions have included spotlight presentations and specially selected programmes, with coverage from Soul of Miami showing how OUTshine continues to bring focused strands to local audiences. The festival’s recurring presence also gives filmmakers and viewers a dependable meeting point in a fast-changing media landscape.</w:t>
      </w:r>
      <w:r/>
    </w:p>
    <w:p>
      <w:r/>
      <w:r>
        <w:t>There’s a useful distinction here. Streaming has made more films accessible, but it can also make viewing feel solitary and fleeting. A festival restores the shared experience: the laughter lands collectively, the difficult moments feel less isolating and the conversation carries on outside the auditorium.</w:t>
      </w:r>
      <w:r/>
    </w:p>
    <w:p>
      <w:pPr>
        <w:pStyle w:val="Heading2"/>
      </w:pPr>
      <w:r>
        <w:t>How to plan your OUTshine visit</w:t>
      </w:r>
      <w:r/>
    </w:p>
    <w:p>
      <w:r/>
      <w:r>
        <w:t>Start by deciding whether you want a single screening or a fuller festival experience. Individual tickets can suit casual visitors, while subscription packages may make more sense if you’re planning several films and events. The official OUTshine website is the best place to check current availability, venues and any changes to the schedule.</w:t>
      </w:r>
      <w:r/>
    </w:p>
    <w:p>
      <w:r/>
      <w:r>
        <w:t>Pay attention to the location as well as the title. Events take place at venues including cinemas and cultural spaces across Miami and Fort Lauderdale, so travel time can shape your evening. If a screening includes an afterparty, allow extra time rather than treating it as an optional last-minute add-on.</w:t>
      </w:r>
      <w:r/>
    </w:p>
    <w:p>
      <w:r/>
      <w:r>
        <w:t>For popular premieres, early booking is sensible. A little preparation also means you can balance intense films with something gentler, which is valuable when a festival programme is emotionally varied and your viewing diary starts filling quickly.</w:t>
      </w:r>
      <w:r/>
    </w:p>
    <w:p>
      <w:pPr>
        <w:pStyle w:val="Heading2"/>
      </w:pPr>
      <w:r>
        <w:t>The next chapter is likely to be even more social</w:t>
      </w:r>
      <w:r/>
    </w:p>
    <w:p>
      <w:r/>
      <w:r>
        <w:t>OUTshine’s appeal rests on a simple idea: films are better when they open a door rather than close one. The programme brings together established names, emerging filmmakers and local creative voices, while its parties and special events keep the atmosphere relaxed and human.</w:t>
      </w:r>
      <w:r/>
    </w:p>
    <w:p>
      <w:r/>
      <w:r>
        <w:t>Its at-home offering also broadens access for viewers who can’t make every venue or live outside South Florida. That hybrid approach reflects how audiences now watch films, without losing the excitement of a premiere in a room full of people.</w:t>
      </w:r>
      <w:r/>
    </w:p>
    <w:p>
      <w:r/>
      <w:r>
        <w:t>For anyone looking for a welcoming LGBTQ+ film festival in Miami and Fort Lauderdale, OUTshine offers plenty of choice, a strong sense of occasion and the rare pleasure of discovering something together.</w:t>
      </w:r>
      <w:r/>
    </w:p>
    <w:p>
      <w:r/>
      <w:r>
        <w:t>A good film night can stay with you, but a good festival gives you people to talk about it with.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1">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5">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5">
        <w:r>
          <w:rPr>
            <w:color w:val="0000EE"/>
            <w:u w:val="single"/>
          </w:rPr>
          <w:t>[3]</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[7]</w:t>
        </w:r>
      </w:hyperlink>
      <w:r>
        <w:t xml:space="preserve">- Paragraph 11: </w:t>
      </w:r>
      <w:hyperlink r:id="rId15">
        <w:r>
          <w:rPr>
            <w:color w:val="0000EE"/>
            <w:u w:val="single"/>
          </w:rPr>
          <w:t>[3]</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5">
        <w:r>
          <w:rPr>
            <w:color w:val="0000EE"/>
            <w:u w:val="single"/>
          </w:rPr>
          <w:t>[3]</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https://passportmagazine.com/outshine-lgbtq-film-festival-returns-28th-year/</w:t>
        </w:r>
      </w:hyperlink>
      <w:r>
        <w:t xml:space="preserve"> - Please view link - unable to able to access data</w:t>
      </w:r>
      <w:r/>
    </w:p>
    <w:p>
      <w:pPr>
        <w:pStyle w:val="ListNumber"/>
        <w:spacing w:line="240" w:lineRule="auto"/>
        <w:ind w:left="720"/>
      </w:pPr>
      <w:r/>
      <w:hyperlink r:id="rId10">
        <w:r>
          <w:rPr>
            <w:color w:val="0000EE"/>
            <w:u w:val="single"/>
          </w:rPr>
          <w:t>https://outshinefilm.com/</w:t>
        </w:r>
      </w:hyperlink>
      <w:r>
        <w:t xml:space="preserve"> - The OUTshine Film Festival is South Florida's premier LGBTQ+ cultural arts event, originating from the Miami Gay &amp; Lesbian Film Festival (1998) and the Fort Lauderdale Gay &amp; Lesbian Film Festival (2008). These two iconic festivals merged under one dynamic brand, reflecting a vibrant, multicultural audience and international recognition. As a critically acclaimed platform, OUTshine is more than just a film festival—it’s an immersive experience designed to inspire, entertain, and educate. The mission is to foster community and celebrate LGBTQ+ stories through diverse films, videos, and media that explore historical and contemporary perspectives.</w:t>
      </w:r>
      <w:r/>
    </w:p>
    <w:p>
      <w:pPr>
        <w:pStyle w:val="ListNumber"/>
        <w:spacing w:line="240" w:lineRule="auto"/>
        <w:ind w:left="720"/>
      </w:pPr>
      <w:r/>
      <w:hyperlink r:id="rId15">
        <w:r>
          <w:rPr>
            <w:color w:val="0000EE"/>
            <w:u w:val="single"/>
          </w:rPr>
          <w:t>https://www.soulofmiami.org/2024/04/11/outshine-lgbtq-film-festival-miamis-mens-spotlight-film-f-l-y-4-27-24/</w:t>
        </w:r>
      </w:hyperlink>
      <w:r>
        <w:t xml:space="preserve"> - The OUTshine LGBTQ+ Film Festival Miami, internationally acclaimed as one of the largest LGBTQ+ cultural festivals in the world, is proud to feature “F.L.Y.” (USA, 2023), directed by Rafael Albarran and Trent Kendrick, as its Men’s Spotlight Film on Saturday, April 27, at Regal Cinemas South Beach. When two ex-boyfriends (Max and Rafael), who haven’t seen each other in five years, reunite — the covid pandemic hits, and they’re forced to quarantine together. In the years that have passed since they last saw each other in New York, Max has built a new life in Los Angeles working as a freelance editor. Max has spent most of his free time with his new boyfriend Hunter, who’s a fitness instructor, while Rafael has been rebuilding his identity as a non-binary human who’s excited to explore the art of drag with hopes of becoming a drag superstar. ”F.L.Y.” celebrates living your truth, and trusting the journey it takes you on. Director Trent Kendrick will introduce the movie and have a Q&amp;A after the screening. After the film, a men’s afterparty with free drinks and snacks will take place in the Sky Bar at the Axel Hotel South Beach. OUTrageous, OUTspoken, and OUTstanding, this year’s OUTshine LGBTQ+ Film Festival Miami is sponsored, in part, by Miami Dade County, the City of Miami Beach and Gilead. Ticket subscription packages and individual tickets are on sale now for the 41st edition of the OUTshine LGBTQ+ Film Festival. For a full schedule of films, parties and special events or for more information, visit outshinefilm.com.</w:t>
      </w:r>
      <w:r/>
    </w:p>
    <w:p>
      <w:pPr>
        <w:pStyle w:val="ListNumber"/>
        <w:spacing w:line="240" w:lineRule="auto"/>
        <w:ind w:left="720"/>
      </w:pPr>
      <w:r/>
      <w:hyperlink r:id="rId12">
        <w:r>
          <w:rPr>
            <w:color w:val="0000EE"/>
            <w:u w:val="single"/>
          </w:rPr>
          <w:t>https://lakeworthhomes.com/event/the-26th-annual-outshine-lgbtq-film-festival-miami-4/</w:t>
        </w:r>
      </w:hyperlink>
      <w:r>
        <w:t xml:space="preserve"> - The 26th Annual OUTshine LGBTQ+ Film Festival Miami, internationally acclaimed as one of the largest LGBTQ+ cultural festivals in the world, is proud to announce its 26th annual Miami film line-up. This year’s highly anticipated festival celebrating queer culture runs April 18 – 28 and will feature more than 50 internationally acclaimed features and shorts including premieres and documentaries that inspire, entertain, and educate. Adding to the excitement and sense of community this year will be a Latin Spotlight featuring men’s and women’s films, a panel for aspiring filmmakers and FREE Uber rides to and from select film screenings. The films will screen at Silverspot Cinema Miami (300 Southeast 3rd Street) from April 18 to 24 and at Regal South Beach (1120 Lincoln Road Mall, Miami Beach) from April 25 to 28.</w:t>
      </w:r>
      <w:r/>
    </w:p>
    <w:p>
      <w:pPr>
        <w:pStyle w:val="ListNumber"/>
        <w:spacing w:line="240" w:lineRule="auto"/>
        <w:ind w:left="720"/>
      </w:pPr>
      <w:r/>
      <w:hyperlink r:id="rId13">
        <w:r>
          <w:rPr>
            <w:color w:val="0000EE"/>
            <w:u w:val="single"/>
          </w:rPr>
          <w:t>https://www.soulofmiami.org/2024/10/16/outshine-lgbtq-film-festival-fall-edition-east-coast-premiere-of-hammarskjold-fight-for-peace-afterparty-10-24-24/</w:t>
        </w:r>
      </w:hyperlink>
      <w:r>
        <w:t xml:space="preserve"> - OUTshine LGBTQ+ Film Festival, internationally acclaimed as one of the largest LGBTQ+ cultural festivals in the world, is pleased to present the East Coast premiere of the historical narrative “Hammarskjöld – Fight for Peace” (Sweden, 2024), its Centerpiece Film. This speculative biopic about Swedish UN Secretary-General Dag Hammarskjöld, the anti-colonialist, allegedly queer diplomat who died under mysterious circumstances during the Cold War while trying to bring peace to the Congo, will screen on Thursday, October 24, at 7:30 p.m., at Savor Cinema (503 SE 6th Street).</w:t>
      </w:r>
      <w:r/>
    </w:p>
    <w:p>
      <w:pPr>
        <w:pStyle w:val="ListNumber"/>
        <w:spacing w:line="240" w:lineRule="auto"/>
        <w:ind w:left="720"/>
      </w:pPr>
      <w:r/>
      <w:hyperlink r:id="rId11">
        <w:r>
          <w:rPr>
            <w:color w:val="0000EE"/>
            <w:u w:val="single"/>
          </w:rPr>
          <w:t>https://hotspotsmagazine.com/2024/10/09/outshine-lgbtq-film-festival-announces-new-combined-fall-edition/</w:t>
        </w:r>
      </w:hyperlink>
      <w:r>
        <w:t xml:space="preserve"> - OUTshine LGBTQ+ Film Festival, internationally acclaimed as one of the largest LGBTQ+ cultural festivals in the world, has announced its full schedule for its newly combined South Florida fall edition running from Thursday, October 17, through Sunday, October 27 with an OUTshine AT HOME select films viewing extension running from Monday, October 28, to Sunday, November 3. This season’s OUTshine LGBTQ+ Film Festival will offer 62 acclaimed features and shorts including premieres and documentaries from 25 countries that inspire, entertain and educate to cinema enthusiasts in both Broward and Miami-Dade counties during one run. “We are thrilled to introduce this newly reimagined OUTshine LGBTQ+ Film Festival to South Florida,” said Allen Martello, festival co-director, OUTshine LGBTQ+ Film Festival.</w:t>
      </w:r>
      <w:r/>
    </w:p>
    <w:p>
      <w:pPr>
        <w:pStyle w:val="ListNumber"/>
        <w:spacing w:line="240" w:lineRule="auto"/>
        <w:ind w:left="720"/>
      </w:pPr>
      <w:r/>
      <w:hyperlink r:id="rId14">
        <w:r>
          <w:rPr>
            <w:color w:val="0000EE"/>
            <w:u w:val="single"/>
          </w:rPr>
          <w:t>https://outshinefilm.com/films/program/2024/mia/title</w:t>
        </w:r>
      </w:hyperlink>
      <w:r>
        <w:t xml:space="preserve"> - The OUTshine Film Festival's 2024 Miami programme features a diverse selection of films, including '40 Years of Care' on April 19, 'A House Is Not a Disco' on April 26, and 'Any Other Way: The Jackie Shane Story' on October 27. The festival also includes 'Birthrite' on October 26 as part of the OUTshine After Dark series, and 'Turtles (Les Tortues)' on April 18 as the opening night film. The programme showcases a range of genres and languages, reflecting the festival's commitment to presenting compelling and diverse LGBTQ+ cinema.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ssportmagazine.com/outshine-lgbtq-film-festival-returns-28th-year/" TargetMode="External"/><Relationship Id="rId10" Type="http://schemas.openxmlformats.org/officeDocument/2006/relationships/hyperlink" Target="https://outshinefilm.com/" TargetMode="External"/><Relationship Id="rId11" Type="http://schemas.openxmlformats.org/officeDocument/2006/relationships/hyperlink" Target="https://hotspotsmagazine.com/2024/10/09/outshine-lgbtq-film-festival-announces-new-combined-fall-edition/" TargetMode="External"/><Relationship Id="rId12" Type="http://schemas.openxmlformats.org/officeDocument/2006/relationships/hyperlink" Target="https://lakeworthhomes.com/event/the-26th-annual-outshine-lgbtq-film-festival-miami-4/" TargetMode="External"/><Relationship Id="rId13" Type="http://schemas.openxmlformats.org/officeDocument/2006/relationships/hyperlink" Target="https://www.soulofmiami.org/2024/10/16/outshine-lgbtq-film-festival-fall-edition-east-coast-premiere-of-hammarskjold-fight-for-peace-afterparty-10-24-24/" TargetMode="External"/><Relationship Id="rId14" Type="http://schemas.openxmlformats.org/officeDocument/2006/relationships/hyperlink" Target="https://outshinefilm.com/films/program/2024/mia/title" TargetMode="External"/><Relationship Id="rId15" Type="http://schemas.openxmlformats.org/officeDocument/2006/relationships/hyperlink" Target="https://www.soulofmiami.org/2024/04/11/outshine-lgbtq-film-festival-miamis-mens-spotlight-film-f-l-y-4-27-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