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25 September to 1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LGBTQ+ events calendar is packed with welcoming ways to connect, from a lively community happy hour and drag brunch to peer support groups, creative workshops and practical help. Whether you're new to the city or looking for a gentler social setting, this week's mix offers something useful, joyful and refreshingly human.</w:t>
      </w:r>
      <w:r/>
    </w:p>
    <w:p>
      <w:pPr>
        <w:pStyle w:val="Heading2"/>
      </w:pPr>
      <w:r>
        <w:t>Essential Takeaways</w:t>
      </w:r>
      <w:r/>
      <w:r/>
    </w:p>
    <w:p>
      <w:pPr>
        <w:pStyle w:val="ListBullet"/>
        <w:spacing w:line="240" w:lineRule="auto"/>
        <w:ind w:left="720"/>
      </w:pPr>
      <w:r/>
      <w:r>
        <w:rPr>
          <w:b/>
        </w:rPr>
        <w:t>Friday's social highlight:</w:t>
      </w:r>
      <w:r>
        <w:t xml:space="preserve"> Go Gay DC's LGBTQ+ Community Happy Hour starts at 7 p.m. at DIK Bar, with free entry and happy-hour offers.</w:t>
      </w:r>
      <w:r/>
    </w:p>
    <w:p>
      <w:pPr>
        <w:pStyle w:val="ListBullet"/>
        <w:spacing w:line="240" w:lineRule="auto"/>
        <w:ind w:left="720"/>
      </w:pPr>
      <w:r/>
      <w:r>
        <w:rPr>
          <w:b/>
        </w:rPr>
        <w:t>Support in several formats:</w:t>
      </w:r>
      <w:r>
        <w:t xml:space="preserve"> Online groups cover trans identities, Black lesbian experiences, queer careers and Asian and Pacific Islander communities.</w:t>
      </w:r>
      <w:r/>
    </w:p>
    <w:p>
      <w:pPr>
        <w:pStyle w:val="ListBullet"/>
        <w:spacing w:line="240" w:lineRule="auto"/>
        <w:ind w:left="720"/>
      </w:pPr>
      <w:r/>
      <w:r>
        <w:rPr>
          <w:b/>
        </w:rPr>
        <w:t>A splash of Sunday fun:</w:t>
      </w:r>
      <w:r>
        <w:t xml:space="preserve"> Nellie's DC Drag Brunch combines food and performances, with tickets priced at $58.51.</w:t>
      </w:r>
      <w:r/>
    </w:p>
    <w:p>
      <w:pPr>
        <w:pStyle w:val="ListBullet"/>
        <w:spacing w:line="240" w:lineRule="auto"/>
        <w:ind w:left="720"/>
      </w:pPr>
      <w:r/>
      <w:r>
        <w:rPr>
          <w:b/>
        </w:rPr>
        <w:t>Creative and practical help:</w:t>
      </w:r>
      <w:r>
        <w:t xml:space="preserve"> Older LGBTQ+ adults can join coffee and painting sessions, while the Job Club supports people navigating the workplace.</w:t>
      </w:r>
      <w:r/>
    </w:p>
    <w:p>
      <w:pPr>
        <w:pStyle w:val="ListBullet"/>
        <w:spacing w:line="240" w:lineRule="auto"/>
        <w:ind w:left="720"/>
      </w:pPr>
      <w:r/>
      <w:r>
        <w:rPr>
          <w:b/>
        </w:rPr>
        <w:t>A useful local resource:</w:t>
      </w:r>
      <w:r>
        <w:t xml:space="preserve"> The DC Center's fresh produce programme offers boxes without requiring proof of income or residency.</w:t>
      </w:r>
      <w:r/>
      <w:r/>
    </w:p>
    <w:p>
      <w:pPr>
        <w:pStyle w:val="Heading2"/>
      </w:pPr>
      <w:r>
        <w:t>Start the week with community, conversation and a drink</w:t>
      </w:r>
      <w:r/>
    </w:p>
    <w:p>
      <w:r/>
      <w:r>
        <w:t>The week's social mood arrives quickly. Go Gay DC's LGBTQ+ Community Happy Hour begins at 7 p.m. on Friday at DIK Bar, a retro-style venue where attendees can meet new people without the pressure of a formal networking event.</w:t>
      </w:r>
      <w:r/>
    </w:p>
    <w:p>
      <w:r/>
      <w:r>
        <w:t>Entry is free, and the evening includes happy-hour specials. Event listings from Eventbrite and Go Gay DC point to a straightforward appeal: show up, settle in and see where the conversation goes. For anyone testing the waters in Washington DC's LGBTQ+ scene, that low-stakes format can be a welcome starting point. (Eventbrite and Go Gay DC listings)</w:t>
      </w:r>
      <w:r/>
    </w:p>
    <w:p>
      <w:r/>
      <w:r>
        <w:t>Saturday keeps the conversation going with Go Gay DC's weekly LGBTQ+ Community Brunch at 11 a.m. at Freddie's Beach Bar &amp; Restaurant. The gathering welcomes LGBTQ+ people and allies, with food and plenty of time to chat. (Go Gay DC)</w:t>
      </w:r>
      <w:r/>
    </w:p>
    <w:p>
      <w:pPr>
        <w:pStyle w:val="Heading2"/>
      </w:pPr>
      <w:r>
        <w:t>Online support makes space for more people</w:t>
      </w:r>
      <w:r/>
    </w:p>
    <w:p>
      <w:r/>
      <w:r>
        <w:t>Not every useful gathering needs a crowded room. The Trans Discussion Group meets on Zoom on Friday evening, offering a confidential setting for trans people and those questioning their gender identity or expression to share experiences and learn from one another.</w:t>
      </w:r>
      <w:r/>
    </w:p>
    <w:p>
      <w:r/>
      <w:r>
        <w:t>A Black Lesbian Support Group follows online on Saturday at 1 p.m., focusing on the specific joys and challenges of being a Black lesbian. Later in the week, the API Queer Support Group brings together Asian and Pacific Islander queer participants through a partnership between APIQS and AQUA. These sessions show how Washington's LGBTQ+ support network extends beyond nightlife and into more focused, community-led spaces. (The DC Center for the LGBTQ+ Community and Go Gay DC)</w:t>
      </w:r>
      <w:r/>
    </w:p>
    <w:p>
      <w:r/>
      <w:r>
        <w:t>If you're considering joining, it's worth checking the contact details before the session, particularly where registration or an email request is needed. A quiet room, headphones and a few minutes to settle in can make an online group feel much more comfortable.</w:t>
      </w:r>
      <w:r/>
    </w:p>
    <w:p>
      <w:pPr>
        <w:pStyle w:val="Heading2"/>
      </w:pPr>
      <w:r>
        <w:t>Drag brunch brings the weekend's biggest burst of colour</w:t>
      </w:r>
      <w:r/>
    </w:p>
    <w:p>
      <w:r/>
      <w:r>
        <w:t>Sunday's headline event is Nellie's DC Drag Brunch at noon. Sapphire Blue, Deja Diamond and fellow performers are scheduled to entertain guests at Nellie's Sports Bar, promising a louder, more theatrical change of pace after the week's support groups and coffee meet-ups.</w:t>
      </w:r>
      <w:r/>
    </w:p>
    <w:p>
      <w:r/>
      <w:r>
        <w:t>Tickets cost $58.51 through Eventbrite, so this is the one event where planning ahead matters most. Expect a meal-and-show atmosphere rather than a casual drop-in, and allow extra time for getting seated. In other words, come hungry, bring your camera-ready energy and let the queens handle the rest. (Eventbrite)</w:t>
      </w:r>
      <w:r/>
    </w:p>
    <w:p>
      <w:pPr>
        <w:pStyle w:val="Heading2"/>
      </w:pPr>
      <w:r>
        <w:t>Gentle daytime gatherings have their own appeal</w:t>
      </w:r>
      <w:r/>
    </w:p>
    <w:p>
      <w:r/>
      <w:r>
        <w:t>Monday morning offers a softer rhythm with Center Aging's Coffee Klatch on Zoom at 10 a.m. It's designed for older LGBTQ+ adults and encourages guests to bring a drink of their choice. The relaxed format makes it a useful option for people who prefer conversation without the bustle of a bar or restaurant.</w:t>
      </w:r>
      <w:r/>
    </w:p>
    <w:p>
      <w:r/>
      <w:r>
        <w:t>On Tuesday, Center Aging's free watercolor class moves into the DC Center's community room. Supplies and light snacks are provided, although participants should wear clothes that can cope with the occasional paint splash. That small warning is practical, but it also captures the charm of the session: this is an invitation to make something, not a test of artistic talent. (The DC Center for the LGBTQ+ Community)</w:t>
      </w:r>
      <w:r/>
    </w:p>
    <w:p>
      <w:r/>
      <w:r>
        <w:t xml:space="preserve">The Queer Book Club meets online on Monday evening, with </w:t>
      </w:r>
      <w:r>
        <w:rPr>
          <w:i/>
        </w:rPr>
        <w:t>Happy Iceland</w:t>
      </w:r>
      <w:r>
        <w:t xml:space="preserve"> by Anne Marie Wells on the reading list. Meanwhile, the weekly Job Club is available on Wednesday by request, helping jobseekers build confidence, resilience and stronger networking habits. (The DC Center for the LGBTQ+ Community)</w:t>
      </w:r>
      <w:r/>
    </w:p>
    <w:p>
      <w:pPr>
        <w:pStyle w:val="Heading2"/>
      </w:pPr>
      <w:r>
        <w:t>Food support rounds out the calendar</w:t>
      </w:r>
      <w:r/>
    </w:p>
    <w:p>
      <w:r/>
      <w:r>
        <w:t>Thursday's Fresh Produce Program is a reminder that community support can be as practical as it is social. The DC Center distributes produce boxes, with selected participants notified on Wednesday afternoon. The programme doesn't require proof of residency or income, which should make it easier for eligible people to explore the option without a stack of paperwork.</w:t>
      </w:r>
      <w:r/>
    </w:p>
    <w:p>
      <w:r/>
      <w:r>
        <w:t>Taken together, this week's listings cover far more than entertainment. There are spaces for meeting friends, finding peer support, developing confidence, making art, discussing books and accessing food. Washington's LGBTQ+ calendar feels strongest when those strands sit side by side. (The DC Center for the LGBTQ+ Community)</w:t>
      </w:r>
      <w:r/>
    </w:p>
    <w:p>
      <w:pPr>
        <w:pStyle w:val="Heading2"/>
      </w:pPr>
      <w:r>
        <w:t>A week that leaves room for different kinds of connection</w:t>
      </w:r>
      <w:r/>
    </w:p>
    <w:p>
      <w:r/>
      <w:r>
        <w:t>The best feature of this calendar may be its range. You can join a lively Friday gathering, spend Sunday with drag performers, or choose an online group where the pace is quieter and the conversation more focused.</w:t>
      </w:r>
      <w:r/>
    </w:p>
    <w:p>
      <w:r/>
      <w:r>
        <w:t>That variety matters because community doesn't look the same for everyone. Sometimes it's a packed brunch; sometimes it's a Zoom room, a watercolour brush or a produce box waiting at the Centre. Check times, ticket requirements and contact details before setting out, then choose the event that feels right for you.</w:t>
      </w:r>
      <w:r/>
    </w:p>
    <w:p>
      <w:r/>
      <w:r>
        <w:t>It's a busy week, but there's no need to do it all; one good connection can be plenty.</w:t>
      </w:r>
      <w:r/>
    </w:p>
    <w:p>
      <w:r/>
      <w:r>
        <w:t>Explore the Washington DC LGBTQ+ events that suit your pace and interests.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3">
        <w:r>
          <w:rPr>
            <w:color w:val="0000EE"/>
            <w:u w:val="single"/>
          </w:rPr>
          <w:t>[7]</w:t>
        </w:r>
      </w:hyperlink>
      <w:r>
        <w:t xml:space="preserve">- Paragraph 6: </w:t>
      </w:r>
      <w:hyperlink r:id="rId13">
        <w:r>
          <w:rPr>
            <w:color w:val="0000EE"/>
            <w:u w:val="single"/>
          </w:rPr>
          <w:t>[7]</w:t>
        </w:r>
      </w:hyperlink>
      <w:r>
        <w:t xml:space="preserve">- Paragraph 7: </w:t>
      </w:r>
      <w:hyperlink r:id="rId13">
        <w:r>
          <w:rPr>
            <w:color w:val="0000EE"/>
            <w:u w:val="single"/>
          </w:rPr>
          <w:t>[7]</w:t>
        </w:r>
      </w:hyperlink>
      <w:r>
        <w:t xml:space="preserve">- Paragraph 8: </w:t>
      </w:r>
      <w:hyperlink r:id="rId13">
        <w:r>
          <w:rPr>
            <w:color w:val="0000EE"/>
            <w:u w:val="single"/>
          </w:rPr>
          <w:t>[7]</w:t>
        </w:r>
      </w:hyperlink>
      <w:r>
        <w:t xml:space="preserve">- Paragraph 9: </w:t>
      </w:r>
      <w:hyperlink r:id="rId13">
        <w:r>
          <w:rPr>
            <w:color w:val="0000EE"/>
            <w:u w:val="single"/>
          </w:rPr>
          <w:t>[7]</w:t>
        </w:r>
      </w:hyperlink>
      <w:r>
        <w:t xml:space="preserve">- Paragraph 10: </w:t>
      </w:r>
      <w:hyperlink r:id="rId13">
        <w:r>
          <w:rPr>
            <w:color w:val="0000EE"/>
            <w:u w:val="single"/>
          </w:rPr>
          <w:t>[7]</w:t>
        </w:r>
      </w:hyperlink>
      <w:r>
        <w:t xml:space="preserve">- Paragraph 11: </w:t>
      </w:r>
      <w:hyperlink r:id="rId13">
        <w:r>
          <w:rPr>
            <w:color w:val="0000EE"/>
            <w:u w:val="single"/>
          </w:rPr>
          <w:t>[7]</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3">
        <w:r>
          <w:rPr>
            <w:color w:val="0000EE"/>
            <w:u w:val="single"/>
          </w:rPr>
          <w:t>[7]</w:t>
        </w:r>
      </w:hyperlink>
      <w:r>
        <w:t xml:space="preserve">- Paragraph 14: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https://www.washingtonblade.com/2026/09/25/lgbtq-events-calendar-september-25-october-1/</w:t>
        </w:r>
      </w:hyperlink>
      <w:r>
        <w:t xml:space="preserve"> - Please view link - unable to able to access data</w:t>
      </w:r>
      <w:r/>
    </w:p>
    <w:p>
      <w:pPr>
        <w:pStyle w:val="ListNumber"/>
        <w:spacing w:line="240" w:lineRule="auto"/>
        <w:ind w:left="720"/>
      </w:pPr>
      <w:r/>
      <w:hyperlink r:id="rId10">
        <w:r>
          <w:rPr>
            <w:color w:val="0000EE"/>
            <w:u w:val="single"/>
          </w:rPr>
          <w:t>https://www.eventbrite.com/e/lgbtq-community-happy-hour-dik-bar-tickets-1993304424191</w:t>
        </w:r>
      </w:hyperlink>
      <w:r>
        <w:t xml:space="preserve"> - Go Gay DC is hosting an LGBTQ+ Community Happy Hour at DIK Bar on Friday, September 25, 2026, from 7 PM to 9 PM. The event is free to attend and aims to foster community connections and relaxation. DIK Bar, located at 1637 17th Street Northwest, Washington, DC 20009, is known for its welcoming atmosphere and extended happy hour specials. Attendees are encouraged to arrive anytime between 7 PM and 9 PM. For more details and to register, visit the Eventbrite page.</w:t>
      </w:r>
      <w:r/>
    </w:p>
    <w:p>
      <w:pPr>
        <w:pStyle w:val="ListNumber"/>
        <w:spacing w:line="240" w:lineRule="auto"/>
        <w:ind w:left="720"/>
      </w:pPr>
      <w:r/>
      <w:hyperlink r:id="rId14">
        <w:r>
          <w:rPr>
            <w:color w:val="0000EE"/>
            <w:u w:val="single"/>
          </w:rPr>
          <w:t>https://www.eventbrite.com/e/lgbtq-community-happy-hour-dik-bar-tickets-1993304424191?aff=ebdssbdestsearch</w:t>
        </w:r>
      </w:hyperlink>
      <w:r>
        <w:t xml:space="preserve"> - An LGBTQ+ Community Happy Hour is scheduled at DIK Bar on Friday, September 25, 2026, from 7 PM to 9 PM, hosted by Go Gay DC. The event is free and offers a chance to unwind and enjoy extended happy hour specials. DIK Bar is situated at 1637 17th Street Northwest, Washington, DC 20009. Attendees are welcome to arrive at their convenience, with most expected by 7 PM. For more information and to register, visit the Eventbrite page.</w:t>
      </w:r>
      <w:r/>
    </w:p>
    <w:p>
      <w:pPr>
        <w:pStyle w:val="ListNumber"/>
        <w:spacing w:line="240" w:lineRule="auto"/>
        <w:ind w:left="720"/>
      </w:pPr>
      <w:r/>
      <w:hyperlink r:id="rId15">
        <w:r>
          <w:rPr>
            <w:color w:val="0000EE"/>
            <w:u w:val="single"/>
          </w:rPr>
          <w:t>https://www.eventbrite.com/e/lgbtq-community-happy-hour-dik-bar-tickets-1993304424191?aff=oddtdtcreator</w:t>
        </w:r>
      </w:hyperlink>
      <w:r>
        <w:t xml:space="preserve"> - Go Gay DC is organising an LGBTQ+ Community Happy Hour at DIK Bar on Friday, September 25, 2026, from 7 PM to 9 PM. The event is free to attend and aims to provide a space for community building and relaxation. DIK Bar, located at 1637 17th Street Northwest, Washington, DC 20009, is known for its welcoming environment and extended happy hour specials. Attendees are encouraged to arrive anytime between 7 PM and 9 PM. For more details and to register, visit the Eventbrite page.</w:t>
      </w:r>
      <w:r/>
    </w:p>
    <w:p>
      <w:pPr>
        <w:pStyle w:val="ListNumber"/>
        <w:spacing w:line="240" w:lineRule="auto"/>
        <w:ind w:left="720"/>
      </w:pPr>
      <w:r/>
      <w:hyperlink r:id="rId11">
        <w:r>
          <w:rPr>
            <w:color w:val="0000EE"/>
            <w:u w:val="single"/>
          </w:rPr>
          <w:t>https://www.gayout.com/usa-canada/united-states/washington/events/out-in-dc-lgbtq-community-happy-hour-dik-bar-2026-09-25</w:t>
        </w:r>
      </w:hyperlink>
      <w:r>
        <w:t xml:space="preserve"> - An LGBTQ+ Community Happy Hour is being hosted by Go Gay DC at DIK Bar on Friday, September 25, 2026, from 7 PM to 9 PM. The event is free to attend and aims to foster community connections and relaxation. DIK Bar, located at 1637 17th Street Northwest, Washington, DC 20009, is known for its welcoming atmosphere and extended happy hour specials. Attendees are encouraged to arrive anytime between 7 PM and 9 PM. For more details and to register, visit the GayOut page.</w:t>
      </w:r>
      <w:r/>
    </w:p>
    <w:p>
      <w:pPr>
        <w:pStyle w:val="ListNumber"/>
        <w:spacing w:line="240" w:lineRule="auto"/>
        <w:ind w:left="720"/>
      </w:pPr>
      <w:r/>
      <w:hyperlink r:id="rId12">
        <w:r>
          <w:rPr>
            <w:color w:val="0000EE"/>
            <w:u w:val="single"/>
          </w:rPr>
          <w:t>https://www.meetup.com/gogaydc/events/316479609/?eventOrigin=group_upcoming_events</w:t>
        </w:r>
      </w:hyperlink>
      <w:r>
        <w:t xml:space="preserve"> - Go Gay DC is hosting an LGBTQ+ Community Happy Hour at DIK Bar on Friday, September 25, 2026, from 7 PM to 9 PM. The event is free to attend and aims to provide a space for community building and relaxation. DIK Bar, located at 1637 17th Street Northwest, Washington, DC 20009, is known for its welcoming environment and extended happy hour specials. Attendees are encouraged to arrive anytime between 7 PM and 9 PM. For more details and to register, visit the Meetup page.</w:t>
      </w:r>
      <w:r/>
    </w:p>
    <w:p>
      <w:pPr>
        <w:pStyle w:val="ListNumber"/>
        <w:spacing w:line="240" w:lineRule="auto"/>
        <w:ind w:left="720"/>
      </w:pPr>
      <w:r/>
      <w:hyperlink r:id="rId13">
        <w:r>
          <w:rPr>
            <w:color w:val="0000EE"/>
            <w:u w:val="single"/>
          </w:rPr>
          <w:t>https://www.gogaydc.com/</w:t>
        </w:r>
      </w:hyperlink>
      <w:r>
        <w:t xml:space="preserve"> - Go Gay DC is an inclusive LGBTQ+ community in Washington, DC, focused on friendship, leadership, and service. They organise various events, including coffee and conversation meetups, social gatherings, community brunches, forums, and dance parties. Their mission is to bring the community together and provide spaces for socialising, networking, and sharing community spirit. For more information on upcoming events and initiatives,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5/lgbtq-events-calendar-september-25-october-1/" TargetMode="External"/><Relationship Id="rId10" Type="http://schemas.openxmlformats.org/officeDocument/2006/relationships/hyperlink" Target="https://www.eventbrite.com/e/lgbtq-community-happy-hour-dik-bar-tickets-1993304424191" TargetMode="External"/><Relationship Id="rId11" Type="http://schemas.openxmlformats.org/officeDocument/2006/relationships/hyperlink" Target="https://www.gayout.com/usa-canada/united-states/washington/events/out-in-dc-lgbtq-community-happy-hour-dik-bar-2026-09-25" TargetMode="External"/><Relationship Id="rId12" Type="http://schemas.openxmlformats.org/officeDocument/2006/relationships/hyperlink" Target="https://www.meetup.com/gogaydc/events/316479609/?eventOrigin=group_upcoming_events" TargetMode="External"/><Relationship Id="rId13" Type="http://schemas.openxmlformats.org/officeDocument/2006/relationships/hyperlink" Target="https://www.gogaydc.com/" TargetMode="External"/><Relationship Id="rId14" Type="http://schemas.openxmlformats.org/officeDocument/2006/relationships/hyperlink" Target="https://www.eventbrite.com/e/lgbtq-community-happy-hour-dik-bar-tickets-1993304424191?aff=ebdssbdestsearch" TargetMode="External"/><Relationship Id="rId15" Type="http://schemas.openxmlformats.org/officeDocument/2006/relationships/hyperlink" Target="https://www.eventbrite.com/e/lgbtq-community-happy-hour-dik-bar-tickets-1993304424191?aff=oddtdtcreat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