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Gay OnlyFans Creators to Follow for Personalised Adult Content</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Curious subscribers are exploring gay OnlyFans creators for everything from polished studio shoots to candid livestreams and custom requests. This guide highlights popular profiles, explains what makes each page distinctive, and offers practical advice on comparing subscription prices, posting styles and extras before spending your money.</w:t>
      </w:r>
      <w:r/>
    </w:p>
    <w:p>
      <w:pPr>
        <w:pStyle w:val="Heading2"/>
      </w:pPr>
      <w:r>
        <w:t>Essential Takeaways</w:t>
      </w:r>
      <w:r/>
      <w:r/>
    </w:p>
    <w:p>
      <w:pPr>
        <w:pStyle w:val="ListBullet"/>
        <w:spacing w:line="240" w:lineRule="auto"/>
        <w:ind w:left="720"/>
      </w:pPr>
      <w:r/>
      <w:r>
        <w:rPr>
          <w:b/>
        </w:rPr>
        <w:t>Wide range of styles:</w:t>
      </w:r>
      <w:r>
        <w:t xml:space="preserve"> Profiles span bear, fitness, travel, underwear and polished editorial content.</w:t>
      </w:r>
      <w:r/>
    </w:p>
    <w:p>
      <w:pPr>
        <w:pStyle w:val="ListBullet"/>
        <w:spacing w:line="240" w:lineRule="auto"/>
        <w:ind w:left="720"/>
      </w:pPr>
      <w:r/>
      <w:r>
        <w:rPr>
          <w:b/>
        </w:rPr>
        <w:t>Prices vary:</w:t>
      </w:r>
      <w:r>
        <w:t xml:space="preserve"> Monthly subscriptions in the featured round-up generally range from about $9.99 to $19.99, although prices and promotions can change.</w:t>
      </w:r>
      <w:r/>
    </w:p>
    <w:p>
      <w:pPr>
        <w:pStyle w:val="ListBullet"/>
        <w:spacing w:line="240" w:lineRule="auto"/>
        <w:ind w:left="720"/>
      </w:pPr>
      <w:r/>
      <w:r>
        <w:rPr>
          <w:b/>
        </w:rPr>
        <w:t>Video-heavy pages:</w:t>
      </w:r>
      <w:r>
        <w:t xml:space="preserve"> Several creators offer hundreds of videos, while others lean more heavily on photography or livestreams.</w:t>
      </w:r>
      <w:r/>
    </w:p>
    <w:p>
      <w:pPr>
        <w:pStyle w:val="ListBullet"/>
        <w:spacing w:line="240" w:lineRule="auto"/>
        <w:ind w:left="720"/>
      </w:pPr>
      <w:r/>
      <w:r>
        <w:rPr>
          <w:b/>
        </w:rPr>
        <w:t>Extras matter:</w:t>
      </w:r>
      <w:r>
        <w:t xml:space="preserve"> Custom content, live shows, collaborations and discounts can make a page feel more personal.</w:t>
      </w:r>
      <w:r/>
    </w:p>
    <w:p>
      <w:pPr>
        <w:pStyle w:val="ListBullet"/>
        <w:spacing w:line="240" w:lineRule="auto"/>
        <w:ind w:left="720"/>
      </w:pPr>
      <w:r/>
      <w:r>
        <w:rPr>
          <w:b/>
        </w:rPr>
        <w:t>Check before subscribing:</w:t>
      </w:r>
      <w:r>
        <w:t xml:space="preserve"> Review the current price, inclusions and renewal terms directly on the creator's page.</w:t>
      </w:r>
      <w:r/>
      <w:r/>
    </w:p>
    <w:p>
      <w:pPr>
        <w:pStyle w:val="Heading2"/>
      </w:pPr>
      <w:r>
        <w:t>The appeal is variety, not just numbers</w:t>
      </w:r>
      <w:r/>
    </w:p>
    <w:p>
      <w:r/>
      <w:r>
        <w:t>The strongest feature of gay OnlyFans is the breadth of choice. Subscribers can find creators with a burly, hairy aesthetic, fitness-focused pages, international travel content and carefully produced studio work. That mix means the most popular account isn't necessarily the best fit for every viewer.</w:t>
      </w:r>
      <w:r/>
    </w:p>
    <w:p>
      <w:r/>
      <w:r>
        <w:t>The round-up includes profiles such as Teddy Bear, whose page is built around a larger, hairier look, alongside creators including Matthew Camp and Ben Dudman, who bring a more fitness-led appeal. Other directories, including LustFruit and Otonajp, similarly organise recommendations around appearance, performance style and audience interests rather than treating the platform as one-size-fits-all.</w:t>
      </w:r>
      <w:r/>
    </w:p>
    <w:p>
      <w:pPr>
        <w:pStyle w:val="Heading2"/>
      </w:pPr>
      <w:r>
        <w:t>From polished shoots to relaxed livestreams</w:t>
      </w:r>
      <w:r/>
    </w:p>
    <w:p>
      <w:r/>
      <w:r>
        <w:t>Some pages feel close to professional adult entertainment, with consistent lighting, strong photography and substantial video libraries. Diego Sans is presented as a polished creator with a sizeable archive and a history of live broadcasts, while Rafael Alencar's profile stands out for combining travel with video-led content.</w:t>
      </w:r>
      <w:r/>
    </w:p>
    <w:p>
      <w:r/>
      <w:r>
        <w:t>That contrast is useful when comparing profiles. A subscriber who wants a large back catalogue may prefer a page with hundreds of videos, while someone who enjoys interaction might value regular livestreams or direct messages more. Lists from Laweekly and TopOneData also point to the same broader trend: audiences are increasingly choosing creators for personality and access, not simply for a single striking image.</w:t>
      </w:r>
      <w:r/>
    </w:p>
    <w:p>
      <w:pPr>
        <w:pStyle w:val="Heading2"/>
      </w:pPr>
      <w:r>
        <w:t>How to compare gay OnlyFans creators before paying</w:t>
      </w:r>
      <w:r/>
    </w:p>
    <w:p>
      <w:r/>
      <w:r>
        <w:t>Start with the basics. Look at the current monthly fee, the amount of recent content, whether posts are included in the subscription and whether extra charges apply to messages, custom videos or pay-per-view material. A low entry price can be appealing, but it isn't always the cheapest option if most of the archive sits behind additional payments.</w:t>
      </w:r>
      <w:r/>
    </w:p>
    <w:p>
      <w:r/>
      <w:r>
        <w:t>Posting frequency matters, too. Teddy Bear is described as uploading frequently, while other profiles may offer a deeper existing archive instead. For fast-scrolling subscribers, a steady stream of new posts can feel more rewarding; for occasional viewers, a large back catalogue may offer better value.</w:t>
      </w:r>
      <w:r/>
    </w:p>
    <w:p>
      <w:pPr>
        <w:pStyle w:val="Heading2"/>
      </w:pPr>
      <w:r>
        <w:t>Why personality and presentation count</w:t>
      </w:r>
      <w:r/>
    </w:p>
    <w:p>
      <w:r/>
      <w:r>
        <w:t>The featured creators cover a notably broad set of identities and aesthetics. Alex Mecum combines adult content with a musical background, Arad Winwin brings personal training and modelling into his page, and Josh Moore is marketed around British charm and international travel. Filou, meanwhile, offers a more overtly globe-trotting image.</w:t>
      </w:r>
      <w:r/>
    </w:p>
    <w:p>
      <w:r/>
      <w:r>
        <w:t>Those details aren't just decorative. They give potential subscribers a sense of the page's tone before they commit. Industry round-ups from ViceSnob and Outseeker also reflect how creator profiles are now marketed through lifestyle cues, including fitness, fashion, travel and behind-the-scenes access.</w:t>
      </w:r>
      <w:r/>
    </w:p>
    <w:p>
      <w:pPr>
        <w:pStyle w:val="Heading2"/>
      </w:pPr>
      <w:r>
        <w:t>Spend carefully, and look for offers</w:t>
      </w:r>
      <w:r/>
    </w:p>
    <w:p>
      <w:r/>
      <w:r>
        <w:t>Subscription prices can shift, and several creators are known for running discounts or limited promotions. If a page looks appealing but feels expensive, it may be worth checking back later rather than subscribing impulsively. Just remember that an offer may apply only to the first month, so check the renewal price before confirming payment.</w:t>
      </w:r>
      <w:r/>
    </w:p>
    <w:p>
      <w:r/>
      <w:r>
        <w:t>It's also sensible to use the platform's official payment and account tools, keep personal details private and avoid moving conversations to unofficial payment channels. Adult platforms reward a little patience: compare a few profiles, read the page description and decide whether the creator's current output matches what you actually want.</w:t>
      </w:r>
      <w:r/>
    </w:p>
    <w:p>
      <w:pPr>
        <w:pStyle w:val="Heading2"/>
      </w:pPr>
      <w:r>
        <w:t>The best choice is the page you'll revisit</w:t>
      </w:r>
      <w:r/>
    </w:p>
    <w:p>
      <w:r/>
      <w:r>
        <w:t>Popularity figures and archive sizes can help narrow the field, but they don't tell the whole story. A smaller page with frequent updates and a warm community may suit you better than a huge account with thousands of older posts.</w:t>
      </w:r>
      <w:r/>
    </w:p>
    <w:p>
      <w:r/>
      <w:r>
        <w:t>The wider creator directories suggest that gay OnlyFans is becoming more varied, more personalised and increasingly shaped by niche interests. For subscribers, that means there are plenty of options, but also a reason to browse thoughtfully rather than chasing the biggest number.</w:t>
      </w:r>
      <w:r/>
    </w:p>
    <w:p>
      <w:r/>
      <w:r>
        <w:t>Choose the creator whose style, price and posting rhythm genuinely suit you.</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[4]</w:t>
        </w:r>
      </w:hyperlink>
      <w:r>
        <w:t xml:space="preserve">- Paragraph 2: </w:t>
      </w:r>
      <w:hyperlink r:id="rId12">
        <w:r>
          <w:rPr>
            <w:color w:val="0000EE"/>
            <w:u w:val="single"/>
          </w:rPr>
          <w:t>[3]</w:t>
        </w:r>
      </w:hyperlink>
      <w:r>
        <w:t xml:space="preserve">, </w:t>
      </w:r>
      <w:hyperlink r:id="rId13">
        <w:r>
          <w:rPr>
            <w:color w:val="0000EE"/>
            <w:u w:val="single"/>
          </w:rPr>
          <w:t>[6]</w:t>
        </w:r>
      </w:hyperlink>
      <w:r>
        <w:t xml:space="preserve">- Paragraph 3: </w:t>
      </w:r>
      <w:hyperlink r:id="rId11">
        <w:r>
          <w:rPr>
            <w:color w:val="0000EE"/>
            <w:u w:val="single"/>
          </w:rPr>
          <w:t>[4]</w:t>
        </w:r>
      </w:hyperlink>
      <w:r>
        <w:t xml:space="preserve">, </w:t>
      </w:r>
      <w:hyperlink r:id="rId14">
        <w:r>
          <w:rPr>
            <w:color w:val="0000EE"/>
            <w:u w:val="single"/>
          </w:rPr>
          <w:t>[7]</w:t>
        </w:r>
      </w:hyperlink>
      <w:r>
        <w:t xml:space="preserve">- Paragraph 4: </w:t>
      </w:r>
      <w:hyperlink r:id="rId10">
        <w:r>
          <w:rPr>
            <w:color w:val="0000EE"/>
            <w:u w:val="single"/>
          </w:rPr>
          <w:t>[2]</w:t>
        </w:r>
      </w:hyperlink>
      <w:r>
        <w:t xml:space="preserve">, </w:t>
      </w:r>
      <w:hyperlink r:id="rId15">
        <w:r>
          <w:rPr>
            <w:color w:val="0000EE"/>
            <w:u w:val="single"/>
          </w:rPr>
          <w:t>[5]</w:t>
        </w:r>
      </w:hyperlink>
      <w:r>
        <w:t xml:space="preserve">- Paragraph 5: </w:t>
      </w:r>
      <w:hyperlink r:id="rId12">
        <w:r>
          <w:rPr>
            <w:color w:val="0000EE"/>
            <w:u w:val="single"/>
          </w:rPr>
          <w:t>[3]</w:t>
        </w:r>
      </w:hyperlink>
      <w:r>
        <w:t xml:space="preserve">, </w:t>
      </w:r>
      <w:hyperlink r:id="rId13">
        <w:r>
          <w:rPr>
            <w:color w:val="0000EE"/>
            <w:u w:val="single"/>
          </w:rPr>
          <w:t>[6]</w:t>
        </w:r>
      </w:hyperlink>
      <w:r>
        <w:t xml:space="preserve">- Paragraph 6: </w:t>
      </w:r>
      <w:hyperlink r:id="rId11">
        <w:r>
          <w:rPr>
            <w:color w:val="0000EE"/>
            <w:u w:val="single"/>
          </w:rPr>
          <w:t>[4]</w:t>
        </w:r>
      </w:hyperlink>
      <w:r>
        <w:t xml:space="preserve">, </w:t>
      </w:r>
      <w:hyperlink r:id="rId15">
        <w:r>
          <w:rPr>
            <w:color w:val="0000EE"/>
            <w:u w:val="single"/>
          </w:rPr>
          <w:t>[5]</w:t>
        </w:r>
      </w:hyperlink>
      <w:r>
        <w:t xml:space="preserve">- Paragraph 7: </w:t>
      </w:r>
      <w:hyperlink r:id="rId10">
        <w:r>
          <w:rPr>
            <w:color w:val="0000EE"/>
            <w:u w:val="single"/>
          </w:rPr>
          <w:t>[2]</w:t>
        </w:r>
      </w:hyperlink>
      <w:r>
        <w:t xml:space="preserve">, </w:t>
      </w:r>
      <w:hyperlink r:id="rId14">
        <w:r>
          <w:rPr>
            <w:color w:val="0000EE"/>
            <w:u w:val="single"/>
          </w:rPr>
          <w:t>[7]</w:t>
        </w:r>
      </w:hyperlink>
      <w:r>
        <w:t xml:space="preserve">- Paragraph 8: </w:t>
      </w:r>
      <w:hyperlink r:id="rId12">
        <w:r>
          <w:rPr>
            <w:color w:val="0000EE"/>
            <w:u w:val="single"/>
          </w:rPr>
          <w:t>[3]</w:t>
        </w:r>
      </w:hyperlink>
      <w:r>
        <w:t xml:space="preserve">, </w:t>
      </w:r>
      <w:hyperlink r:id="rId15">
        <w:r>
          <w:rPr>
            <w:color w:val="0000EE"/>
            <w:u w:val="single"/>
          </w:rPr>
          <w:t>[5]</w:t>
        </w:r>
      </w:hyperlink>
      <w:r>
        <w:t xml:space="preserve">- Paragraph 9: </w:t>
      </w:r>
      <w:hyperlink r:id="rId11">
        <w:r>
          <w:rPr>
            <w:color w:val="0000EE"/>
            <w:u w:val="single"/>
          </w:rPr>
          <w:t>[4]</w:t>
        </w:r>
      </w:hyperlink>
      <w:r>
        <w:t xml:space="preserve">, </w:t>
      </w:r>
      <w:hyperlink r:id="rId13">
        <w:r>
          <w:rPr>
            <w:color w:val="0000EE"/>
            <w:u w:val="single"/>
          </w:rPr>
          <w:t>[6]</w:t>
        </w:r>
      </w:hyperlink>
      <w:r>
        <w:t xml:space="preserve">- Paragraph 10: </w:t>
      </w:r>
      <w:hyperlink r:id="rId10">
        <w:r>
          <w:rPr>
            <w:color w:val="0000EE"/>
            <w:u w:val="single"/>
          </w:rPr>
          <w:t>[2]</w:t>
        </w:r>
      </w:hyperlink>
      <w:r>
        <w:t xml:space="preserve">, </w:t>
      </w:r>
      <w:hyperlink r:id="rId15">
        <w:r>
          <w:rPr>
            <w:color w:val="0000EE"/>
            <w:u w:val="single"/>
          </w:rPr>
          <w:t>[5]</w:t>
        </w:r>
      </w:hyperlink>
      <w:r>
        <w:t xml:space="preserve">- Paragraph 11: </w:t>
      </w:r>
      <w:hyperlink r:id="rId12">
        <w:r>
          <w:rPr>
            <w:color w:val="0000EE"/>
            <w:u w:val="single"/>
          </w:rPr>
          <w:t>[3]</w:t>
        </w:r>
      </w:hyperlink>
      <w:r>
        <w:t xml:space="preserve">, </w:t>
      </w:r>
      <w:hyperlink r:id="rId14">
        <w:r>
          <w:rPr>
            <w:color w:val="0000EE"/>
            <w:u w:val="single"/>
          </w:rPr>
          <w:t>[7]</w:t>
        </w:r>
      </w:hyperlink>
      <w:r>
        <w:t xml:space="preserve">- Paragraph 12: </w:t>
      </w:r>
      <w:hyperlink r:id="rId11">
        <w:r>
          <w:rPr>
            <w:color w:val="0000EE"/>
            <w:u w:val="single"/>
          </w:rPr>
          <w:t>[4]</w:t>
        </w:r>
      </w:hyperlink>
      <w:r>
        <w:t xml:space="preserve">, </w:t>
      </w:r>
      <w:hyperlink r:id="rId13">
        <w:r>
          <w:rPr>
            <w:color w:val="0000EE"/>
            <w:u w:val="single"/>
          </w:rPr>
          <w:t>[6]</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https://www.villagevoice.com/best-gay-onlyfans/?utm_source=rss&amp;utm_medium=rss&amp;utm_campaign=best-gay-onlyfans</w:t>
        </w:r>
      </w:hyperlink>
      <w:r>
        <w:t xml:space="preserve"> - Please view link - unable to able to access data</w:t>
      </w:r>
      <w:r/>
    </w:p>
    <w:p>
      <w:pPr>
        <w:pStyle w:val="ListNumber"/>
        <w:spacing w:line="240" w:lineRule="auto"/>
        <w:ind w:left="720"/>
      </w:pPr>
      <w:r/>
      <w:hyperlink r:id="rId10">
        <w:r>
          <w:rPr>
            <w:color w:val="0000EE"/>
            <w:u w:val="single"/>
          </w:rPr>
          <w:t>https://lustfruit.com/blog/best-gay-onlyfans-creators</w:t>
        </w:r>
      </w:hyperlink>
      <w:r>
        <w:t xml:space="preserve"> - LustFruit provides a community-ranked list of the best gay OnlyFans creators in 2026, highlighting top accounts based on real fan votes. The article categorises creators into solo and couple accounts, offering insights into various niches and content types. It also discusses the growth of gay content on OnlyFans and provides guidance on finding creators that align with individual preferences. The rankings are updated daily, ensuring the information remains current and relevant for subscribers seeking quality content.</w:t>
      </w:r>
      <w:r/>
    </w:p>
    <w:p>
      <w:pPr>
        <w:pStyle w:val="ListNumber"/>
        <w:spacing w:line="240" w:lineRule="auto"/>
        <w:ind w:left="720"/>
      </w:pPr>
      <w:r/>
      <w:hyperlink r:id="rId12">
        <w:r>
          <w:rPr>
            <w:color w:val="0000EE"/>
            <w:u w:val="single"/>
          </w:rPr>
          <w:t>https://www.otonajp.com/onlyfans/influencers/best-gay/</w:t>
        </w:r>
      </w:hyperlink>
      <w:r>
        <w:t xml:space="preserve"> - OtonaJP presents a curated list of the 11 best gay OnlyFans creators for 2026, focusing on those who consistently deliver fresh and engaging content. The article evaluates creators based on pricing, upload frequency, and personality, providing detailed profiles that include subscription costs, content volume, and unique selling points. This resource aims to assist subscribers in making informed decisions by highlighting creators who offer value and authenticity in their content.</w:t>
      </w:r>
      <w:r/>
    </w:p>
    <w:p>
      <w:pPr>
        <w:pStyle w:val="ListNumber"/>
        <w:spacing w:line="240" w:lineRule="auto"/>
        <w:ind w:left="720"/>
      </w:pPr>
      <w:r/>
      <w:hyperlink r:id="rId11">
        <w:r>
          <w:rPr>
            <w:color w:val="0000EE"/>
            <w:u w:val="single"/>
          </w:rPr>
          <w:t>https://www.outseeker.net/blog/top-male-onlyfans-creators-2026</w:t>
        </w:r>
      </w:hyperlink>
      <w:r>
        <w:t xml:space="preserve"> - Outseeker ranks the top male OnlyFans creators in 2026, analysing subscriber estimates, earnings reports, content style, engagement rates, and growth trajectories. The article highlights why male creators are thriving on the platform, noting their ability to outpace average female creators in PPV conversion and fan loyalty. It provides insights into the strategies that have led to the success of these creators, offering valuable information for subscribers interested in the male gay content niche.</w:t>
      </w:r>
      <w:r/>
    </w:p>
    <w:p>
      <w:pPr>
        <w:pStyle w:val="ListNumber"/>
        <w:spacing w:line="240" w:lineRule="auto"/>
        <w:ind w:left="720"/>
      </w:pPr>
      <w:r/>
      <w:hyperlink r:id="rId15">
        <w:r>
          <w:rPr>
            <w:color w:val="0000EE"/>
            <w:u w:val="single"/>
          </w:rPr>
          <w:t>https://www.vicesnob.com/best-male-onlyfans-creators-2026/</w:t>
        </w:r>
      </w:hyperlink>
      <w:r>
        <w:t xml:space="preserve"> - ViceSnob features a list of the best male OnlyFans creators to follow in 2026, highlighting individuals who have made significant impacts in the gay adult content scene. The article provides detailed profiles, including subscription costs, estimated subscribers, content focus, and unique attributes that set each creator apart. It serves as a guide for subscribers seeking high-quality and diverse content from top-performing male creators on OnlyFans.</w:t>
      </w:r>
      <w:r/>
    </w:p>
    <w:p>
      <w:pPr>
        <w:pStyle w:val="ListNumber"/>
        <w:spacing w:line="240" w:lineRule="auto"/>
        <w:ind w:left="720"/>
      </w:pPr>
      <w:r/>
      <w:hyperlink r:id="rId13">
        <w:r>
          <w:rPr>
            <w:color w:val="0000EE"/>
            <w:u w:val="single"/>
          </w:rPr>
          <w:t>https://toponedata.com/15-popular-gay-onlyfans-creators-to-follow-in-2026/</w:t>
        </w:r>
      </w:hyperlink>
      <w:r>
        <w:t xml:space="preserve"> - Top One Data compiles a list of 15 popular gay OnlyFans creators to follow in 2026, showcasing a diverse range of content creators. The article includes both independent creators and professional adult performers, providing insights into their content styles, subscription prices, and social media presence. This resource aims to assist subscribers in discovering new creators who align with their interests and preferences in the gay content niche.</w:t>
      </w:r>
      <w:r/>
    </w:p>
    <w:p>
      <w:pPr>
        <w:pStyle w:val="ListNumber"/>
        <w:spacing w:line="240" w:lineRule="auto"/>
        <w:ind w:left="720"/>
      </w:pPr>
      <w:r/>
      <w:hyperlink r:id="rId14">
        <w:r>
          <w:rPr>
            <w:color w:val="0000EE"/>
            <w:u w:val="single"/>
          </w:rPr>
          <w:t>https://www.laweekly.com/best-gay-onlyfans/</w:t>
        </w:r>
      </w:hyperlink>
      <w:r>
        <w:t xml:space="preserve"> - LA Weekly reviews the best gay OnlyFans models, featuring creators who have garnered significant attention and praise. The article provides detailed profiles, including content focus, subscription costs, and unique attributes that make each creator stand out. It serves as a resource for subscribers seeking high-quality and engaging content from top gay creators on OnlyFans.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villagevoice.com/best-gay-onlyfans/?utm_source=rss&amp;utm_medium=rss&amp;utm_campaign=best-gay-onlyfans" TargetMode="External"/><Relationship Id="rId10" Type="http://schemas.openxmlformats.org/officeDocument/2006/relationships/hyperlink" Target="https://lustfruit.com/blog/best-gay-onlyfans-creators" TargetMode="External"/><Relationship Id="rId11" Type="http://schemas.openxmlformats.org/officeDocument/2006/relationships/hyperlink" Target="https://www.outseeker.net/blog/top-male-onlyfans-creators-2026" TargetMode="External"/><Relationship Id="rId12" Type="http://schemas.openxmlformats.org/officeDocument/2006/relationships/hyperlink" Target="https://www.otonajp.com/onlyfans/influencers/best-gay/" TargetMode="External"/><Relationship Id="rId13" Type="http://schemas.openxmlformats.org/officeDocument/2006/relationships/hyperlink" Target="https://toponedata.com/15-popular-gay-onlyfans-creators-to-follow-in-2026/" TargetMode="External"/><Relationship Id="rId14" Type="http://schemas.openxmlformats.org/officeDocument/2006/relationships/hyperlink" Target="https://www.laweekly.com/best-gay-onlyfans/" TargetMode="External"/><Relationship Id="rId15" Type="http://schemas.openxmlformats.org/officeDocument/2006/relationships/hyperlink" Target="https://www.vicesnob.com/best-male-onlyfans-creators-2026/"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