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Dallas Pride Market Events for a Lively September Weekend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culture lovers and community supporters are heading to downtown Dallas for the Heart of the City Pride Market on Saturday 26 September 2026. With free entry, local makers, Pride merchandise and community organisations, it offers an easy-going daytime start before the city's evening fundraisers, performances and parties take over.</w:t>
      </w:r>
      <w:r/>
    </w:p>
    <w:p>
      <w:pPr>
        <w:pStyle w:val="Heading2"/>
      </w:pPr>
      <w:r>
        <w:t>Essential Takeaways</w:t>
      </w:r>
      <w:r/>
      <w:r/>
    </w:p>
    <w:p>
      <w:pPr>
        <w:pStyle w:val="ListBullet"/>
        <w:spacing w:line="240" w:lineRule="auto"/>
        <w:ind w:left="720"/>
      </w:pPr>
      <w:r/>
      <w:r>
        <w:rPr>
          <w:b/>
        </w:rPr>
        <w:t>Free daytime outing:</w:t>
      </w:r>
      <w:r>
        <w:t xml:space="preserve"> The Heart of the City Pride Market runs from noon to 6pm at Harwood Park.</w:t>
      </w:r>
      <w:r/>
    </w:p>
    <w:p>
      <w:pPr>
        <w:pStyle w:val="ListBullet"/>
        <w:spacing w:line="240" w:lineRule="auto"/>
        <w:ind w:left="720"/>
      </w:pPr>
      <w:r/>
      <w:r>
        <w:rPr>
          <w:b/>
        </w:rPr>
        <w:t>Plenty to browse:</w:t>
      </w:r>
      <w:r>
        <w:t xml:space="preserve"> Expect arts and crafts, Pride goods, packaged food and community stalls.</w:t>
      </w:r>
      <w:r/>
    </w:p>
    <w:p>
      <w:pPr>
        <w:pStyle w:val="ListBullet"/>
        <w:spacing w:line="240" w:lineRule="auto"/>
        <w:ind w:left="720"/>
      </w:pPr>
      <w:r/>
      <w:r>
        <w:rPr>
          <w:b/>
        </w:rPr>
        <w:t>A packed weekend:</w:t>
      </w:r>
      <w:r>
        <w:t xml:space="preserve"> Dallas also hosts live entertainment, museum-style exhibitions and major charity events.</w:t>
      </w:r>
      <w:r/>
    </w:p>
    <w:p>
      <w:pPr>
        <w:pStyle w:val="ListBullet"/>
        <w:spacing w:line="240" w:lineRule="auto"/>
        <w:ind w:left="720"/>
      </w:pPr>
      <w:r/>
      <w:r>
        <w:rPr>
          <w:b/>
        </w:rPr>
        <w:t>Plan around the crowds:</w:t>
      </w:r>
      <w:r>
        <w:t xml:space="preserve"> Arrive early for the best browsing and leave time for evening bookings.</w:t>
      </w:r>
      <w:r/>
    </w:p>
    <w:p>
      <w:pPr>
        <w:pStyle w:val="ListBullet"/>
        <w:spacing w:line="240" w:lineRule="auto"/>
        <w:ind w:left="720"/>
      </w:pPr>
      <w:r/>
      <w:r>
        <w:rPr>
          <w:b/>
        </w:rPr>
        <w:t>Tickets vary widely:</w:t>
      </w:r>
      <w:r>
        <w:t xml:space="preserve"> Some night-time events are low-cost, while premium fundraising dinners start at hundreds of dollars.</w:t>
      </w:r>
      <w:r/>
      <w:r/>
    </w:p>
    <w:p>
      <w:pPr>
        <w:pStyle w:val="Heading2"/>
      </w:pPr>
      <w:r>
        <w:t>Dallas Pride Market brings colour to downtown</w:t>
      </w:r>
      <w:r/>
    </w:p>
    <w:p>
      <w:r/>
      <w:r>
        <w:t>The weekend's easiest crowd-pleaser is the Heart of the City Pride Market, taking over Harwood Park from noon to 6pm on Saturday. It has the feel of a relaxed afternoon wander, with handmade goods, bright Pride merchandise, packaged treats and stalls representing local organisations.</w:t>
      </w:r>
      <w:r/>
    </w:p>
    <w:p>
      <w:r/>
      <w:r>
        <w:t>Admission is free, which makes it a useful stop for visitors building a full day around Dallas Pride events. Dallas Pride's market information confirms the downtown location at 408 South Harwood, so comfortable shoes are a sensible choice if you're planning to continue into the Arts District later. (Dallas Pride)</w:t>
      </w:r>
      <w:r/>
    </w:p>
    <w:p>
      <w:r/>
      <w:r>
        <w:t>For shoppers, the appeal is less about a single headline attraction and more about the mix. You can browse at your own pace, meet community groups and pick up something colourful without committing to a formal ticketed event. (GayOut)</w:t>
      </w:r>
      <w:r/>
    </w:p>
    <w:p>
      <w:pPr>
        <w:pStyle w:val="Heading2"/>
      </w:pPr>
      <w:r>
        <w:t>What should visitors expect at the market?</w:t>
      </w:r>
      <w:r/>
    </w:p>
    <w:p>
      <w:r/>
      <w:r>
        <w:t>The market is designed for a broad audience, from dedicated Pride regulars to curious visitors looking for a friendly Saturday activity. Arts and crafts provide the browsing, while community organisations add the useful local context that turns a shopping stop into something more meaningful.</w:t>
      </w:r>
      <w:r/>
    </w:p>
    <w:p>
      <w:r/>
      <w:r>
        <w:t>Because the event is outdoors, check the forecast before setting off and bring water, sun protection and a small bag for purchases. The event listings describe the market as a daytime gathering, so it should also work well for anyone who wants a gentler pace before Dallas's evening programme gets louder. (UseFestKit)</w:t>
      </w:r>
      <w:r/>
    </w:p>
    <w:p>
      <w:r/>
      <w:r>
        <w:t>Arriving near opening time is likely to make browsing easier, particularly if you want to speak with stallholders rather than simply pass through. Later in the afternoon, the atmosphere may become livelier, but popular items and food selections could be harder to find. (GayOut)</w:t>
      </w:r>
      <w:r/>
    </w:p>
    <w:p>
      <w:pPr>
        <w:pStyle w:val="Heading2"/>
      </w:pPr>
      <w:r>
        <w:t>Make it part of a bigger Dallas weekend</w:t>
      </w:r>
      <w:r/>
    </w:p>
    <w:p>
      <w:r/>
      <w:r>
        <w:t>The market sits neatly at the centre of a busy run of events. On Friday evening, ImpulseDallas presents Down To Float 8: Red Hot Inferno at Lee Harvey's Dive In, with performances from Jazell Barbie Royale, A'Keria C. Davenport and others. Tickets start at $23.11, making it one of the more accessible evening options. (StayHappening)</w:t>
      </w:r>
      <w:r/>
    </w:p>
    <w:p>
      <w:r/>
      <w:r>
        <w:t>Saturday offers a particularly broad choice. Turtle Creek Chorale's Rhapsody at Turtle Manor promises themed rooms, music styles ranging from jazz and classical to soul and barbershop, plus drag, karaoke and a final Chorale performance. It's a more polished, immersive option, with general admission from $300 and VIP tickets from $600. (Dallas Voice)</w:t>
      </w:r>
      <w:r/>
    </w:p>
    <w:p>
      <w:r/>
      <w:r>
        <w:t>Meanwhile, Lambda Legal's Landmark Dinner and Legacy Cares' Be An Angel add further fundraising choices. The result is a weekend that can suit different budgets, whether you're after a free afternoon market or a dressed-up night supporting LGBTQ+ causes. (Dallas Voice)</w:t>
      </w:r>
      <w:r/>
    </w:p>
    <w:p>
      <w:pPr>
        <w:pStyle w:val="Heading2"/>
      </w:pPr>
      <w:r>
        <w:t>History and culture add another layer</w:t>
      </w:r>
      <w:r/>
    </w:p>
    <w:p>
      <w:r/>
      <w:r>
        <w:t>Visitors heading to the State Fair of Texas can also catch Blazing New Trails: 125 Years of Texas Woman's History at the Hall of State from 25 September to 18 October. The exhibition draws on photographs, artefacts and archival material connected with Texas Woman's University, offering a quieter cultural counterpoint to the weekend's social events. (Dallas Voice)</w:t>
      </w:r>
      <w:r/>
    </w:p>
    <w:p>
      <w:r/>
      <w:r>
        <w:t>That combination is part of Dallas's strength here. A Pride weekend doesn't have to mean moving from one loud party to the next; it can include shopping, performance, local history and community fundraising, all within a relatively compact itinerary.</w:t>
      </w:r>
      <w:r/>
    </w:p>
    <w:p>
      <w:r/>
      <w:r>
        <w:t>For anyone visiting from outside the city, grouping the market with one cultural stop and one evening event may be the most enjoyable approach. It leaves room to pause, eat and people-watch, rather than turning the day into a frantic race between venues.</w:t>
      </w:r>
      <w:r/>
    </w:p>
    <w:p>
      <w:pPr>
        <w:pStyle w:val="Heading2"/>
      </w:pPr>
      <w:r>
        <w:t>A simple way to plan the day</w:t>
      </w:r>
      <w:r/>
    </w:p>
    <w:p>
      <w:r/>
      <w:r>
        <w:t>Start at Harwood Park shortly before noon, allowing time to find the market and settle into the downtown atmosphere. Browse the stalls first, when the displays are fresh and the park is easier to navigate, then choose a nearby lunch before deciding whether to continue to an evening event.</w:t>
      </w:r>
      <w:r/>
    </w:p>
    <w:p>
      <w:r/>
      <w:r>
        <w:t>Check each organiser's official listing before travelling, especially for ticket availability, venue access and any last-minute changes. Free entry at the market doesn't mean every related event is free, and the contrast between a casual afternoon and a formal black-tie fundraiser is considerable.</w:t>
      </w:r>
      <w:r/>
    </w:p>
    <w:p>
      <w:r/>
      <w:r>
        <w:t>Most importantly, leave some space for the unexpected. A good Pride market is often at its best when you discover a small maker, local group or conversation you hadn't planned on finding.</w:t>
      </w:r>
      <w:r/>
    </w:p>
    <w:p>
      <w:r/>
      <w:r>
        <w:t>A colourful afternoon at the market could be the easiest way to start Dallas's big September weekend.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2">
        <w:r>
          <w:rPr>
            <w:color w:val="0000EE"/>
            <w:u w:val="single"/>
          </w:rPr>
          <w:t>[6]</w:t>
        </w:r>
      </w:hyperlink>
      <w:r>
        <w:t xml:space="preserve">, </w:t>
      </w:r>
      <w:hyperlink r:id="rId13">
        <w:r>
          <w:rPr>
            <w:color w:val="0000EE"/>
            <w:u w:val="single"/>
          </w:rPr>
          <w:t>[4]</w:t>
        </w:r>
      </w:hyperlink>
      <w:r>
        <w:t xml:space="preserve">- Paragraph 5: </w:t>
      </w:r>
      <w:hyperlink r:id="rId14">
        <w:r>
          <w:rPr>
            <w:color w:val="0000EE"/>
            <w:u w:val="single"/>
          </w:rPr>
          <w:t>[7]</w:t>
        </w:r>
      </w:hyperlink>
      <w:r>
        <w:t xml:space="preserve">, </w:t>
      </w:r>
      <w:hyperlink r:id="rId9">
        <w:r>
          <w:rPr>
            <w:color w:val="0000EE"/>
            <w:u w:val="single"/>
          </w:rPr>
          <w:t>[1]</w:t>
        </w:r>
      </w:hyperlink>
      <w:r>
        <w:t xml:space="preserve">- Paragraph 6: </w:t>
      </w:r>
      <w:hyperlink r:id="rId9">
        <w:r>
          <w:rPr>
            <w:color w:val="0000EE"/>
            <w:u w:val="single"/>
          </w:rPr>
          <w:t>[1]</w:t>
        </w:r>
      </w:hyperlink>
      <w:r>
        <w:t xml:space="preserve">- Paragraph 7: </w:t>
      </w:r>
      <w:hyperlink r:id="rId9">
        <w:r>
          <w:rPr>
            <w:color w:val="0000EE"/>
            <w:u w:val="single"/>
          </w:rPr>
          <w:t>[1]</w:t>
        </w:r>
      </w:hyperlink>
      <w:r>
        <w:t xml:space="preserve">- Paragraph 8: </w:t>
      </w:r>
      <w:hyperlink r:id="rId9">
        <w:r>
          <w:rPr>
            <w:color w:val="0000EE"/>
            <w:u w:val="single"/>
          </w:rPr>
          <w:t>[1]</w:t>
        </w:r>
      </w:hyperlink>
      <w:r>
        <w:t xml:space="preserve">- Paragraph 9: </w:t>
      </w:r>
      <w:hyperlink r:id="rId9">
        <w:r>
          <w:rPr>
            <w:color w:val="0000EE"/>
            <w:u w:val="single"/>
          </w:rPr>
          <w:t>[1]</w:t>
        </w:r>
      </w:hyperlink>
      <w:r>
        <w:t xml:space="preserve">- Paragraph 10: </w:t>
      </w:r>
      <w:hyperlink r:id="rId9">
        <w:r>
          <w:rPr>
            <w:color w:val="0000EE"/>
            <w:u w:val="single"/>
          </w:rPr>
          <w:t>[1]</w:t>
        </w:r>
      </w:hyperlink>
      <w:r>
        <w:t xml:space="preserve">- Paragraph 11: </w:t>
      </w:r>
      <w:hyperlink r:id="rId9">
        <w:r>
          <w:rPr>
            <w:color w:val="0000EE"/>
            <w:u w:val="single"/>
          </w:rPr>
          <w:t>[1]</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https://meaws.com/news/best-bets-09-25-26/105427</w:t>
        </w:r>
      </w:hyperlink>
      <w:r>
        <w:t xml:space="preserve"> - Please view link - unable to able to access data</w:t>
      </w:r>
      <w:r/>
    </w:p>
    <w:p>
      <w:pPr>
        <w:pStyle w:val="ListNumber"/>
        <w:spacing w:line="240" w:lineRule="auto"/>
        <w:ind w:left="720"/>
      </w:pPr>
      <w:r/>
      <w:hyperlink r:id="rId10">
        <w:r>
          <w:rPr>
            <w:color w:val="0000EE"/>
            <w:u w:val="single"/>
          </w:rPr>
          <w:t>https://dallaspride.org/market/</w:t>
        </w:r>
      </w:hyperlink>
      <w:r>
        <w:t xml:space="preserve"> - Dallas Pride is hosting the Heart of the City Pride Market on Saturday, September 26, 2026, from noon to 6 p.m. at Harwood Park, 408 S. Harwood, in downtown Dallas. The event features arts and crafts, Pride merchandise, prepackaged food, and community organizations. Admission is free. For more information, visit their official website.</w:t>
      </w:r>
      <w:r/>
    </w:p>
    <w:p>
      <w:pPr>
        <w:pStyle w:val="ListNumber"/>
        <w:spacing w:line="240" w:lineRule="auto"/>
        <w:ind w:left="720"/>
      </w:pPr>
      <w:r/>
      <w:hyperlink r:id="rId11">
        <w:r>
          <w:rPr>
            <w:color w:val="0000EE"/>
            <w:u w:val="single"/>
          </w:rPr>
          <w:t>https://www.gayout.com/usa-canada/united-states/dallas/events/heart-of-the-city-pride-market-2026-09-26-4</w:t>
        </w:r>
      </w:hyperlink>
      <w:r>
        <w:t xml:space="preserve"> - The Heart of the City Pride Market is scheduled for Saturday, September 26, 2026, from 12:00 PM to 6:00 PM at Harwood Park, 408 S. Harwood, in downtown Dallas. The event will showcase arts and crafts, Pride merchandise, prepackaged food, and community organizations. Admission is free. For more details, visit GayOut's event page.</w:t>
      </w:r>
      <w:r/>
    </w:p>
    <w:p>
      <w:pPr>
        <w:pStyle w:val="ListNumber"/>
        <w:spacing w:line="240" w:lineRule="auto"/>
        <w:ind w:left="720"/>
      </w:pPr>
      <w:r/>
      <w:hyperlink r:id="rId13">
        <w:r>
          <w:rPr>
            <w:color w:val="0000EE"/>
            <w:u w:val="single"/>
          </w:rPr>
          <w:t>https://www.gayout.com/usa-canada/united-states/dallas/events/heart-of-the-city-pride-market-2026-09-26-3</w:t>
        </w:r>
      </w:hyperlink>
      <w:r>
        <w:t xml:space="preserve"> - Dallas Pride's fall pop-up vendor market, the Heart of the City Pride Market, is set for Saturday, September 26, 2026, from 12:00 PM to 6:00 PM at Harwood Park, 408 S. Harwood, in downtown Dallas. The event will feature local artists, crafters, Pride merchandise vendors, and community organizations. Admission is free. More information is available on GayOut's website.</w:t>
      </w:r>
      <w:r/>
    </w:p>
    <w:p>
      <w:pPr>
        <w:pStyle w:val="ListNumber"/>
        <w:spacing w:line="240" w:lineRule="auto"/>
        <w:ind w:left="720"/>
      </w:pPr>
      <w:r/>
      <w:hyperlink r:id="rId15">
        <w:r>
          <w:rPr>
            <w:color w:val="0000EE"/>
            <w:u w:val="single"/>
          </w:rPr>
          <w:t>https://www.gayout.com/usa-canada/united-states/charlotte/events/heart-of-the-city-pride-market-fall-edition-2026-09-26-2</w:t>
        </w:r>
      </w:hyperlink>
      <w:r>
        <w:t xml:space="preserve"> - The Heart of the City Pride Market - Fall Edition is taking place on Saturday, September 26, 2026, from 12:00 PM to 6:00 PM in Dallas, Texas. The event is free to attend and will feature arts and crafts, Pride merchandise, prepackaged food, and community organizations. For more details, visit GayOut's event page.</w:t>
      </w:r>
      <w:r/>
    </w:p>
    <w:p>
      <w:pPr>
        <w:pStyle w:val="ListNumber"/>
        <w:spacing w:line="240" w:lineRule="auto"/>
        <w:ind w:left="720"/>
      </w:pPr>
      <w:r/>
      <w:hyperlink r:id="rId12">
        <w:r>
          <w:rPr>
            <w:color w:val="0000EE"/>
            <w:u w:val="single"/>
          </w:rPr>
          <w:t>https://www.usefestkit.com/events/dallas-pride/heart-of-the-city-pride-market-fall-edition</w:t>
        </w:r>
      </w:hyperlink>
      <w:r>
        <w:t xml:space="preserve"> - Dallas Pride's Heart of the City Pride Market - Fall Edition is scheduled for September 26, 2026, in Dallas, TX. The event is free for all to attend and is perfect for arts &amp; craft vendors, Pride merchandise, pre-packaged food, and community organizations. Limited spaces are available. For more information, visit FestKit's event page.</w:t>
      </w:r>
      <w:r/>
    </w:p>
    <w:p>
      <w:pPr>
        <w:pStyle w:val="ListNumber"/>
        <w:spacing w:line="240" w:lineRule="auto"/>
        <w:ind w:left="720"/>
      </w:pPr>
      <w:r/>
      <w:hyperlink r:id="rId14">
        <w:r>
          <w:rPr>
            <w:color w:val="0000EE"/>
            <w:u w:val="single"/>
          </w:rPr>
          <w:t>https://stayhappening.com/e/impulse-dallas-presents-down-to-float-8-the-red-hot-inferno-E118SB3GC9SIB</w:t>
        </w:r>
      </w:hyperlink>
      <w:r>
        <w:t xml:space="preserve"> - Impulse Dallas is presenting Down To Float 8: The Red Hot Inferno on September 19, 2026, from 6:00 PM to 11:00 PM at Lee Harvey's Dive In, 1315 Beaumont St., Dallas. The event features performances by Jazell Barbie Royale and A’Keria C. Davenport. Tickets start at $23.11. For more details, visit StayHappening's event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best-bets-09-25-26/105427" TargetMode="External"/><Relationship Id="rId10" Type="http://schemas.openxmlformats.org/officeDocument/2006/relationships/hyperlink" Target="https://dallaspride.org/market/" TargetMode="External"/><Relationship Id="rId11" Type="http://schemas.openxmlformats.org/officeDocument/2006/relationships/hyperlink" Target="https://www.gayout.com/usa-canada/united-states/dallas/events/heart-of-the-city-pride-market-2026-09-26-4" TargetMode="External"/><Relationship Id="rId12" Type="http://schemas.openxmlformats.org/officeDocument/2006/relationships/hyperlink" Target="https://www.usefestkit.com/events/dallas-pride/heart-of-the-city-pride-market-fall-edition" TargetMode="External"/><Relationship Id="rId13" Type="http://schemas.openxmlformats.org/officeDocument/2006/relationships/hyperlink" Target="https://www.gayout.com/usa-canada/united-states/dallas/events/heart-of-the-city-pride-market-2026-09-26-3" TargetMode="External"/><Relationship Id="rId14" Type="http://schemas.openxmlformats.org/officeDocument/2006/relationships/hyperlink" Target="https://stayhappening.com/e/impulse-dallas-presents-down-to-float-8-the-red-hot-inferno-E118SB3GC9SIB" TargetMode="External"/><Relationship Id="rId15" Type="http://schemas.openxmlformats.org/officeDocument/2006/relationships/hyperlink" Target="https://www.gayout.com/usa-canada/united-states/charlotte/events/heart-of-the-city-pride-market-fall-edition-2026-09-26-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