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queer events in London: Blacktober Fest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London's Black LGBTQIA+ communities will gather at The Colour Factory on 16 October 2026 for Blacktober Fest, a UK Black Pride event celebrating music, performance, creativity and connection during Black History Month. After pausing its flagship Pride celebration, UKBP is keeping its community work moving with an evening built around joy, visibility and collective care.</w:t>
      </w:r>
      <w:r/>
    </w:p>
    <w:p>
      <w:pPr>
        <w:pStyle w:val="Heading2"/>
      </w:pPr>
      <w:r>
        <w:t>Essential Takeaways</w:t>
      </w:r>
      <w:r/>
      <w:r/>
    </w:p>
    <w:p>
      <w:pPr>
        <w:pStyle w:val="ListBullet"/>
        <w:spacing w:line="240" w:lineRule="auto"/>
        <w:ind w:left="720"/>
      </w:pPr>
      <w:r/>
      <w:r>
        <w:rPr>
          <w:b/>
        </w:rPr>
        <w:t>When and where:</w:t>
      </w:r>
      <w:r>
        <w:t xml:space="preserve"> Blacktober Fest takes place on 16 October 2026 at The Colour Factory in London.</w:t>
      </w:r>
      <w:r/>
    </w:p>
    <w:p>
      <w:pPr>
        <w:pStyle w:val="ListBullet"/>
        <w:spacing w:line="240" w:lineRule="auto"/>
        <w:ind w:left="720"/>
      </w:pPr>
      <w:r/>
      <w:r>
        <w:rPr>
          <w:b/>
        </w:rPr>
        <w:t>What to expect:</w:t>
      </w:r>
      <w:r>
        <w:t xml:space="preserve"> Music, live performance, dancing, culture, community organisations and independent stallholders.</w:t>
      </w:r>
      <w:r/>
    </w:p>
    <w:p>
      <w:pPr>
        <w:pStyle w:val="ListBullet"/>
        <w:spacing w:line="240" w:lineRule="auto"/>
        <w:ind w:left="720"/>
      </w:pPr>
      <w:r/>
      <w:r>
        <w:rPr>
          <w:b/>
        </w:rPr>
        <w:t>Why it matters:</w:t>
      </w:r>
      <w:r>
        <w:t xml:space="preserve"> The event creates a dedicated space for Black LGBTQIA+ people to connect and celebrate.</w:t>
      </w:r>
      <w:r/>
    </w:p>
    <w:p>
      <w:pPr>
        <w:pStyle w:val="ListBullet"/>
        <w:spacing w:line="240" w:lineRule="auto"/>
        <w:ind w:left="720"/>
      </w:pPr>
      <w:r/>
      <w:r>
        <w:rPr>
          <w:b/>
        </w:rPr>
        <w:t>Wider context:</w:t>
      </w:r>
      <w:r>
        <w:t xml:space="preserve"> UK Black Pride has paused its main Pride celebration in 2026 while it rests, reflects and plans for a return.</w:t>
      </w:r>
      <w:r/>
    </w:p>
    <w:p>
      <w:pPr>
        <w:pStyle w:val="ListBullet"/>
        <w:spacing w:line="240" w:lineRule="auto"/>
        <w:ind w:left="720"/>
      </w:pPr>
      <w:r/>
      <w:r>
        <w:rPr>
          <w:b/>
        </w:rPr>
        <w:t>Tickets:</w:t>
      </w:r>
      <w:r>
        <w:t xml:space="preserve"> Tickets are available now, with the event also offering ways to support Black-led creatives and organisations.</w:t>
      </w:r>
      <w:r/>
      <w:r/>
    </w:p>
    <w:p>
      <w:pPr>
        <w:pStyle w:val="Heading2"/>
      </w:pPr>
      <w:r>
        <w:t>Blacktober Fest brings Black queer joy to east London</w:t>
      </w:r>
      <w:r/>
    </w:p>
    <w:p>
      <w:r/>
      <w:r>
        <w:t>The Colour Factory will become a bright, busy meeting point for Black queer London this autumn, with music, movement and conversation filling the venue. Blacktober Fest is designed as more than a night out. It is a chance to see familiar faces, discover new artists and enjoy the easy warmth that comes from being in a room built with community in mind.</w:t>
      </w:r>
      <w:r/>
    </w:p>
    <w:p>
      <w:r/>
      <w:r>
        <w:t>UK Black Pride describes itself as the world's largest Pride celebration for LGBTQIA+ people of African, Asian, Caribbean, Latin American and Middle Eastern descent. Its work spans cultural celebration, organising and advocacy, so this event sits comfortably between a party and a statement of presence. The organisation's official website remains a useful place to follow its wider programme and updates. (UK Black Pride)</w:t>
      </w:r>
      <w:r/>
    </w:p>
    <w:p>
      <w:r/>
      <w:r>
        <w:t>Taking place during Black History Month, the festival also makes space for reflection without allowing the month to become the only moment when Black queer lives are recognised. That balance feels important, particularly when celebration and political visibility so often have to share the same stage. (UK Black Pride)</w:t>
      </w:r>
      <w:r/>
    </w:p>
    <w:p>
      <w:pPr>
        <w:pStyle w:val="Heading2"/>
      </w:pPr>
      <w:r>
        <w:t>A smaller gathering follows UK Black Pride's 2026 reset</w:t>
      </w:r>
      <w:r/>
    </w:p>
    <w:p>
      <w:r/>
      <w:r>
        <w:t>UK Black Pride has chosen to pause its flagship Pride celebration in 2026 as part of a strategic reset. The organisation has framed the decision as an opportunity to rest, reflect, rebuild and consider what its communities need next, rather than as a retreat from its work. (UK Black Pride)</w:t>
      </w:r>
      <w:r/>
    </w:p>
    <w:p>
      <w:r/>
      <w:r>
        <w:t>That makes Blacktober Fest especially significant. It keeps the conversation and connection alive while giving the larger annual event room to return with renewed energy. According to UK Black Pride's announcement about its reset, the organisation is planning towards a landmark return in 2027. (UK Black Pride)</w:t>
      </w:r>
      <w:r/>
    </w:p>
    <w:p>
      <w:r/>
      <w:r>
        <w:t>There is something quietly powerful about that approach. Large-scale events can be exhilarating, but smaller or more focused gatherings often leave more room for actual conversation, chance encounters and the kind of soft, unplanned connection that people remember afterwards.</w:t>
      </w:r>
      <w:r/>
    </w:p>
    <w:p>
      <w:pPr>
        <w:pStyle w:val="Heading2"/>
      </w:pPr>
      <w:r>
        <w:t>Expect music, performance and community-led creativity</w:t>
      </w:r>
      <w:r/>
    </w:p>
    <w:p>
      <w:r/>
      <w:r>
        <w:t>The programme will bring together performers, creatives, community organisations and independent stallholders. For visitors, that means the evening should offer plenty to explore, from live entertainment and dancing to discovering Black-led projects that deserve attention beyond one event. (UK Black Pride)</w:t>
      </w:r>
      <w:r/>
    </w:p>
    <w:p>
      <w:r/>
      <w:r>
        <w:t>The stallholder element is worth noting if you're looking for meaningful ways to spend your money. Supporting independent makers, artists and community organisations can turn a night of celebration into a practical investment in the people shaping Black queer culture now.</w:t>
      </w:r>
      <w:r/>
    </w:p>
    <w:p>
      <w:r/>
      <w:r>
        <w:t>London has a growing calendar of events centred on representation, public space and cultural visibility. Initiatives such as Black Square, highlighted by the Mayor of London's events listings, show how Black histories and contemporary voices continue to claim space across the capital. (Greater London Authority)</w:t>
      </w:r>
      <w:r/>
    </w:p>
    <w:p>
      <w:pPr>
        <w:pStyle w:val="Heading2"/>
      </w:pPr>
      <w:r>
        <w:t>How to make the most of the London event</w:t>
      </w:r>
      <w:r/>
    </w:p>
    <w:p>
      <w:r/>
      <w:r>
        <w:t>If you're planning to attend, check the latest ticket, access and venue information before travelling. It is also worth allowing extra time for getting across London, particularly if you want to browse stalls, meet friends or settle in before the busiest part of the evening.</w:t>
      </w:r>
      <w:r/>
    </w:p>
    <w:p>
      <w:r/>
      <w:r>
        <w:t>Come ready for a mixed experience rather than a single headline performance. Blacktober Fest is likely to work best when treated as a communal evening, so leave a little room for conversations, unexpected discoveries and supporting a stallholder whose work catches your eye.</w:t>
      </w:r>
      <w:r/>
    </w:p>
    <w:p>
      <w:r/>
      <w:r>
        <w:t>For anyone attending with friends, agreeing a meeting point can make the night less stressful once the venue fills up. And if you're going alone, community events can be surprisingly welcoming, especially when there are organisations and independent creatives on hand to help start a conversation.</w:t>
      </w:r>
      <w:r/>
    </w:p>
    <w:p>
      <w:pPr>
        <w:pStyle w:val="Heading2"/>
      </w:pPr>
      <w:r>
        <w:t>Why events like this matter beyond October</w:t>
      </w:r>
      <w:r/>
    </w:p>
    <w:p>
      <w:r/>
      <w:r>
        <w:t>Blacktober Fest arrives at a time when representation is increasingly being treated as something active, public and community-led, rather than a once-a-year social media moment. UK Black Pride's educational and partnership work, including projects focused on year-round representation, reflects that broader goal. (University of the Arts London)</w:t>
      </w:r>
      <w:r/>
    </w:p>
    <w:p>
      <w:r/>
      <w:r>
        <w:t>The event also connects with London's wider Black cultural programming. Black Square's return to Trafalgar Square, for example, has been presented as a public celebration of Black history, creativity and identity, showing how visibility can move between dedicated community venues and major civic spaces. (Greater London Authority)</w:t>
      </w:r>
      <w:r/>
    </w:p>
    <w:p>
      <w:r/>
      <w:r>
        <w:t>For many attendees, the value will be wonderfully straightforward: being able to relax, dance, laugh and feel recognised without having to explain why that matters. Blacktober Fest offers that feeling in October, while the organisation's longer-term work points towards a future where Black queer joy has room on the calendar all year.</w:t>
      </w:r>
      <w:r/>
    </w:p>
    <w:p>
      <w:r/>
      <w:r>
        <w:t>Tickets are available now, so explore the event details and make a night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1">
        <w:r>
          <w:rPr>
            <w:color w:val="0000EE"/>
            <w:u w:val="single"/>
          </w:rPr>
          <w:t>[5]</w:t>
        </w:r>
      </w:hyperlink>
      <w:r>
        <w:t xml:space="preserve">- Paragraph 7: </w:t>
      </w:r>
      <w:hyperlink r:id="rId11">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[6]</w:t>
        </w:r>
      </w:hyperlink>
      <w:r>
        <w:t xml:space="preserve">- Paragraph 13: </w:t>
      </w:r>
      <w:hyperlink r:id="rId12">
        <w:r>
          <w:rPr>
            <w:color w:val="0000EE"/>
            <w:u w:val="single"/>
          </w:rPr>
          <w:t>[3]</w:t>
        </w:r>
      </w:hyperlink>
      <w:r>
        <w:t xml:space="preserve">, </w:t>
      </w:r>
      <w:hyperlink r:id="rId13">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[5]</w:t>
        </w:r>
      </w:hyperlink>
      <w:r>
        <w:t xml:space="preserve">- Paragraph 16: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4">
        <w:r>
          <w:rPr>
            <w:color w:val="0000EE"/>
            <w:u w:val="single"/>
          </w:rPr>
          <w:t>[6]</w:t>
        </w:r>
      </w:hyperlink>
      <w:r>
        <w:t xml:space="preserve">- Paragraph 19: </w:t>
      </w:r>
      <w:hyperlink r:id="rId12">
        <w:r>
          <w:rPr>
            <w:color w:val="0000EE"/>
            <w:u w:val="single"/>
          </w:rPr>
          <w:t>[3]</w:t>
        </w:r>
      </w:hyperlink>
      <w:r>
        <w:t xml:space="preserve">, </w:t>
      </w:r>
      <w:hyperlink r:id="rId13">
        <w:r>
          <w:rPr>
            <w:color w:val="0000EE"/>
            <w:u w:val="single"/>
          </w:rPr>
          <w:t>[4]</w:t>
        </w:r>
      </w:hyperlink>
      <w:r>
        <w:t xml:space="preserve">- Paragraph 20: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https://diva-magazine.com/2026/09/25/uk-black-pride-blacktober-fest/?utm_source=rss&amp;utm_medium=rss&amp;utm_campaign=uk-black-pride-blacktober-fest</w:t>
        </w:r>
      </w:hyperlink>
      <w:r>
        <w:t xml:space="preserve"> - Please view link - unable to able to access data</w:t>
      </w:r>
      <w:r/>
    </w:p>
    <w:p>
      <w:pPr>
        <w:pStyle w:val="ListNumber"/>
        <w:spacing w:line="240" w:lineRule="auto"/>
        <w:ind w:left="720"/>
      </w:pPr>
      <w:r/>
      <w:hyperlink r:id="rId10">
        <w:r>
          <w:rPr>
            <w:color w:val="0000EE"/>
            <w:u w:val="single"/>
          </w:rPr>
          <w:t>https://www.ukblackpride.org.uk/</w:t>
        </w:r>
      </w:hyperlink>
      <w:r>
        <w:t xml:space="preserve"> - UK Black Pride is the world's largest free Pride event for LGBTQIA+ Black and people of colour, celebrating diverse sexualities, gender identities, cultures, and backgrounds through education, the arts, cultural events, and advocacy. The organisation has been hosting annual events in London since 2005, bringing together people from various cultures, gender identities, and backgrounds. Their mission is to foster, represent, and celebrate LGBTQIA+ Black and people of colour culture, providing a safe space for the community to connect and celebrate.</w:t>
      </w:r>
      <w:r/>
    </w:p>
    <w:p>
      <w:pPr>
        <w:pStyle w:val="ListNumber"/>
        <w:spacing w:line="240" w:lineRule="auto"/>
        <w:ind w:left="720"/>
      </w:pPr>
      <w:r/>
      <w:hyperlink r:id="rId12">
        <w:r>
          <w:rPr>
            <w:color w:val="0000EE"/>
            <w:u w:val="single"/>
          </w:rPr>
          <w:t>https://www.london.gov.uk/events/black-square-2026</w:t>
        </w:r>
      </w:hyperlink>
      <w:r>
        <w:t xml:space="preserve"> - Black On The Square is an annual festival celebrating Black culture and creativity, returning to Trafalgar Square for its fourth year on Saturday, 5 September 2026. The event features a vibrant programme of music, entertainment, workshops, stalls, and food, showcasing the rich contributions of Black communities to London's cultural, artistic, and economic life. The festival is free to attend and aims to highlight the diversity and creativity of Black Londoners.</w:t>
      </w:r>
      <w:r/>
    </w:p>
    <w:p>
      <w:pPr>
        <w:pStyle w:val="ListNumber"/>
        <w:spacing w:line="240" w:lineRule="auto"/>
        <w:ind w:left="720"/>
      </w:pPr>
      <w:r/>
      <w:hyperlink r:id="rId13">
        <w:r>
          <w:rPr>
            <w:color w:val="0000EE"/>
            <w:u w:val="single"/>
          </w:rPr>
          <w:t>https://www.london.gov.uk/black-square-returns-trafalgar-square</w:t>
        </w:r>
      </w:hyperlink>
      <w:r>
        <w:t xml:space="preserve"> - The Mayor of London's free, family-friendly Black On The Square festival returns to Trafalgar Square for a fourth year on Saturday, 5 September 2026. The event celebrates the past, present, and future of Black Londoners, highlighting significant milestones such as 60 years of Notting Hill Carnival and 30 years of the MOBO Awards. The festival features live performances, workshops, and a marketplace showcasing Black-owned businesses, aiming to celebrate and uplift Black creativity across London.</w:t>
      </w:r>
      <w:r/>
    </w:p>
    <w:p>
      <w:pPr>
        <w:pStyle w:val="ListNumber"/>
        <w:spacing w:line="240" w:lineRule="auto"/>
        <w:ind w:left="720"/>
      </w:pPr>
      <w:r/>
      <w:hyperlink r:id="rId11">
        <w:r>
          <w:rPr>
            <w:color w:val="0000EE"/>
            <w:u w:val="single"/>
          </w:rPr>
          <w:t>https://www.ukblackpride.org.uk/news/uk-black-pride-announces-strategic-reset-ahead-of-landmark-return-in-2027</w:t>
        </w:r>
      </w:hyperlink>
      <w:r>
        <w:t xml:space="preserve"> - UK Black Pride announced a strategic reset and pause of its annual large-scale Pride event in 2026 as the organisation marks 21 years of championing and celebrating LGBTQIA+ people of African, Asian, Caribbean, Latin American, and Middle Eastern descent. This decision allows the organisation to reflect, renew its long-term vision, and prepare for a significant return in 2027. Despite the pause, UK Black Pride continues to support key partners and community-led events throughout 2026, including the Black-Oktoberfest celebration.</w:t>
      </w:r>
      <w:r/>
    </w:p>
    <w:p>
      <w:pPr>
        <w:pStyle w:val="ListNumber"/>
        <w:spacing w:line="240" w:lineRule="auto"/>
        <w:ind w:left="720"/>
      </w:pPr>
      <w:r/>
      <w:hyperlink r:id="rId14">
        <w:r>
          <w:rPr>
            <w:color w:val="0000EE"/>
            <w:u w:val="single"/>
          </w:rPr>
          <w:t>https://www.blackhistorymonth.org.uk/article/listings/region/westminster/ual-pride-month-representation-365-with-uk-black-pride/</w:t>
        </w:r>
      </w:hyperlink>
      <w:r>
        <w:t xml:space="preserve"> - University of the Arts London (UAL) and UK Black Pride hosted a thought-provoking evening of conversation exploring representation, identity, and community as part of Pride Month 2026. The event featured Lady Phyll, CEO and co-founder of UK Black Pride, in a relaxed, in-conversation format designed to encourage open dialogue and reflection. The discussion centred on the contributions of Black queer and QTIPOC communities, highlighting how their histories can inform responses to ongoing challenges such as political hostility and systemic inequality.</w:t>
      </w:r>
      <w:r/>
    </w:p>
    <w:p>
      <w:pPr>
        <w:pStyle w:val="ListNumber"/>
        <w:spacing w:line="240" w:lineRule="auto"/>
        <w:ind w:left="720"/>
      </w:pPr>
      <w:r/>
      <w:hyperlink r:id="rId15">
        <w:r>
          <w:rPr>
            <w:color w:val="0000EE"/>
            <w:u w:val="single"/>
          </w:rPr>
          <w:t>https://decolonisefest.co.uk/</w:t>
        </w:r>
      </w:hyperlink>
      <w:r>
        <w:t xml:space="preserve"> - Decolonise Fest is an annual London-based, non-profit DIY punk festival collectively organised by and for punks of colour. The festival aims to create a space for punks of colour to celebrate their culture and challenge the dominance of white supremacy in the punk scene. The 2026 festival is scheduled for 3rd and 4th October at Signature Brew Blackhorse Road, featuring a lineup of diverse artists and workshops, and continues to be a platform for punks of colour to showcase their talents and perspectives.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5/uk-black-pride-blacktober-fest/?utm_source=rss&amp;utm_medium=rss&amp;utm_campaign=uk-black-pride-blacktober-fest" TargetMode="External"/><Relationship Id="rId10" Type="http://schemas.openxmlformats.org/officeDocument/2006/relationships/hyperlink" Target="https://www.ukblackpride.org.uk/" TargetMode="External"/><Relationship Id="rId11" Type="http://schemas.openxmlformats.org/officeDocument/2006/relationships/hyperlink" Target="https://www.ukblackpride.org.uk/news/uk-black-pride-announces-strategic-reset-ahead-of-landmark-return-in-2027" TargetMode="External"/><Relationship Id="rId12" Type="http://schemas.openxmlformats.org/officeDocument/2006/relationships/hyperlink" Target="https://www.london.gov.uk/events/black-square-2026" TargetMode="External"/><Relationship Id="rId13" Type="http://schemas.openxmlformats.org/officeDocument/2006/relationships/hyperlink" Target="https://www.london.gov.uk/black-square-returns-trafalgar-square" TargetMode="External"/><Relationship Id="rId14" Type="http://schemas.openxmlformats.org/officeDocument/2006/relationships/hyperlink" Target="https://www.blackhistorymonth.org.uk/article/listings/region/westminster/ual-pride-month-representation-365-with-uk-black-pride/" TargetMode="External"/><Relationship Id="rId15" Type="http://schemas.openxmlformats.org/officeDocument/2006/relationships/hyperlink" Target="https://decolonisefest.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