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Men Deserve Visibility, Respect and Better Myths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Bisexual men are still forced to explain themselves, even as research and lived experience make one thing clear: attraction to more than one gender is real. During Bisexual Visibility Month, advocates are challenging old stereotypes, celebrating openness and reminding everyone that a relationship status never gets to rewrite someone’s identity.</w:t>
      </w:r>
      <w:r/>
    </w:p>
    <w:p>
      <w:pPr>
        <w:pStyle w:val="Heading2"/>
      </w:pPr>
      <w:r>
        <w:t>Essential Takeaways</w:t>
      </w:r>
      <w:r/>
      <w:r/>
    </w:p>
    <w:p>
      <w:pPr>
        <w:pStyle w:val="ListBullet"/>
        <w:spacing w:line="240" w:lineRule="auto"/>
        <w:ind w:left="720"/>
      </w:pPr>
      <w:r/>
      <w:r>
        <w:rPr>
          <w:b/>
        </w:rPr>
        <w:t>Bisexual men exist:</w:t>
      </w:r>
      <w:r>
        <w:t xml:space="preserve"> Research has challenged claims that men can’t experience genuine attraction to more than one gender.</w:t>
      </w:r>
      <w:r/>
    </w:p>
    <w:p>
      <w:pPr>
        <w:pStyle w:val="ListBullet"/>
        <w:spacing w:line="240" w:lineRule="auto"/>
        <w:ind w:left="720"/>
      </w:pPr>
      <w:r/>
      <w:r>
        <w:rPr>
          <w:b/>
        </w:rPr>
        <w:t>Identity is self-defined:</w:t>
      </w:r>
      <w:r>
        <w:t xml:space="preserve"> Dating a woman, man or nobody doesn’t cancel out bisexuality.</w:t>
      </w:r>
      <w:r/>
    </w:p>
    <w:p>
      <w:pPr>
        <w:pStyle w:val="ListBullet"/>
        <w:spacing w:line="240" w:lineRule="auto"/>
        <w:ind w:left="720"/>
      </w:pPr>
      <w:r/>
      <w:r>
        <w:rPr>
          <w:b/>
        </w:rPr>
        <w:t>Stereotypes cause harm:</w:t>
      </w:r>
      <w:r>
        <w:t xml:space="preserve"> Assumptions about confusion, secrecy or infidelity can shut people out of relationships and communities.</w:t>
      </w:r>
      <w:r/>
    </w:p>
    <w:p>
      <w:pPr>
        <w:pStyle w:val="ListBullet"/>
        <w:spacing w:line="240" w:lineRule="auto"/>
        <w:ind w:left="720"/>
      </w:pPr>
      <w:r/>
      <w:r>
        <w:rPr>
          <w:b/>
        </w:rPr>
        <w:t>Visibility matters:</w:t>
      </w:r>
      <w:r>
        <w:t xml:space="preserve"> Public figures who come out can make room for others, particularly in traditionally masculine settings.</w:t>
      </w:r>
      <w:r/>
    </w:p>
    <w:p>
      <w:pPr>
        <w:pStyle w:val="ListBullet"/>
        <w:spacing w:line="240" w:lineRule="auto"/>
        <w:ind w:left="720"/>
      </w:pPr>
      <w:r/>
      <w:r>
        <w:rPr>
          <w:b/>
        </w:rPr>
        <w:t>Curiosity is valid:</w:t>
      </w:r>
      <w:r>
        <w:t xml:space="preserve"> There’s no test, deadline or dating history required to explore whether bisexuality fits.</w:t>
      </w:r>
      <w:r/>
      <w:r/>
    </w:p>
    <w:p>
      <w:pPr>
        <w:pStyle w:val="Heading2"/>
      </w:pPr>
      <w:r>
        <w:t>The question should have been settled years ago</w:t>
      </w:r>
      <w:r/>
    </w:p>
    <w:p>
      <w:r/>
      <w:r>
        <w:t>The most revealing thing about bisexual men may be how often people still ask whether they exist. It’s an oddly persistent doubt, despite decades of personal testimony and growing scientific evidence.</w:t>
      </w:r>
      <w:r/>
    </w:p>
    <w:p>
      <w:r/>
      <w:r>
        <w:t>A widely discussed line of research once claimed that men who identified as bisexual didn’t show consistent patterns of attraction. But later work challenged those conclusions, pointing to problems with the methods and interpretation. Research published in the Proceedings of the National Academy of Sciences found physiological evidence supporting bisexual men’s responses to both male and female sexual stimuli.</w:t>
      </w:r>
      <w:r/>
    </w:p>
    <w:p>
      <w:r/>
      <w:r>
        <w:t>That matters because disbelief isn’t harmless when it becomes a social rule. When someone’s identity is judged solely by their current partner, their own account is pushed aside. As LGBTQ Nation reported, the debate has often revealed more about researchers’ assumptions than about bisexual men themselves.</w:t>
      </w:r>
      <w:r/>
    </w:p>
    <w:p>
      <w:pPr>
        <w:pStyle w:val="Heading2"/>
      </w:pPr>
      <w:r>
        <w:t>Bisexuality isn’t a halfway house</w:t>
      </w:r>
      <w:r/>
    </w:p>
    <w:p>
      <w:r/>
      <w:r>
        <w:t>For years, bisexual men have been squeezed between two stubborn ideas: that they’re secretly gay, or that they’re simply experimenting before settling into heterosexuality. Neither assumption leaves room for bisexuality as a complete identity.</w:t>
      </w:r>
      <w:r/>
    </w:p>
    <w:p>
      <w:r/>
      <w:r>
        <w:t>The University of Essex reported research suggesting that bisexual men can show distinct patterns of attraction rather than sitting somewhere neatly between gay and straight. It’s a useful reminder that human sexuality doesn’t always behave like a tidy sliding scale with only two destinations.</w:t>
      </w:r>
      <w:r/>
    </w:p>
    <w:p>
      <w:r/>
      <w:r>
        <w:t>There’s also a confidence in someone who refuses to shrink themselves to make other people comfortable. That openness can be deeply attractive, but it shouldn’t be treated as a novelty or a fantasy. Bi men are not symbols, plot devices or proof of anyone else’s adventurousness. They’re people, with all the ordinary complexity that entails.</w:t>
      </w:r>
      <w:r/>
    </w:p>
    <w:p>
      <w:pPr>
        <w:pStyle w:val="Heading2"/>
      </w:pPr>
      <w:r>
        <w:t>A partner doesn’t get to rewrite an identity</w:t>
      </w:r>
      <w:r/>
    </w:p>
    <w:p>
      <w:r/>
      <w:r>
        <w:t>A bisexual man remains bisexual whether he’s dating a woman, dating a man or enjoying a peaceful evening alone with takeaway and terrible television. His partner tells you who he’s with, not the full range of people he may be capable of loving.</w:t>
      </w:r>
      <w:r/>
    </w:p>
    <w:p>
      <w:r/>
      <w:r>
        <w:t>That distinction is especially important because bisexual people face suspicion from multiple directions. Some straight women fear a bisexual man is secretly gay, while some gay men worry he’ll eventually leave for a woman. Psychology Today has noted how these ideas can create a double bind, leaving bi men treated as either insufficiently straight or insufficiently gay.</w:t>
      </w:r>
      <w:r/>
    </w:p>
    <w:p>
      <w:r/>
      <w:r>
        <w:t>Infidelity, meanwhile, is a behaviour, not a sexual orientation. Assuming bisexuality makes someone more likely to cheat confuses prejudice with personality. The practical rule is refreshingly simple: judge a potential partner by their honesty, reliability and kindness, rather than by the genders they may find attractive.</w:t>
      </w:r>
      <w:r/>
    </w:p>
    <w:p>
      <w:pPr>
        <w:pStyle w:val="Heading2"/>
      </w:pPr>
      <w:r>
        <w:t>Visibility can make a traditionally masculine world breathe easier</w:t>
      </w:r>
      <w:r/>
    </w:p>
    <w:p>
      <w:r/>
      <w:r>
        <w:t>When a man comes out as bisexual in a heavily masculine environment, the effect can reach far beyond his own story. Former Australian rules footballer Mitch Brown’s public disclosure was widely recognised as a significant moment for a sport where LGBTQIA+ visibility has often been limited.</w:t>
      </w:r>
      <w:r/>
    </w:p>
    <w:p>
      <w:r/>
      <w:r>
        <w:t>The Star Observer’s interview with Brown prompted a strong response, including messages from people who said the story helped them feel less alone. That reaction is telling. Representation doesn’t need to be perfect or grand to matter; sometimes one person simply saying, “This is who I am,” gives another person permission to imagine a future.</w:t>
      </w:r>
      <w:r/>
    </w:p>
    <w:p>
      <w:r/>
      <w:r>
        <w:t>Sport is only one example. Workplaces, families and friendship groups can all become easier to navigate when bisexual people aren’t expected to remain vague, silent or permanently ready to defend themselves. Visibility won’t solve biphobia overnight, but it can make isolation feel less inevitable.</w:t>
      </w:r>
      <w:r/>
    </w:p>
    <w:p>
      <w:pPr>
        <w:pStyle w:val="Heading2"/>
      </w:pPr>
      <w:r>
        <w:t>Wondering if you’re bisexual? Start gently</w:t>
      </w:r>
      <w:r/>
    </w:p>
    <w:p>
      <w:r/>
      <w:r>
        <w:t>Searches for terms such as “am I bisexual?” and “bisexual test” suggest that many people are trying to understand feelings they haven’t yet named. Online quizzes can prompt reflection, but they can’t hand down a verdict. There’s no official exam, and nobody needs to submit a detailed dating record before choosing a label.</w:t>
      </w:r>
      <w:r/>
    </w:p>
    <w:p>
      <w:r/>
      <w:r>
        <w:t>A better starting point is to notice what you feel, without demanding instant certainty. Attraction can be emotional, romantic, sexual or a mixture of all three, and it doesn’t have to follow a perfectly balanced pattern to be real.</w:t>
      </w:r>
      <w:r/>
    </w:p>
    <w:p>
      <w:r/>
      <w:r>
        <w:t>For friends and partners, support often means resisting the urge to interrogate. Listen, use the language someone chooses for themselves and avoid treating a disclosure as a temporary phase that requires correction. As CBS News has reported, the question of whether bisexual men exist has never been about a shortage of bisexual men; it’s been about whether other people are willing to believe them.</w:t>
      </w:r>
      <w:r/>
    </w:p>
    <w:p>
      <w:r/>
      <w:r>
        <w:t>Bisexuality isn’t a riddle for strangers to solve. It’s a valid way of experiencing attraction, and bisexual men deserve to live it without the endless footnotes.</w:t>
      </w:r>
      <w:r/>
    </w:p>
    <w:p>
      <w:r/>
      <w:r>
        <w:t>Explore identity with curiosity, and let people define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[6]</w:t>
        </w:r>
      </w:hyperlink>
      <w:r>
        <w:t xml:space="preserve">, </w:t>
      </w:r>
      <w:hyperlink r:id="rId9">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9">
        <w:r>
          <w:rPr>
            <w:color w:val="0000EE"/>
            <w:u w:val="single"/>
          </w:rPr>
          <w:t>[7]</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https://www.starobserver.com.au/opinion/its-bisexuality-visibility-month-here-are-5-things-i-bloody-adore-about-bi-men/244144</w:t>
        </w:r>
      </w:hyperlink>
      <w:r>
        <w:t xml:space="preserve"> - Please view link - unable to able to access data</w:t>
      </w:r>
      <w:r/>
    </w:p>
    <w:p>
      <w:pPr>
        <w:pStyle w:val="ListNumber"/>
        <w:spacing w:line="240" w:lineRule="auto"/>
        <w:ind w:left="720"/>
      </w:pPr>
      <w:r/>
      <w:hyperlink r:id="rId10">
        <w:r>
          <w:rPr>
            <w:color w:val="0000EE"/>
            <w:u w:val="single"/>
          </w:rPr>
          <w:t>https://www.lgbtqnation.com/2020/07/bisexual-men-exist-according-study-researcher-said-dont-exist/</w:t>
        </w:r>
      </w:hyperlink>
      <w:r>
        <w:t xml:space="preserve"> - A 2020 meta-analysis of eight studies involving over 600 men found compelling evidence that bisexual men exist and exhibit bisexual arousal patterns. This research addressed previous skepticism, including from psychologist J. Michael Bailey, who had previously doubted male bisexuality. The study concluded that there is no longer reasonable doubt about the existence of bisexual men.</w:t>
      </w:r>
      <w:r/>
    </w:p>
    <w:p>
      <w:pPr>
        <w:pStyle w:val="ListNumber"/>
        <w:spacing w:line="240" w:lineRule="auto"/>
        <w:ind w:left="720"/>
      </w:pPr>
      <w:r/>
      <w:hyperlink r:id="rId11">
        <w:r>
          <w:rPr>
            <w:color w:val="0000EE"/>
            <w:u w:val="single"/>
          </w:rPr>
          <w:t>https://www.cbsnews.com/news/do-bisexual-men-really-exist/</w:t>
        </w:r>
      </w:hyperlink>
      <w:r>
        <w:t xml:space="preserve"> - A 2005 study by Northwestern University researchers, including J. Michael Bailey, suggested that bisexual men might not exist, based on physiological responses to sexual stimuli. However, this conclusion faced criticism from other experts who questioned the study's methodology and interpretation, highlighting the ongoing debate about the existence of bisexual men.</w:t>
      </w:r>
      <w:r/>
    </w:p>
    <w:p>
      <w:pPr>
        <w:pStyle w:val="ListNumber"/>
        <w:spacing w:line="240" w:lineRule="auto"/>
        <w:ind w:left="720"/>
      </w:pPr>
      <w:r/>
      <w:hyperlink r:id="rId12">
        <w:r>
          <w:rPr>
            <w:color w:val="0000EE"/>
            <w:u w:val="single"/>
          </w:rPr>
          <w:t>https://doi.org/10.1073/pnas.2003631117</w:t>
        </w:r>
      </w:hyperlink>
      <w:r>
        <w:t xml:space="preserve"> - A 2020 study published in the Proceedings of the National Academy of Sciences combined data from eight previous studies, involving 474 to 588 men, to investigate male bisexuality. The findings provided compelling evidence that bisexual-identified men tend to show bisexual genital and subjective arousal patterns, supporting the existence of bisexual men.</w:t>
      </w:r>
      <w:r/>
    </w:p>
    <w:p>
      <w:pPr>
        <w:pStyle w:val="ListNumber"/>
        <w:spacing w:line="240" w:lineRule="auto"/>
        <w:ind w:left="720"/>
      </w:pPr>
      <w:r/>
      <w:hyperlink r:id="rId13">
        <w:r>
          <w:rPr>
            <w:color w:val="0000EE"/>
            <w:u w:val="single"/>
          </w:rPr>
          <w:t>https://www.essex.ac.uk/news/2020/07/20/bisexual-men-are-neither-gay-nor-straight</w:t>
        </w:r>
      </w:hyperlink>
      <w:r>
        <w:t xml:space="preserve"> - A 2020 study by researchers from the University of Essex and Northwestern University reanalysed data from over 400 men, demonstrating that bisexual men exhibit strong arousal responses to both male and female erotic stimuli. This research challenges the assumption that male sexual orientation is strictly binary, supporting the existence of bisexual men.</w:t>
      </w:r>
      <w:r/>
    </w:p>
    <w:p>
      <w:pPr>
        <w:pStyle w:val="ListNumber"/>
        <w:spacing w:line="240" w:lineRule="auto"/>
        <w:ind w:left="720"/>
      </w:pPr>
      <w:r/>
      <w:hyperlink r:id="rId14">
        <w:r>
          <w:rPr>
            <w:color w:val="0000EE"/>
            <w:u w:val="single"/>
          </w:rPr>
          <w:t>https://www.psychologytoday.com/us/blog/sex-sexuality-and-romance/202406/do-bi-men-exist</w:t>
        </w:r>
      </w:hyperlink>
      <w:r>
        <w:t xml:space="preserve"> - An article from 2024 discusses the existence of bisexual men, noting that more women than men identify as bisexual across generations. It highlights that many bisexual men do not identify as bisexual but use other terms, and that research findings may not adequately represent dual-attracted men, suggesting that bisexual men are not as compromised as some reports indicate.</w:t>
      </w:r>
      <w:r/>
    </w:p>
    <w:p>
      <w:pPr>
        <w:pStyle w:val="ListNumber"/>
        <w:spacing w:line="240" w:lineRule="auto"/>
        <w:ind w:left="720"/>
      </w:pPr>
      <w:r/>
      <w:hyperlink r:id="rId9">
        <w:r>
          <w:rPr>
            <w:color w:val="0000EE"/>
            <w:u w:val="single"/>
          </w:rPr>
          <w:t>https://www.starobserver.com.au/opinion/its-bisexuality-visibility-month-here-are-5-things-i-bloody-adore-about-bi-men/244144</w:t>
        </w:r>
      </w:hyperlink>
      <w:r>
        <w:t xml:space="preserve"> - An opinion piece celebrating Bisexual Visibility Month, highlighting five positive aspects of bisexual men. The author addresses common misconceptions, such as the denial of bisexuality's existence and the assumption that bisexual men are confused or lying. The article also discusses the attractiveness of bisexual men, the validity of their relationships, and the positive impact they have on 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opinion/its-bisexuality-visibility-month-here-are-5-things-i-bloody-adore-about-bi-men/244144" TargetMode="External"/><Relationship Id="rId10" Type="http://schemas.openxmlformats.org/officeDocument/2006/relationships/hyperlink" Target="https://www.lgbtqnation.com/2020/07/bisexual-men-exist-according-study-researcher-said-dont-exist/" TargetMode="External"/><Relationship Id="rId11" Type="http://schemas.openxmlformats.org/officeDocument/2006/relationships/hyperlink" Target="https://www.cbsnews.com/news/do-bisexual-men-really-exist/" TargetMode="External"/><Relationship Id="rId12" Type="http://schemas.openxmlformats.org/officeDocument/2006/relationships/hyperlink" Target="https://doi.org/10.1073/pnas.2003631117" TargetMode="External"/><Relationship Id="rId13" Type="http://schemas.openxmlformats.org/officeDocument/2006/relationships/hyperlink" Target="https://www.essex.ac.uk/news/2020/07/20/bisexual-men-are-neither-gay-nor-straight" TargetMode="External"/><Relationship Id="rId14" Type="http://schemas.openxmlformats.org/officeDocument/2006/relationships/hyperlink" Target="https://www.psychologytoday.com/us/blog/sex-sexuality-and-romance/202406/do-bi-men-ex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