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Reasons Mid-Missouri PrideFest Matters to Columbia Families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gathering in Columbia, Missouri, for Mid-Missouri PrideFest, a colourful community celebration built around visibility, support and practical resources. With live entertainment, local organisations and health information on offer, the event gives LGBTQ+ residents and allies a welcoming place to connect, celebrate and feel seen.</w:t>
      </w:r>
      <w:r/>
    </w:p>
    <w:p>
      <w:pPr>
        <w:pStyle w:val="Heading2"/>
      </w:pPr>
      <w:r>
        <w:t>Essential Takeaways</w:t>
      </w:r>
      <w:r/>
      <w:r/>
    </w:p>
    <w:p>
      <w:pPr>
        <w:pStyle w:val="ListBullet"/>
        <w:spacing w:line="240" w:lineRule="auto"/>
        <w:ind w:left="720"/>
      </w:pPr>
      <w:r/>
      <w:r>
        <w:rPr>
          <w:b/>
        </w:rPr>
        <w:t>Community first:</w:t>
      </w:r>
      <w:r>
        <w:t xml:space="preserve"> Mid-Missouri PrideFest brings LGBTQ+ residents, families and allies together in a friendly public setting.</w:t>
      </w:r>
      <w:r/>
    </w:p>
    <w:p>
      <w:pPr>
        <w:pStyle w:val="ListBullet"/>
        <w:spacing w:line="240" w:lineRule="auto"/>
        <w:ind w:left="720"/>
      </w:pPr>
      <w:r/>
      <w:r>
        <w:rPr>
          <w:b/>
        </w:rPr>
        <w:t>More than a party:</w:t>
      </w:r>
      <w:r>
        <w:t xml:space="preserve"> The festival combines celebration with information, services and community support.</w:t>
      </w:r>
      <w:r/>
    </w:p>
    <w:p>
      <w:pPr>
        <w:pStyle w:val="ListBullet"/>
        <w:spacing w:line="240" w:lineRule="auto"/>
        <w:ind w:left="720"/>
      </w:pPr>
      <w:r/>
      <w:r>
        <w:rPr>
          <w:b/>
        </w:rPr>
        <w:t>Health resources included:</w:t>
      </w:r>
      <w:r>
        <w:t xml:space="preserve"> Visitors can access education and rapid HIV and syphilis testing.</w:t>
      </w:r>
      <w:r/>
    </w:p>
    <w:p>
      <w:pPr>
        <w:pStyle w:val="ListBullet"/>
        <w:spacing w:line="240" w:lineRule="auto"/>
        <w:ind w:left="720"/>
      </w:pPr>
      <w:r/>
      <w:r>
        <w:rPr>
          <w:b/>
        </w:rPr>
        <w:t>Local energy matters:</w:t>
      </w:r>
      <w:r>
        <w:t xml:space="preserve"> Performances, vendors and organisations help give the event its distinctly Columbian feel.</w:t>
      </w:r>
      <w:r/>
    </w:p>
    <w:p>
      <w:pPr>
        <w:pStyle w:val="ListBullet"/>
        <w:spacing w:line="240" w:lineRule="auto"/>
        <w:ind w:left="720"/>
      </w:pPr>
      <w:r/>
      <w:r>
        <w:rPr>
          <w:b/>
        </w:rPr>
        <w:t>A welcoming atmosphere:</w:t>
      </w:r>
      <w:r>
        <w:t xml:space="preserve"> The festival is designed to make connection feel easy, visible and joyful.</w:t>
      </w:r>
      <w:r/>
      <w:r/>
    </w:p>
    <w:p>
      <w:pPr>
        <w:pStyle w:val="Heading2"/>
      </w:pPr>
      <w:r>
        <w:t>Columbia's Pride celebration is about belonging</w:t>
      </w:r>
      <w:r/>
    </w:p>
    <w:p>
      <w:r/>
      <w:r>
        <w:t>The strongest part of Mid-Missouri PrideFest isn't just the colour, music or bustle. It's the simple sight of people arriving as themselves, greeting old friends and finding a community that feels open and reassuring.</w:t>
      </w:r>
      <w:r/>
    </w:p>
    <w:p>
      <w:r/>
      <w:r>
        <w:t xml:space="preserve">The festival has become a regular fixture in Columbia's events calendar, drawing LGBTQ+ people, supporters and curious visitors into the same space. Inside Columbia described the gathering as a celebration of love, while KBIA reported on its return to the city and its role in bringing people together.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 xml:space="preserve">That combination gives the event a warm, grounded quality. It's celebratory, certainly, but it also feels useful, which is no small thing for anyone looking for local support rather than a one-off spectacle. </w:t>
      </w:r>
      <w:hyperlink r:id="rId10">
        <w:r>
          <w:rPr>
            <w:color w:val="0000EE"/>
            <w:u w:val="single"/>
          </w:rPr>
          <w:t>[3]</w:t>
        </w:r>
      </w:hyperlink>
      <w:r>
        <w:t xml:space="preserve">, </w:t>
      </w:r>
      <w:hyperlink r:id="rId11">
        <w:r>
          <w:rPr>
            <w:color w:val="0000EE"/>
            <w:u w:val="single"/>
          </w:rPr>
          <w:t>[4]</w:t>
        </w:r>
      </w:hyperlink>
      <w:r/>
    </w:p>
    <w:p>
      <w:pPr>
        <w:pStyle w:val="Heading2"/>
      </w:pPr>
      <w:r>
        <w:t>A festival with practical help built in</w:t>
      </w:r>
      <w:r/>
    </w:p>
    <w:p>
      <w:r/>
      <w:r>
        <w:t xml:space="preserve">Mid-Missouri PrideFest also shows how community events can do more than fill a weekend afternoon. The Columbia-Boone County Public Health and Human Services Department offered education alongside rapid HIV and syphilis testing, according to KBIA. </w:t>
      </w:r>
      <w:hyperlink r:id="rId9">
        <w:r>
          <w:rPr>
            <w:color w:val="0000EE"/>
            <w:u w:val="single"/>
          </w:rPr>
          <w:t>[2]</w:t>
        </w:r>
      </w:hyperlink>
      <w:r/>
    </w:p>
    <w:p>
      <w:r/>
      <w:r>
        <w:t xml:space="preserve">That health focus matters because it places trusted information in a relaxed, accessible setting. Visitors don't have to navigate a formal appointment or an unfamiliar building first; they can learn, ask questions and consider testing while already surrounded by supportive organisations. </w:t>
      </w:r>
      <w:hyperlink r:id="rId9">
        <w:r>
          <w:rPr>
            <w:color w:val="0000EE"/>
            <w:u w:val="single"/>
          </w:rPr>
          <w:t>[2]</w:t>
        </w:r>
      </w:hyperlink>
      <w:r/>
    </w:p>
    <w:p>
      <w:r/>
      <w:r>
        <w:t>The approach feels refreshingly straightforward. Pride celebrations can be joyful and still make room for the everyday services that help people stay healthy and informed.</w:t>
      </w:r>
      <w:r/>
    </w:p>
    <w:p>
      <w:pPr>
        <w:pStyle w:val="Heading2"/>
      </w:pPr>
      <w:r>
        <w:t>Live entertainment keeps the atmosphere moving</w:t>
      </w:r>
      <w:r/>
    </w:p>
    <w:p>
      <w:r/>
      <w:r>
        <w:t xml:space="preserve">Music and performances provide the festival's pulse, helping turn a collection of stalls and information points into a proper celebration. Event listings from Rose Music Hall and Visit Columbia describe Mid-Missouri PrideFest as a community event with entertainment and local participation. </w:t>
      </w:r>
      <w:hyperlink r:id="rId12">
        <w:r>
          <w:rPr>
            <w:color w:val="0000EE"/>
            <w:u w:val="single"/>
          </w:rPr>
          <w:t>[6]</w:t>
        </w:r>
      </w:hyperlink>
      <w:r>
        <w:t xml:space="preserve">, </w:t>
      </w:r>
      <w:hyperlink r:id="rId13">
        <w:r>
          <w:rPr>
            <w:color w:val="0000EE"/>
            <w:u w:val="single"/>
          </w:rPr>
          <w:t>[7]</w:t>
        </w:r>
      </w:hyperlink>
      <w:r/>
    </w:p>
    <w:p>
      <w:r/>
      <w:r>
        <w:t xml:space="preserve">That mix is important. A quiet conversation with an organisation might be the reason someone attends, but a lively performance is often what makes them stay, relax and enjoy the moment. Meanwhile, vendors and community groups create plenty of opportunities for low-pressure browsing and conversation. </w:t>
      </w:r>
      <w:hyperlink r:id="rId14">
        <w:r>
          <w:rPr>
            <w:color w:val="0000EE"/>
            <w:u w:val="single"/>
          </w:rPr>
          <w:t>[5]</w:t>
        </w:r>
      </w:hyperlink>
      <w:r>
        <w:t xml:space="preserve">, </w:t>
      </w:r>
      <w:hyperlink r:id="rId12">
        <w:r>
          <w:rPr>
            <w:color w:val="0000EE"/>
            <w:u w:val="single"/>
          </w:rPr>
          <w:t>[6]</w:t>
        </w:r>
      </w:hyperlink>
      <w:r/>
    </w:p>
    <w:p>
      <w:r/>
      <w:r>
        <w:t>For families and first-time visitors, that variety can make the day feel easier to navigate. There are different ways to take part, whether you're there for the music, the information, the people or simply the reassuring feeling of being somewhere welcoming.</w:t>
      </w:r>
      <w:r/>
    </w:p>
    <w:p>
      <w:pPr>
        <w:pStyle w:val="Heading2"/>
      </w:pPr>
      <w:r>
        <w:t>Why local Pride events still matter</w:t>
      </w:r>
      <w:r/>
    </w:p>
    <w:p>
      <w:r/>
      <w:r>
        <w:t xml:space="preserve">Large city festivals often attract attention, but regional events have their own value. Mid-Missouri PrideFest gives people in and around Columbia a place to meet locally, support nearby organisations and see LGBTQ+ visibility reflected in their own community. </w:t>
      </w:r>
      <w:hyperlink r:id="rId10">
        <w:r>
          <w:rPr>
            <w:color w:val="0000EE"/>
            <w:u w:val="single"/>
          </w:rPr>
          <w:t>[3]</w:t>
        </w:r>
      </w:hyperlink>
      <w:r>
        <w:t xml:space="preserve">, </w:t>
      </w:r>
      <w:hyperlink r:id="rId11">
        <w:r>
          <w:rPr>
            <w:color w:val="0000EE"/>
            <w:u w:val="single"/>
          </w:rPr>
          <w:t>[4]</w:t>
        </w:r>
      </w:hyperlink>
      <w:r/>
    </w:p>
    <w:p>
      <w:r/>
      <w:r>
        <w:t xml:space="preserve">That local focus can make conversations feel more personal. The faces behind the tables are likely to be people working, volunteering or organising in the same area, so support feels closer to home rather than abstract. Event directories including Como411 and Visit Columbia list the festival as part of the area's wider community and cultural calendar. </w:t>
      </w:r>
      <w:hyperlink r:id="rId14">
        <w:r>
          <w:rPr>
            <w:color w:val="0000EE"/>
            <w:u w:val="single"/>
          </w:rPr>
          <w:t>[5]</w:t>
        </w:r>
      </w:hyperlink>
      <w:r>
        <w:t xml:space="preserve">, </w:t>
      </w:r>
      <w:hyperlink r:id="rId13">
        <w:r>
          <w:rPr>
            <w:color w:val="0000EE"/>
            <w:u w:val="single"/>
          </w:rPr>
          <w:t>[7]</w:t>
        </w:r>
      </w:hyperlink>
      <w:r/>
    </w:p>
    <w:p>
      <w:r/>
      <w:r>
        <w:t>For allies, it also offers a practical way to show support without overcomplicating things. Turn up, listen, spend with local vendors, share the event and give people room to enjoy themselves. Sometimes solidarity looks wonderfully ordinary.</w:t>
      </w:r>
      <w:r/>
    </w:p>
    <w:p>
      <w:pPr>
        <w:pStyle w:val="Heading2"/>
      </w:pPr>
      <w:r>
        <w:t>Planning a comfortable PrideFest visit</w:t>
      </w:r>
      <w:r/>
    </w:p>
    <w:p>
      <w:r/>
      <w:r>
        <w:t xml:space="preserve">Visitors can make the most of the day by checking the latest event details before setting out. Event pages from Rose Music Hall, Como411 and Visit Columbia provide useful starting points for dates, location and programme information, although schedules can change. </w:t>
      </w:r>
      <w:hyperlink r:id="rId14">
        <w:r>
          <w:rPr>
            <w:color w:val="0000EE"/>
            <w:u w:val="single"/>
          </w:rPr>
          <w:t>[5]</w:t>
        </w:r>
      </w:hyperlink>
      <w:r>
        <w:t xml:space="preserve">, </w:t>
      </w:r>
      <w:hyperlink r:id="rId12">
        <w:r>
          <w:rPr>
            <w:color w:val="0000EE"/>
            <w:u w:val="single"/>
          </w:rPr>
          <w:t>[6]</w:t>
        </w:r>
      </w:hyperlink>
      <w:r>
        <w:t xml:space="preserve">, </w:t>
      </w:r>
      <w:hyperlink r:id="rId13">
        <w:r>
          <w:rPr>
            <w:color w:val="0000EE"/>
            <w:u w:val="single"/>
          </w:rPr>
          <w:t>[7]</w:t>
        </w:r>
      </w:hyperlink>
      <w:r/>
    </w:p>
    <w:p>
      <w:r/>
      <w:r>
        <w:t>Comfort matters too. Wear shoes suited to standing and walking, bring water if the weather is warm and allow time to browse rather than rushing between activities. If you're interested in health services, look for the relevant information point early, so you know what's available and when.</w:t>
      </w:r>
      <w:r/>
    </w:p>
    <w:p>
      <w:r/>
      <w:r>
        <w:t xml:space="preserve">Most importantly, arrive with an open mind. Whether you're a regular attendee or visiting for the first time, the festival's real appeal is the chance to share a public space where celebration and care sit comfortably side by side. </w:t>
      </w:r>
      <w:hyperlink r:id="rId9">
        <w:r>
          <w:rPr>
            <w:color w:val="0000EE"/>
            <w:u w:val="single"/>
          </w:rPr>
          <w:t>[2]</w:t>
        </w:r>
      </w:hyperlink>
      <w:r>
        <w:t xml:space="preserve">, </w:t>
      </w:r>
      <w:hyperlink r:id="rId11">
        <w:r>
          <w:rPr>
            <w:color w:val="0000EE"/>
            <w:u w:val="single"/>
          </w:rPr>
          <w:t>[4]</w:t>
        </w:r>
      </w:hyperlink>
      <w:r/>
    </w:p>
    <w:p>
      <w:r/>
      <w:r>
        <w:t>Mid-Missouri PrideFest is a bright reminder that community feels strongest when everyone has room to take part.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12">
        <w:r>
          <w:rPr>
            <w:color w:val="0000EE"/>
            <w:u w:val="single"/>
          </w:rPr>
          <w:t>[6]</w:t>
        </w:r>
      </w:hyperlink>
      <w:r>
        <w:t xml:space="preserve">, </w:t>
      </w:r>
      <w:hyperlink r:id="rId13">
        <w:r>
          <w:rPr>
            <w:color w:val="0000EE"/>
            <w:u w:val="single"/>
          </w:rPr>
          <w:t>[7]</w:t>
        </w:r>
      </w:hyperlink>
      <w:r>
        <w:t xml:space="preserve">- Paragraph 7: </w:t>
      </w:r>
      <w:hyperlink r:id="rId14">
        <w:r>
          <w:rPr>
            <w:color w:val="0000EE"/>
            <w:u w:val="single"/>
          </w:rPr>
          <w:t>[5]</w:t>
        </w:r>
      </w:hyperlink>
      <w:r>
        <w:t xml:space="preserve">, </w:t>
      </w:r>
      <w:hyperlink r:id="rId12">
        <w:r>
          <w:rPr>
            <w:color w:val="0000EE"/>
            <w:u w:val="single"/>
          </w:rPr>
          <w:t>[6]</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4">
        <w:r>
          <w:rPr>
            <w:color w:val="0000EE"/>
            <w:u w:val="single"/>
          </w:rPr>
          <w:t>[5]</w:t>
        </w:r>
      </w:hyperlink>
      <w:r>
        <w:t xml:space="preserve">, </w:t>
      </w:r>
      <w:hyperlink r:id="rId13">
        <w:r>
          <w:rPr>
            <w:color w:val="0000EE"/>
            <w:u w:val="single"/>
          </w:rPr>
          <w:t>[7]</w:t>
        </w:r>
      </w:hyperlink>
      <w:r>
        <w:t xml:space="preserve">- Paragraph 10: </w:t>
      </w:r>
      <w:hyperlink r:id="rId14">
        <w:r>
          <w:rPr>
            <w:color w:val="0000EE"/>
            <w:u w:val="single"/>
          </w:rPr>
          <w:t>[5]</w:t>
        </w:r>
      </w:hyperlink>
      <w:r>
        <w:t xml:space="preserve">, </w:t>
      </w:r>
      <w:hyperlink r:id="rId12">
        <w:r>
          <w:rPr>
            <w:color w:val="0000EE"/>
            <w:u w:val="single"/>
          </w:rPr>
          <w:t>[6]</w:t>
        </w:r>
      </w:hyperlink>
      <w:r>
        <w:t xml:space="preserve">, </w:t>
      </w:r>
      <w:hyperlink r:id="rId13">
        <w:r>
          <w:rPr>
            <w:color w:val="0000EE"/>
            <w:u w:val="single"/>
          </w:rPr>
          <w:t>[7]</w:t>
        </w:r>
      </w:hyperlink>
      <w:r>
        <w:t xml:space="preserve">- Paragraph 11: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https://www.columbiamissourian.com/news/local/a-beautiful-labor-of-love-mid-missouri-pridefest-celebrates-supports-community/article_368b1728-f025-4f8b-81bd-5043bc9aa407.html</w:t>
        </w:r>
      </w:hyperlink>
      <w:r>
        <w:t xml:space="preserve"> - Please view link - unable to able to access data</w:t>
      </w:r>
      <w:r/>
    </w:p>
    <w:p>
      <w:pPr>
        <w:pStyle w:val="ListNumber"/>
        <w:spacing w:line="240" w:lineRule="auto"/>
        <w:ind w:left="720"/>
      </w:pPr>
      <w:r/>
      <w:hyperlink r:id="rId9">
        <w:r>
          <w:rPr>
            <w:color w:val="0000EE"/>
            <w:u w:val="single"/>
          </w:rPr>
          <w:t>https://www.kbia.org/kbia-news/2023-09-25/health-department-providing-education-and-new-rapid-hiv-syphilis-test-at-mid-missouri-pridefest</w:t>
        </w:r>
      </w:hyperlink>
      <w:r>
        <w:t xml:space="preserve"> - The Columbia/Boone County Public Health &amp; Human Services department participated in the Mid-Missouri PrideFest by offering STI testing, education, and a new rapid test for both HIV and syphilis. This initiative aimed to support and provide information to the LGBTQIA+ community, including youth who may not have had access to such resources before. The department has been attending PrideFest for years to offer support and information to the community.</w:t>
      </w:r>
      <w:r/>
    </w:p>
    <w:p>
      <w:pPr>
        <w:pStyle w:val="ListNumber"/>
        <w:spacing w:line="240" w:lineRule="auto"/>
        <w:ind w:left="720"/>
      </w:pPr>
      <w:r/>
      <w:hyperlink r:id="rId10">
        <w:r>
          <w:rPr>
            <w:color w:val="0000EE"/>
            <w:u w:val="single"/>
          </w:rPr>
          <w:t>https://insidecolumbia.net/insider/inside-scoop/mid-missouri-pride-fest-to-celebrate-love-this-weekend/</w:t>
        </w:r>
      </w:hyperlink>
      <w:r>
        <w:t xml:space="preserve"> - Mid-Missouri PrideFest 2023 celebrated the LGBTQIA+ community with a weekend of free events at Rose Music Hall in Columbia, Missouri. The festival featured a street fair with over 170 vendors, an expanded family area, health pavilion, main stage performances, and food vendors. The event included a parade on Sunday, with headlining musical performers and a drag showcase each evening. The all-volunteer organisation focused on total inclusivity and presented the annual celebration of the LGBTQ+ community in Columbia.</w:t>
      </w:r>
      <w:r/>
    </w:p>
    <w:p>
      <w:pPr>
        <w:pStyle w:val="ListNumber"/>
        <w:spacing w:line="240" w:lineRule="auto"/>
        <w:ind w:left="720"/>
      </w:pPr>
      <w:r/>
      <w:hyperlink r:id="rId11">
        <w:r>
          <w:rPr>
            <w:color w:val="0000EE"/>
            <w:u w:val="single"/>
          </w:rPr>
          <w:t>https://www.kbia.org/missouri-news/2023-09-22/mid-missouri-pridefest-returns-to-columbia-this-weekend</w:t>
        </w:r>
      </w:hyperlink>
      <w:r>
        <w:t xml:space="preserve"> - Mid-Missouri PrideFest returned to Columbia, Missouri, with a weekend-long celebration of the LGBTQIA+ community. The festivities included vendors, musicians, and drag performances, with expanded space and more food vendors than ever before. Family and community-based activities such as puppy yoga, a designated family area, and a Mayor Barbara Buffaloe look-alike contest were also part of the event. A parade took place on Sunday to show support for the LGBTQIA+ community.</w:t>
      </w:r>
      <w:r/>
    </w:p>
    <w:p>
      <w:pPr>
        <w:pStyle w:val="ListNumber"/>
        <w:spacing w:line="240" w:lineRule="auto"/>
        <w:ind w:left="720"/>
      </w:pPr>
      <w:r/>
      <w:hyperlink r:id="rId14">
        <w:r>
          <w:rPr>
            <w:color w:val="0000EE"/>
            <w:u w:val="single"/>
          </w:rPr>
          <w:t>https://www.como411.com/events/midmo-pridefest-6th7s</w:t>
        </w:r>
      </w:hyperlink>
      <w:r>
        <w:t xml:space="preserve"> - Mid-MO PrideFest, held annually in Columbia, Missouri, is a family-friendly event that includes live entertainment, food trucks, over 125 vendors, health organisations, community service-based information, and an expanded family area. The event is typically held in September and is presented by an all-volunteer organisation focused on total inclusivity, celebrating the lesbian, gay, bisexual, transgender, queer, questioning, intersex, pansexual, asexual, and ally community in Mid-Missouri.</w:t>
      </w:r>
      <w:r/>
    </w:p>
    <w:p>
      <w:pPr>
        <w:pStyle w:val="ListNumber"/>
        <w:spacing w:line="240" w:lineRule="auto"/>
        <w:ind w:left="720"/>
      </w:pPr>
      <w:r/>
      <w:hyperlink r:id="rId12">
        <w:r>
          <w:rPr>
            <w:color w:val="0000EE"/>
            <w:u w:val="single"/>
          </w:rPr>
          <w:t>https://rosemusichall.com/event/mid-mo-pridefest/</w:t>
        </w:r>
      </w:hyperlink>
      <w:r>
        <w:t xml:space="preserve"> - Mid-Missouri PrideFest 2026 is scheduled to take place at Rose Park (Outside) on Saturday, September 26, 2026. The event is free and open to all ages. Attendees are encouraged to pack light, as bags will be searched upon entry. The venue operates on a cashless policy, accepting only credit and debit cards, as well as mobile payment options like Apple Pay and Google Pay.</w:t>
      </w:r>
      <w:r/>
    </w:p>
    <w:p>
      <w:pPr>
        <w:pStyle w:val="ListNumber"/>
        <w:spacing w:line="240" w:lineRule="auto"/>
        <w:ind w:left="720"/>
      </w:pPr>
      <w:r/>
      <w:hyperlink r:id="rId13">
        <w:r>
          <w:rPr>
            <w:color w:val="0000EE"/>
            <w:u w:val="single"/>
          </w:rPr>
          <w:t>https://www.visitcolumbiamo.com/directory/mid-mo-pridefest/</w:t>
        </w:r>
      </w:hyperlink>
      <w:r>
        <w:t xml:space="preserve"> - Mid-MO PrideFest is an all-volunteer organisation focused on total inclusivity, presenting the annual celebration of the LGBTQIA+ community in Mid-Missouri. The family-friendly event is typically held in September in Columbia, Missouri, and includes live entertainment, food trucks, over 125 vendors, health organisations, community service-based information, and an expanded family area. The event aims to celebrate and support the lesbian, gay, bisexual, transgender, queer, questioning, intersex, pansexual, asexual, and ally community in Mid-Missouri.</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bia.org/kbia-news/2023-09-25/health-department-providing-education-and-new-rapid-hiv-syphilis-test-at-mid-missouri-pridefest" TargetMode="External"/><Relationship Id="rId10" Type="http://schemas.openxmlformats.org/officeDocument/2006/relationships/hyperlink" Target="https://insidecolumbia.net/insider/inside-scoop/mid-missouri-pride-fest-to-celebrate-love-this-weekend/" TargetMode="External"/><Relationship Id="rId11" Type="http://schemas.openxmlformats.org/officeDocument/2006/relationships/hyperlink" Target="https://www.kbia.org/missouri-news/2023-09-22/mid-missouri-pridefest-returns-to-columbia-this-weekend" TargetMode="External"/><Relationship Id="rId12" Type="http://schemas.openxmlformats.org/officeDocument/2006/relationships/hyperlink" Target="https://rosemusichall.com/event/mid-mo-pridefest/" TargetMode="External"/><Relationship Id="rId13" Type="http://schemas.openxmlformats.org/officeDocument/2006/relationships/hyperlink" Target="https://www.visitcolumbiamo.com/directory/mid-mo-pridefest/" TargetMode="External"/><Relationship Id="rId14" Type="http://schemas.openxmlformats.org/officeDocument/2006/relationships/hyperlink" Target="https://www.como411.com/events/midmo-pridefest-6th7s" TargetMode="External"/><Relationship Id="rId15" Type="http://schemas.openxmlformats.org/officeDocument/2006/relationships/hyperlink" Target="https://www.columbiamissourian.com/news/local/a-beautiful-labor-of-love-mid-missouri-pridefest-celebrates-supports-community/article_368b1728-f025-4f8b-81bd-5043bc9aa407.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