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Chancery Rosewood London: A Luxury Hotel With An Open-Door Promise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The Chancery Rosewood in London, where a former US Embassy has been reimagined as a colourful luxury hotel, dining destination and cultural meeting place. Led by openly gay managing director Michael Bonsor, the Mayfair landmark aims to replace old barriers with thoughtful service, striking design and a warmer sense of welcome.</w:t>
      </w:r>
      <w:r/>
    </w:p>
    <w:p>
      <w:pPr>
        <w:pStyle w:val="Heading2"/>
      </w:pPr>
      <w:r>
        <w:t>Essential Takeaways</w:t>
      </w:r>
      <w:r/>
      <w:r/>
    </w:p>
    <w:p>
      <w:pPr>
        <w:pStyle w:val="ListBullet"/>
        <w:spacing w:line="240" w:lineRule="auto"/>
        <w:ind w:left="720"/>
      </w:pPr>
      <w:r/>
      <w:r>
        <w:rPr>
          <w:b/>
        </w:rPr>
        <w:t>A landmark reborn:</w:t>
      </w:r>
      <w:r>
        <w:t xml:space="preserve"> The former US Embassy on Grosvenor Square has been transformed into a Rosewood hotel.</w:t>
      </w:r>
      <w:r/>
    </w:p>
    <w:p>
      <w:pPr>
        <w:pStyle w:val="ListBullet"/>
        <w:spacing w:line="240" w:lineRule="auto"/>
        <w:ind w:left="720"/>
      </w:pPr>
      <w:r/>
      <w:r>
        <w:rPr>
          <w:b/>
        </w:rPr>
        <w:t>Designed for discovery:</w:t>
      </w:r>
      <w:r>
        <w:t xml:space="preserve"> Guests can explore restaurants, bars, art-filled interiors and event spaces across the building.</w:t>
      </w:r>
      <w:r/>
    </w:p>
    <w:p>
      <w:pPr>
        <w:pStyle w:val="ListBullet"/>
        <w:spacing w:line="240" w:lineRule="auto"/>
        <w:ind w:left="720"/>
      </w:pPr>
      <w:r/>
      <w:r>
        <w:rPr>
          <w:b/>
        </w:rPr>
        <w:t>Service feels personal:</w:t>
      </w:r>
      <w:r>
        <w:t xml:space="preserve"> The hotel focuses on flexible arrivals, tailored recommendations and discreet support.</w:t>
      </w:r>
      <w:r/>
    </w:p>
    <w:p>
      <w:pPr>
        <w:pStyle w:val="ListBullet"/>
        <w:spacing w:line="240" w:lineRule="auto"/>
        <w:ind w:left="720"/>
      </w:pPr>
      <w:r/>
      <w:r>
        <w:rPr>
          <w:b/>
        </w:rPr>
        <w:t>A cultural address:</w:t>
      </w:r>
      <w:r>
        <w:t xml:space="preserve"> Its ambition extends beyond overnight stays, with the property positioned as a social hub for London.</w:t>
      </w:r>
      <w:r/>
    </w:p>
    <w:p>
      <w:pPr>
        <w:pStyle w:val="ListBullet"/>
        <w:spacing w:line="240" w:lineRule="auto"/>
        <w:ind w:left="720"/>
      </w:pPr>
      <w:r/>
      <w:r>
        <w:rPr>
          <w:b/>
        </w:rPr>
        <w:t>Architecture meets atmosphere:</w:t>
      </w:r>
      <w:r>
        <w:t xml:space="preserve"> Modernist bones remain, but warmer interiors and carefully chosen artwork soften the imposing structure.</w:t>
      </w:r>
      <w:r/>
      <w:r/>
    </w:p>
    <w:p>
      <w:pPr>
        <w:pStyle w:val="Heading2"/>
      </w:pPr>
      <w:r>
        <w:t>A former embassy gets a very different welcome</w:t>
      </w:r>
      <w:r/>
    </w:p>
    <w:p>
      <w:r/>
      <w:r>
        <w:t>The most striking thing about The Chancery Rosewood may be what it no longer asks guests to do. There are no security queues, appointment letters or stern-looking checkpoints waiting outside. Instead, the Grosvenor Square building now invites visitors into a world of polished stone, soft lighting, art and the gentle hum of a busy hotel.</w:t>
      </w:r>
      <w:r/>
    </w:p>
    <w:p>
      <w:r/>
      <w:r>
        <w:t xml:space="preserve">Rosewood describes the property as a significant new London address, with accommodation, dining, wellness and event spaces brought together under one roof. The result is less a conventional hotel than a small urban ecosystem, one where a drink, dinner, business meeting or major celebration can all happen in the same extraordinary setting. </w:t>
      </w:r>
      <w:hyperlink r:id="rId9">
        <w:r>
          <w:rPr>
            <w:color w:val="0000EE"/>
            <w:u w:val="single"/>
          </w:rPr>
          <w:t>[2]</w:t>
        </w:r>
      </w:hyperlink>
      <w:r>
        <w:t xml:space="preserve">, </w:t>
      </w:r>
      <w:hyperlink r:id="rId10">
        <w:r>
          <w:rPr>
            <w:color w:val="0000EE"/>
            <w:u w:val="single"/>
          </w:rPr>
          <w:t>[5]</w:t>
        </w:r>
      </w:hyperlink>
      <w:r/>
    </w:p>
    <w:p>
      <w:r/>
      <w:r>
        <w:t xml:space="preserve">That change of mood matters. The building was designed by Eero Saarinen and opened in 1960 as the US Embassy, so its history is bound up with controlled access and official business. Now, its renewed identity depends on doing almost the opposite: making the building feel open, lived-in and connected to the city. </w:t>
      </w:r>
      <w:hyperlink r:id="rId11">
        <w:r>
          <w:rPr>
            <w:color w:val="0000EE"/>
            <w:u w:val="single"/>
          </w:rPr>
          <w:t>[4]</w:t>
        </w:r>
      </w:hyperlink>
      <w:r>
        <w:t xml:space="preserve">, </w:t>
      </w:r>
      <w:hyperlink r:id="rId12">
        <w:r>
          <w:rPr>
            <w:color w:val="0000EE"/>
            <w:u w:val="single"/>
          </w:rPr>
          <w:t>[6]</w:t>
        </w:r>
      </w:hyperlink>
      <w:r/>
    </w:p>
    <w:p>
      <w:pPr>
        <w:pStyle w:val="Heading2"/>
      </w:pPr>
      <w:r>
        <w:t>The Chancery Rosewood keeps its Modernist soul</w:t>
      </w:r>
      <w:r/>
    </w:p>
    <w:p>
      <w:r/>
      <w:r>
        <w:t>The renovation hasn't tried to disguise the building's imposing character. Its Modernist structure remains the visual anchor, while the interiors introduce richer textures, contemporary furnishings and an extensive collection of art. It's a smart approach, because flattening the building into a generic five-star hotel would have robbed it of much of its appeal.</w:t>
      </w:r>
      <w:r/>
    </w:p>
    <w:p>
      <w:r/>
      <w:r>
        <w:t xml:space="preserve">Rosewood says the property includes more than 800 works of art, selected to create different moods throughout the hotel. That means the experience changes as you move around: a grand arrival gives way to quieter corners, intimate lounges and more theatrical dining rooms. </w:t>
      </w:r>
      <w:hyperlink r:id="rId9">
        <w:r>
          <w:rPr>
            <w:color w:val="0000EE"/>
            <w:u w:val="single"/>
          </w:rPr>
          <w:t>[2]</w:t>
        </w:r>
      </w:hyperlink>
      <w:r>
        <w:t xml:space="preserve">, </w:t>
      </w:r>
      <w:hyperlink r:id="rId11">
        <w:r>
          <w:rPr>
            <w:color w:val="0000EE"/>
            <w:u w:val="single"/>
          </w:rPr>
          <w:t>[4]</w:t>
        </w:r>
      </w:hyperlink>
      <w:r/>
    </w:p>
    <w:p>
      <w:r/>
      <w:r>
        <w:t xml:space="preserve">Wallpaper's review also highlighted the tension between the building's monumental exterior and its more layered interior. That contrast is part of the fun. Guests aren't simply checking into a room; they're moving through a piece of London's architectural story, with plenty of visual pauses along the way. </w:t>
      </w:r>
      <w:hyperlink r:id="rId12">
        <w:r>
          <w:rPr>
            <w:color w:val="0000EE"/>
            <w:u w:val="single"/>
          </w:rPr>
          <w:t>[6]</w:t>
        </w:r>
      </w:hyperlink>
      <w:r/>
    </w:p>
    <w:p>
      <w:pPr>
        <w:pStyle w:val="Heading2"/>
      </w:pPr>
      <w:r>
        <w:t>Why service, not spectacle, is the real luxury</w:t>
      </w:r>
      <w:r/>
    </w:p>
    <w:p>
      <w:r/>
      <w:r>
        <w:t>A dramatic building gets people through the door, but service determines whether they'll want to return. Michael Bonsor's approach is notably practical: luxury should save guests time, reduce uncertainty and make the unfamiliar feel comfortable.</w:t>
      </w:r>
      <w:r/>
    </w:p>
    <w:p>
      <w:r/>
      <w:r>
        <w:t>That might mean arranging a more flexible arrival, recommending one genuinely suitable restaurant rather than sending over a list of dozens, or speaking to a guest before arrival so the hotel already feels familiar. The best version of luxury hospitality isn't necessarily louder or more lavish. Often, it's the quiet relief of not having to ask twice.</w:t>
      </w:r>
      <w:r/>
    </w:p>
    <w:p>
      <w:r/>
      <w:r>
        <w:t xml:space="preserve">The Chancery Rosewood's website presents the hotel as a highly personalised experience, with suites, dining and guest services designed around individual needs. Hotel Flock similarly points to the property's broad mix of facilities and its position in Mayfair, where convenience is part of the appeal. </w:t>
      </w:r>
      <w:hyperlink r:id="rId9">
        <w:r>
          <w:rPr>
            <w:color w:val="0000EE"/>
            <w:u w:val="single"/>
          </w:rPr>
          <w:t>[2]</w:t>
        </w:r>
      </w:hyperlink>
      <w:r>
        <w:t xml:space="preserve">, </w:t>
      </w:r>
      <w:hyperlink r:id="rId13">
        <w:r>
          <w:rPr>
            <w:color w:val="0000EE"/>
            <w:u w:val="single"/>
          </w:rPr>
          <w:t>[7]</w:t>
        </w:r>
      </w:hyperlink>
      <w:r/>
    </w:p>
    <w:p>
      <w:r/>
      <w:r>
        <w:t>For visitors comparing luxury hotels in London, this is a useful distinction. A large suite and beautiful marble bathroom are lovely, but a thoughtful recommendation, a smooth transfer or a team member who notices hesitation can be what guests remember most.</w:t>
      </w:r>
      <w:r/>
    </w:p>
    <w:p>
      <w:pPr>
        <w:pStyle w:val="Heading2"/>
      </w:pPr>
      <w:r>
        <w:t>Eight bars and restaurants give the hotel a social pulse</w:t>
      </w:r>
      <w:r/>
    </w:p>
    <w:p>
      <w:r/>
      <w:r>
        <w:t>The property is designed to attract more than overnight guests. Its restaurants and bars are central to the ambition, creating reasons for Londoners to visit even when they aren't staying upstairs.</w:t>
      </w:r>
      <w:r/>
    </w:p>
    <w:p>
      <w:r/>
      <w:r>
        <w:t xml:space="preserve">Eagle Bar is one of the clearest examples. Rosewood presents it as a destination for drinks and socialising, with a polished setting that suits both a planned evening and a spontaneous stop after work. It brings a little glamour without requiring guests to commit to a full hotel stay. </w:t>
      </w:r>
      <w:hyperlink r:id="rId14">
        <w:r>
          <w:rPr>
            <w:color w:val="0000EE"/>
            <w:u w:val="single"/>
          </w:rPr>
          <w:t>[3]</w:t>
        </w:r>
      </w:hyperlink>
      <w:r/>
    </w:p>
    <w:p>
      <w:r/>
      <w:r>
        <w:t xml:space="preserve">That wider mix matters because hotels can easily become sealed-off worlds. The Chancery Rosewood is aiming for something more porous, with dining rooms, bars and events helping it join Mayfair's existing rhythm. A successful hotel in this setting shouldn't feel like a private club that happens to have bedrooms. It should feel like somewhere the neighbourhood can claim, too. </w:t>
      </w:r>
      <w:hyperlink r:id="rId9">
        <w:r>
          <w:rPr>
            <w:color w:val="0000EE"/>
            <w:u w:val="single"/>
          </w:rPr>
          <w:t>[2]</w:t>
        </w:r>
      </w:hyperlink>
      <w:r>
        <w:t xml:space="preserve">, </w:t>
      </w:r>
      <w:hyperlink r:id="rId11">
        <w:r>
          <w:rPr>
            <w:color w:val="0000EE"/>
            <w:u w:val="single"/>
          </w:rPr>
          <w:t>[4]</w:t>
        </w:r>
      </w:hyperlink>
      <w:r/>
    </w:p>
    <w:p>
      <w:pPr>
        <w:pStyle w:val="Heading2"/>
      </w:pPr>
      <w:r>
        <w:t>How to make the most of a stay</w:t>
      </w:r>
      <w:r/>
    </w:p>
    <w:p>
      <w:r/>
      <w:r>
        <w:t>First-time visitors should allow time to explore rather than treating the hotel as a place to sleep between London plans. The art, architecture and public areas are part of the experience, and the hotel's scale rewards a slower wander.</w:t>
      </w:r>
      <w:r/>
    </w:p>
    <w:p>
      <w:r/>
      <w:r>
        <w:t xml:space="preserve">It also makes sense to book dining ahead, particularly if you're visiting for a celebration or hoping to try a popular bar. Rosewood's individual dining pages are the best place to check current menus, opening times and availability before travelling. </w:t>
      </w:r>
      <w:hyperlink r:id="rId14">
        <w:r>
          <w:rPr>
            <w:color w:val="0000EE"/>
            <w:u w:val="single"/>
          </w:rPr>
          <w:t>[3]</w:t>
        </w:r>
      </w:hyperlink>
      <w:r/>
    </w:p>
    <w:p>
      <w:r/>
      <w:r>
        <w:t xml:space="preserve">If you're choosing between room categories, think about how you'll use the space rather than simply selecting the largest option. A guest who values privacy, entertaining or a generous sitting room may appreciate a suite, while someone focused on exploring London could find a well-appointed room more than sufficient. The hotel's concierge team can help match the stay to the occasion. </w:t>
      </w:r>
      <w:hyperlink r:id="rId9">
        <w:r>
          <w:rPr>
            <w:color w:val="0000EE"/>
            <w:u w:val="single"/>
          </w:rPr>
          <w:t>[2]</w:t>
        </w:r>
      </w:hyperlink>
      <w:r>
        <w:t xml:space="preserve">, </w:t>
      </w:r>
      <w:hyperlink r:id="rId13">
        <w:r>
          <w:rPr>
            <w:color w:val="0000EE"/>
            <w:u w:val="single"/>
          </w:rPr>
          <w:t>[7]</w:t>
        </w:r>
      </w:hyperlink>
      <w:r/>
    </w:p>
    <w:p>
      <w:pPr>
        <w:pStyle w:val="Heading2"/>
      </w:pPr>
      <w:r>
        <w:t>An old gatekeeper becomes a new gathering place</w:t>
      </w:r>
      <w:r/>
    </w:p>
    <w:p>
      <w:r/>
      <w:r>
        <w:t>The most compelling part of The Chancery Rosewood is its symbolism. A building once associated with permissions, paperwork and anxious appointments is now trying to become a place for celebration, conversation and everyday pleasure.</w:t>
      </w:r>
      <w:r/>
    </w:p>
    <w:p>
      <w:r/>
      <w:r>
        <w:t>That doesn't erase its history, and nor should it. Instead, the contrast gives the hotel emotional depth. Its openness is not just a design decision; it's a statement about what a grand London building can do next.</w:t>
      </w:r>
      <w:r/>
    </w:p>
    <w:p>
      <w:r/>
      <w:r>
        <w:t xml:space="preserve">For LGBTQ+ visitors in particular, welcome is more than a cheerful greeting at reception. It can mean feeling understood, unjudged and able to relax in a space that might initially seem intimidating. The Chancery Rosewood's challenge now is to make that promise feel consistent, whether someone arrives for an extravagant weekend, a drink at the bar or a first important visit to London. </w:t>
      </w:r>
      <w:hyperlink r:id="rId11">
        <w:r>
          <w:rPr>
            <w:color w:val="0000EE"/>
            <w:u w:val="single"/>
          </w:rPr>
          <w:t>[4]</w:t>
        </w:r>
      </w:hyperlink>
      <w:r>
        <w:t xml:space="preserve">, </w:t>
      </w:r>
      <w:hyperlink r:id="rId12">
        <w:r>
          <w:rPr>
            <w:color w:val="0000EE"/>
            <w:u w:val="single"/>
          </w:rPr>
          <w:t>[6]</w:t>
        </w:r>
      </w:hyperlink>
      <w:r/>
    </w:p>
    <w:p>
      <w:r/>
      <w:r>
        <w:t>A former embassy has become an ambitious hotel, but its lasting success will be measured by something simpler: whether people feel they belong there.</w:t>
      </w:r>
      <w:r/>
    </w:p>
    <w:p>
      <w:r/>
      <w:r>
        <w:t>A grand address feels warmer when everyone can walk through the door.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[3]</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https://www.attitude.co.uk/life/the-chancery-rosewood-owner-michael-bonsor-535402/</w:t>
        </w:r>
      </w:hyperlink>
      <w:r>
        <w:t xml:space="preserve"> - Please view link - unable to able to access data</w:t>
      </w:r>
      <w:r/>
    </w:p>
    <w:p>
      <w:pPr>
        <w:pStyle w:val="ListNumber"/>
        <w:spacing w:line="240" w:lineRule="auto"/>
        <w:ind w:left="720"/>
      </w:pPr>
      <w:r/>
      <w:hyperlink r:id="rId9">
        <w:r>
          <w:rPr>
            <w:color w:val="0000EE"/>
            <w:u w:val="single"/>
          </w:rPr>
          <w:t>https://www.rosewoodhotels.com/en/the-chancery-rosewood</w:t>
        </w:r>
      </w:hyperlink>
      <w:r>
        <w:t xml:space="preserve"> - The Chancery Rosewood is an all-suite luxury hotel located in London's Mayfair district. Housed in the former US Embassy building designed by Eero Saarinen in 1960, the hotel underwent a meticulous transformation by Sir David Chipperfield and Joseph Dirand. It features 144 spacious suites, eight distinctive restaurants and bars, including the European debut of New York's Carbone, and a subterranean Asaya Spa with a 25-metre pool and five treatment rooms. The hotel offers a hyper-personalised experience with no set check-in or check-out times and complimentary airport transfers.</w:t>
      </w:r>
      <w:r/>
    </w:p>
    <w:p>
      <w:pPr>
        <w:pStyle w:val="ListNumber"/>
        <w:spacing w:line="240" w:lineRule="auto"/>
        <w:ind w:left="720"/>
      </w:pPr>
      <w:r/>
      <w:hyperlink r:id="rId14">
        <w:r>
          <w:rPr>
            <w:color w:val="0000EE"/>
            <w:u w:val="single"/>
          </w:rPr>
          <w:t>https://www.rosewoodhotels.com/en/the-chancery-rosewood/dining/eagle-bar</w:t>
        </w:r>
      </w:hyperlink>
      <w:r>
        <w:t xml:space="preserve"> - Eagle Bar is a rooftop venue at The Chancery Rosewood, offering panoramic views of London. Named after the restored 10-foot high, 30-foot wide golden eagle placed on the building in 1960, the bar provides a sophisticated setting for guests to enjoy drinks while overlooking the city skyline.</w:t>
      </w:r>
      <w:r/>
    </w:p>
    <w:p>
      <w:pPr>
        <w:pStyle w:val="ListNumber"/>
        <w:spacing w:line="240" w:lineRule="auto"/>
        <w:ind w:left="720"/>
      </w:pPr>
      <w:r/>
      <w:hyperlink r:id="rId11">
        <w:r>
          <w:rPr>
            <w:color w:val="0000EE"/>
            <w:u w:val="single"/>
          </w:rPr>
          <w:t>https://www.rosewoodhotels.com/en/the-chancery-rosewood/overview/our-story</w:t>
        </w:r>
      </w:hyperlink>
      <w:r>
        <w:t xml:space="preserve"> - The Chancery Rosewood's 'Our Story' page details the hotel's transformation from the former US Embassy to a luxury hotel. It highlights the design philosophy, including the opening of the building to Grosvenor Square, and the introduction of eight bars and restaurants, such as the European premiere of New York's Carbone. The hotel emphasizes a hyper-personalised experience with no set check-in or check-out times and airport transfers crafted for effortless arrivals and departures.</w:t>
      </w:r>
      <w:r/>
    </w:p>
    <w:p>
      <w:pPr>
        <w:pStyle w:val="ListNumber"/>
        <w:spacing w:line="240" w:lineRule="auto"/>
        <w:ind w:left="720"/>
      </w:pPr>
      <w:r/>
      <w:hyperlink r:id="rId10">
        <w:r>
          <w:rPr>
            <w:color w:val="0000EE"/>
            <w:u w:val="single"/>
          </w:rPr>
          <w:t>https://www.rosewoodhotels.com/en/global/media-hub/press-releases/a-design-icon-reborn-the-chancery-rosewood-announces-bookings-open-for/</w:t>
        </w:r>
      </w:hyperlink>
      <w:r>
        <w:t xml:space="preserve"> - This press release announces that The Chancery Rosewood is now accepting reservations for stays starting 1 September 2025. The hotel is described as a new cultural destination in London, featuring 144 spacious suites, eight restaurants and bars, including the first European outpost of New York’s Carbone, and a state-of-the-art ballroom with a capacity of up to 750 guests. The Asaya Spa offers a fitness centre, 25-metre indoor swimming pool, and five treatment rooms.</w:t>
      </w:r>
      <w:r/>
    </w:p>
    <w:p>
      <w:pPr>
        <w:pStyle w:val="ListNumber"/>
        <w:spacing w:line="240" w:lineRule="auto"/>
        <w:ind w:left="720"/>
      </w:pPr>
      <w:r/>
      <w:hyperlink r:id="rId12">
        <w:r>
          <w:rPr>
            <w:color w:val="0000EE"/>
            <w:u w:val="single"/>
          </w:rPr>
          <w:t>https://www.wallpaper.com/travel/hotels/the-chancery-rosewood-london-review</w:t>
        </w:r>
      </w:hyperlink>
      <w:r>
        <w:t xml:space="preserve"> - This review of The Chancery Rosewood praises the hotel's transformation of the former US Embassy building. It highlights the meticulous restoration by Sir David Chipperfield and Joseph Dirand, the 144 spacious suites with luxurious amenities, and the diverse dining options, including the European debut of New York's Carbone. The review also commends the Asaya Spa and fitness areas, emphasizing the hotel's commitment to providing a high-quality experience.</w:t>
      </w:r>
      <w:r/>
    </w:p>
    <w:p>
      <w:pPr>
        <w:pStyle w:val="ListNumber"/>
        <w:spacing w:line="240" w:lineRule="auto"/>
        <w:ind w:left="720"/>
      </w:pPr>
      <w:r/>
      <w:hyperlink r:id="rId13">
        <w:r>
          <w:rPr>
            <w:color w:val="0000EE"/>
            <w:u w:val="single"/>
          </w:rPr>
          <w:t>https://www.hotelflock.com/hotels/the-chancery-rosewood/overview</w:t>
        </w:r>
      </w:hyperlink>
      <w:r>
        <w:t xml:space="preserve"> - Hotel Flock provides an overview of The Chancery Rosewood, describing it as a design-led hotel that leans into mid-century glamour softened by a modern, intimate feel. The hotel offers flexibility with no set check-in or check-out times and complimentary two-way airport transfers. Dining options include Tobi, from the two-Michelin-starred chef behind Masa, Bar Masa, and Kappo Masa in New York, and Jacqueline, which revisits the British tea tradition with a list of over 100 teas.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sewoodhotels.com/en/the-chancery-rosewood" TargetMode="External"/><Relationship Id="rId10" Type="http://schemas.openxmlformats.org/officeDocument/2006/relationships/hyperlink" Target="https://www.rosewoodhotels.com/en/global/media-hub/press-releases/a-design-icon-reborn-the-chancery-rosewood-announces-bookings-open-for/" TargetMode="External"/><Relationship Id="rId11" Type="http://schemas.openxmlformats.org/officeDocument/2006/relationships/hyperlink" Target="https://www.rosewoodhotels.com/en/the-chancery-rosewood/overview/our-story" TargetMode="External"/><Relationship Id="rId12" Type="http://schemas.openxmlformats.org/officeDocument/2006/relationships/hyperlink" Target="https://www.wallpaper.com/travel/hotels/the-chancery-rosewood-london-review" TargetMode="External"/><Relationship Id="rId13" Type="http://schemas.openxmlformats.org/officeDocument/2006/relationships/hyperlink" Target="https://www.hotelflock.com/hotels/the-chancery-rosewood/overview" TargetMode="External"/><Relationship Id="rId14" Type="http://schemas.openxmlformats.org/officeDocument/2006/relationships/hyperlink" Target="https://www.rosewoodhotels.com/en/the-chancery-rosewood/dining/eagle-bar" TargetMode="External"/><Relationship Id="rId15" Type="http://schemas.openxmlformats.org/officeDocument/2006/relationships/hyperlink" Target="https://www.attitude.co.uk/life/the-chancery-rosewood-owner-michael-bonsor-5354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