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 formally recognises Denny Blaine Park’s LGBTQ+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 is giving Denny Blaine Park a new place in the city’s official story, recognising the lakeside spot’s long-standing importance to LGBTQ+ residents while its future use is still being debated. The decision matters because it celebrates queer history without closing the door on practical changes around safety, conduct and public access.</w:t>
      </w:r>
      <w:r/>
    </w:p>
    <w:p>
      <w:pPr>
        <w:pStyle w:val="Heading2"/>
      </w:pPr>
      <w:r>
        <w:t>Essential Takeaways</w:t>
      </w:r>
      <w:r/>
      <w:r/>
    </w:p>
    <w:p>
      <w:pPr>
        <w:pStyle w:val="ListBullet"/>
        <w:spacing w:line="240" w:lineRule="auto"/>
        <w:ind w:left="720"/>
      </w:pPr>
      <w:r/>
      <w:r>
        <w:rPr>
          <w:b/>
        </w:rPr>
        <w:t>Historic recognition:</w:t>
      </w:r>
      <w:r>
        <w:t xml:space="preserve"> Seattle City Council has formally acknowledged Denny Blaine Park as an important LGBTQ+ cultural site.</w:t>
      </w:r>
      <w:r/>
    </w:p>
    <w:p>
      <w:pPr>
        <w:pStyle w:val="ListBullet"/>
        <w:spacing w:line="240" w:lineRule="auto"/>
        <w:ind w:left="720"/>
      </w:pPr>
      <w:r/>
      <w:r>
        <w:rPr>
          <w:b/>
        </w:rPr>
        <w:t>A long community role:</w:t>
      </w:r>
      <w:r>
        <w:t xml:space="preserve"> The park has been a gathering place for queer Seattleites for more than five decades.</w:t>
      </w:r>
      <w:r/>
    </w:p>
    <w:p>
      <w:pPr>
        <w:pStyle w:val="ListBullet"/>
        <w:spacing w:line="240" w:lineRule="auto"/>
        <w:ind w:left="720"/>
      </w:pPr>
      <w:r/>
      <w:r>
        <w:rPr>
          <w:b/>
        </w:rPr>
        <w:t>Trans-inclusive history:</w:t>
      </w:r>
      <w:r>
        <w:t xml:space="preserve"> The resolution specifically recognises the park’s significance to transgender and gender-diverse residents.</w:t>
      </w:r>
      <w:r/>
    </w:p>
    <w:p>
      <w:pPr>
        <w:pStyle w:val="ListBullet"/>
        <w:spacing w:line="240" w:lineRule="auto"/>
        <w:ind w:left="720"/>
      </w:pPr>
      <w:r/>
      <w:r>
        <w:rPr>
          <w:b/>
        </w:rPr>
        <w:t>Preservation plans:</w:t>
      </w:r>
      <w:r>
        <w:t xml:space="preserve"> Community groups and city departments are expected to explore signs, markers and other ways to tell the story.</w:t>
      </w:r>
      <w:r/>
    </w:p>
    <w:p>
      <w:pPr>
        <w:pStyle w:val="ListBullet"/>
        <w:spacing w:line="240" w:lineRule="auto"/>
        <w:ind w:left="720"/>
      </w:pPr>
      <w:r/>
      <w:r>
        <w:rPr>
          <w:b/>
        </w:rPr>
        <w:t>Planning continues:</w:t>
      </w:r>
      <w:r>
        <w:t xml:space="preserve"> The park remains open, while Seattle considers updated guidance on conduct, landscaping, staffing and signage.</w:t>
      </w:r>
      <w:r/>
      <w:r/>
    </w:p>
    <w:p>
      <w:pPr>
        <w:pStyle w:val="Heading2"/>
      </w:pPr>
      <w:r>
        <w:t>A lakeside park gets its place in Seattle history</w:t>
      </w:r>
      <w:r/>
    </w:p>
    <w:p>
      <w:r/>
      <w:r>
        <w:t>Denny Blaine Park has always carried more meaning than its modest size might suggest. For generations of LGBTQ+ Seattleites, the waterfront setting has offered space to gather, relax and be visibly themselves, with the lake breeze and open shoreline forming part of the experience.</w:t>
      </w:r>
      <w:r/>
    </w:p>
    <w:p>
      <w:r/>
      <w:r>
        <w:t>Now, Seattle’s City Council has formally recognised that history. The resolution describes the park as a site of cultural importance to the city’s LGBTQ+ community and acknowledges its particular role for transgender and gender-diverse people.</w:t>
      </w:r>
      <w:r/>
    </w:p>
    <w:p>
      <w:r/>
      <w:r>
        <w:t>Local reporting from Capitol Hill Seattle previously documented the park’s addition to Washington’s Heritage Register, making the city’s action part of a broader shift towards recognising LGBTQ+ places as genuine parts of the public record.</w:t>
      </w:r>
      <w:r/>
    </w:p>
    <w:p>
      <w:pPr>
        <w:pStyle w:val="Heading2"/>
      </w:pPr>
      <w:r>
        <w:t>Why the recognition matters now</w:t>
      </w:r>
      <w:r/>
    </w:p>
    <w:p>
      <w:r/>
      <w:r>
        <w:t>The decision follows a campaign by Friends of Denny Blaine, which asked elected officials to acknowledge the park’s history. Supporters say this is the first time a Seattle elected body has formally named the site’s queer significance.</w:t>
      </w:r>
      <w:r/>
    </w:p>
    <w:p>
      <w:r/>
      <w:r>
        <w:t>That timing is important. Recognition arrives while the city is also working out how Denny Blaine should operate in future, so the resolution isn’t simply a ceremonial pat on the back. It places community memory alongside the more practical questions of behaviour, maintenance and public-space management.</w:t>
      </w:r>
      <w:r/>
    </w:p>
    <w:p>
      <w:r/>
      <w:r>
        <w:t>Washington’s earlier Heritage Register decision helped establish the historical case at state level. Seattle’s vote brings that acknowledgement into the city’s own planning conversation, where it could influence how visitors encounter the park and how its story is presented.</w:t>
      </w:r>
      <w:r/>
    </w:p>
    <w:p>
      <w:pPr>
        <w:pStyle w:val="Heading2"/>
      </w:pPr>
      <w:r>
        <w:t>Signs, markers and a more complete story</w:t>
      </w:r>
      <w:r/>
    </w:p>
    <w:p>
      <w:r/>
      <w:r>
        <w:t>The resolution supports collaboration between Friends of Denny Blaine, Seattle Parks and other community partners on historical markers and interpretation. It also encourages consideration of a Pride flag or similar symbol, subject to community discussion and departmental review.</w:t>
      </w:r>
      <w:r/>
    </w:p>
    <w:p>
      <w:r/>
      <w:r>
        <w:t>That may sound like a small detail, but signs can change how a place is understood. A discreet marker could help visitors see that Denny Blaine isn’t merely a scenic patch of shoreline, but a living piece of queer history shaped by the people who used it.</w:t>
      </w:r>
      <w:r/>
    </w:p>
    <w:p>
      <w:r/>
      <w:r>
        <w:t>The challenge will be getting the tone right. The best interpretation should feel welcoming rather than museum-like, and should acknowledge the park’s history without turning a working public space into a frozen monument.</w:t>
      </w:r>
      <w:r/>
    </w:p>
    <w:p>
      <w:pPr>
        <w:pStyle w:val="Heading2"/>
      </w:pPr>
      <w:r>
        <w:t>What the resolution does not guarantee</w:t>
      </w:r>
      <w:r/>
    </w:p>
    <w:p>
      <w:r/>
      <w:r>
        <w:t>The vote doesn’t create a binding preservation regime or prevent future changes. Instead, it commits the city to collaboration and historical interpretation, leaving the practical rules of the park to separate planning and management processes.</w:t>
      </w:r>
      <w:r/>
    </w:p>
    <w:p>
      <w:r/>
      <w:r>
        <w:t>That distinction matters for anyone following the debate. A heritage acknowledgement can protect visibility and encourage care, but it doesn’t automatically settle questions about conduct, privacy, landscaping or the balance between different groups of park users.</w:t>
      </w:r>
      <w:r/>
    </w:p>
    <w:p>
      <w:r/>
      <w:r>
        <w:t>As Capitol Hill Seattle’s coverage of the site’s heritage listing illustrates, official recognition is an important step, but it’s only one part of the longer conversation about how Denny Blaine should be maintained and experienced.</w:t>
      </w:r>
      <w:r/>
    </w:p>
    <w:p>
      <w:pPr>
        <w:pStyle w:val="Heading2"/>
      </w:pPr>
      <w:r>
        <w:t>The park’s future is still being shaped</w:t>
      </w:r>
      <w:r/>
    </w:p>
    <w:p>
      <w:r/>
      <w:r>
        <w:t>The city is continuing work on Supplemental Use Guidelines, including possible changes involving staffing, buffers, landscaping and signage. Those proposals follow a court ruling that kept the park open and confirmed that nudity remains lawful, while requiring Seattle to do more to address lewd conduct.</w:t>
      </w:r>
      <w:r/>
    </w:p>
    <w:p>
      <w:r/>
      <w:r>
        <w:t>Public feedback on the guidelines and a longer-term planning survey was being accepted through 5 October. That gives residents, regular visitors and community organisations a chance to influence what happens next, rather than leaving the future entirely to officials.</w:t>
      </w:r>
      <w:r/>
    </w:p>
    <w:p>
      <w:r/>
      <w:r>
        <w:t>For visitors, the practical lesson is simple: Denny Blaine’s history is now officially recognised, but its everyday character is still being negotiated. The park’s next chapter will depend on whether Seattle can protect its welcoming, queer identity while making the space work for a wide range of users.</w:t>
      </w:r>
      <w:r/>
    </w:p>
    <w:p>
      <w:r/>
      <w:r>
        <w:t>Denny Blaine’s story is now on the record, and the next task is deciding how thoughtfully it’s told and protected.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[3]</w:t>
        </w:r>
      </w:hyperlink>
      <w:r>
        <w:t xml:space="preserve">- Paragraph 3: </w:t>
      </w:r>
      <w:hyperlink r:id="rId10">
        <w:r>
          <w:rPr>
            <w:color w:val="0000EE"/>
            <w:u w:val="single"/>
          </w:rPr>
          <w:t>[4]</w:t>
        </w:r>
      </w:hyperlink>
      <w:r>
        <w:t xml:space="preserve">- Paragraph 4: </w:t>
      </w:r>
      <w:hyperlink r:id="rId10">
        <w:r>
          <w:rPr>
            <w:color w:val="0000EE"/>
            <w:u w:val="single"/>
          </w:rPr>
          <w:t>[5]</w:t>
        </w:r>
      </w:hyperlink>
      <w:r>
        <w:t xml:space="preserve">- Paragraph 5: </w:t>
      </w:r>
      <w:hyperlink r:id="rId10">
        <w:r>
          <w:rPr>
            <w:color w:val="0000EE"/>
            <w:u w:val="single"/>
          </w:rPr>
          <w:t>[6]</w:t>
        </w:r>
      </w:hyperlink>
      <w:r>
        <w:t xml:space="preserve">- Paragraph 6: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https://www.planetnude.co/p/seattle-formally-recognizes-denny</w:t>
        </w:r>
      </w:hyperlink>
      <w:r>
        <w:t xml:space="preserve"> - Please view link - unable to able to access data</w:t>
      </w:r>
      <w:r/>
    </w:p>
    <w:p>
      <w:pPr>
        <w:pStyle w:val="ListNumber"/>
        <w:spacing w:line="240" w:lineRule="auto"/>
        <w:ind w:left="720"/>
      </w:pPr>
      <w:r/>
      <w:hyperlink r:id="rId10">
        <w:r>
          <w:rPr>
            <w:color w:val="0000EE"/>
            <w:u w:val="single"/>
          </w:rPr>
          <w:t>https://www.capitolhillseattle.com/2025/09/friends-of-denny-blaine-park-and-nude-beach-added-to-washington-heritage-register/</w:t>
        </w:r>
      </w:hyperlink>
      <w:r>
        <w:t xml:space="preserve"> - In September 2025, the Washington State Department of Archaeology and Historic Preservation unanimously voted to add Denny Blaine Park to the State's Heritage Register of historic places. This decision marked two historic firsts: the first nude beach ever nominated in Washington, and the first nomination to explicitly include a direct connection to LGBTQ+ heritage. The park, located on the western shore of Lake Washington, is approximately 2 acres and is primarily used for picnicking, sunbathing, and swimming. The addition to the Heritage Register highlights the park's significance to the LGBTQ+ community and its role as a gathering place for queer Seattleites for over 50 years.</w:t>
      </w:r>
      <w:r/>
    </w:p>
    <w:p>
      <w:pPr>
        <w:pStyle w:val="ListNumber"/>
        <w:spacing w:line="240" w:lineRule="auto"/>
        <w:ind w:left="720"/>
      </w:pPr>
      <w:r/>
      <w:hyperlink r:id="rId10">
        <w:r>
          <w:rPr>
            <w:color w:val="0000EE"/>
            <w:u w:val="single"/>
          </w:rPr>
          <w:t>https://www.capitolhillseattle.com/2025/09/friends-of-denny-blaine-park-and-nude-beach-added-to-washington-heritage-register/</w:t>
        </w:r>
      </w:hyperlink>
      <w:r>
        <w:t xml:space="preserve"> - In September 2025, the Washington State Department of Archaeology and Historic Preservation unanimously voted to add Denny Blaine Park to the State's Heritage Register of historic places. This decision marked two historic firsts: the first nude beach ever nominated in Washington, and the first nomination to explicitly include a direct connection to LGBTQ+ heritage. The park, located on the western shore of Lake Washington, is approximately 2 acres and is primarily used for picnicking, sunbathing, and swimming. The addition to the Heritage Register highlights the park's significance to the LGBTQ+ community and its role as a gathering place for queer Seattleites for over 50 years.</w:t>
      </w:r>
      <w:r/>
    </w:p>
    <w:p>
      <w:pPr>
        <w:pStyle w:val="ListNumber"/>
        <w:spacing w:line="240" w:lineRule="auto"/>
        <w:ind w:left="720"/>
      </w:pPr>
      <w:r/>
      <w:hyperlink r:id="rId10">
        <w:r>
          <w:rPr>
            <w:color w:val="0000EE"/>
            <w:u w:val="single"/>
          </w:rPr>
          <w:t>https://www.capitolhillseattle.com/2025/09/friends-of-denny-blaine-park-and-nude-beach-added-to-washington-heritage-register/</w:t>
        </w:r>
      </w:hyperlink>
      <w:r>
        <w:t xml:space="preserve"> - In September 2025, the Washington State Department of Archaeology and Historic Preservation unanimously voted to add Denny Blaine Park to the State's Heritage Register of historic places. This decision marked two historic firsts: the first nude beach ever nominated in Washington, and the first nomination to explicitly include a direct connection to LGBTQ+ heritage. The park, located on the western shore of Lake Washington, is approximately 2 acres and is primarily used for picnicking, sunbathing, and swimming. The addition to the Heritage Register highlights the park's significance to the LGBTQ+ community and its role as a gathering place for queer Seattleites for over 50 years.</w:t>
      </w:r>
      <w:r/>
    </w:p>
    <w:p>
      <w:pPr>
        <w:pStyle w:val="ListNumber"/>
        <w:spacing w:line="240" w:lineRule="auto"/>
        <w:ind w:left="720"/>
      </w:pPr>
      <w:r/>
      <w:hyperlink r:id="rId10">
        <w:r>
          <w:rPr>
            <w:color w:val="0000EE"/>
            <w:u w:val="single"/>
          </w:rPr>
          <w:t>https://www.capitolhillseattle.com/2025/09/friends-of-denny-blaine-park-and-nude-beach-added-to-washington-heritage-register/</w:t>
        </w:r>
      </w:hyperlink>
      <w:r>
        <w:t xml:space="preserve"> - In September 2025, the Washington State Department of Archaeology and Historic Preservation unanimously voted to add Denny Blaine Park to the State's Heritage Register of historic places. This decision marked two historic firsts: the first nude beach ever nominated in Washington, and the first nomination to explicitly include a direct connection to LGBTQ+ heritage. The park, located on the western shore of Lake Washington, is approximately 2 acres and is primarily used for picnicking, sunbathing, and swimming. The addition to the Heritage Register highlights the park's significance to the LGBTQ+ community and its role as a gathering place for queer Seattleites for over 50 years.</w:t>
      </w:r>
      <w:r/>
    </w:p>
    <w:p>
      <w:pPr>
        <w:pStyle w:val="ListNumber"/>
        <w:spacing w:line="240" w:lineRule="auto"/>
        <w:ind w:left="720"/>
      </w:pPr>
      <w:r/>
      <w:hyperlink r:id="rId10">
        <w:r>
          <w:rPr>
            <w:color w:val="0000EE"/>
            <w:u w:val="single"/>
          </w:rPr>
          <w:t>https://www.capitolhillseattle.com/2025/09/friends-of-denny-blaine-park-and-nude-beach-added-to-washington-heritage-register/</w:t>
        </w:r>
      </w:hyperlink>
      <w:r>
        <w:t xml:space="preserve"> - In September 2025, the Washington State Department of Archaeology and Historic Preservation unanimously voted to add Denny Blaine Park to the State's Heritage Register of historic places. This decision marked two historic firsts: the first nude beach ever nominated in Washington, and the first nomination to explicitly include a direct connection to LGBTQ+ heritage. The park, located on the western shore of Lake Washington, is approximately 2 acres and is primarily used for picnicking, sunbathing, and swimming. The addition to the Heritage Register highlights the park's significance to the LGBTQ+ community and its role as a gathering place for queer Seattleites for over 50 years.</w:t>
      </w:r>
      <w:r/>
    </w:p>
    <w:p>
      <w:pPr>
        <w:pStyle w:val="ListNumber"/>
        <w:spacing w:line="240" w:lineRule="auto"/>
        <w:ind w:left="720"/>
      </w:pPr>
      <w:r/>
      <w:hyperlink r:id="rId10">
        <w:r>
          <w:rPr>
            <w:color w:val="0000EE"/>
            <w:u w:val="single"/>
          </w:rPr>
          <w:t>https://www.capitolhillseattle.com/2025/09/friends-of-denny-blaine-park-and-nude-beach-added-to-washington-heritage-register/</w:t>
        </w:r>
      </w:hyperlink>
      <w:r>
        <w:t xml:space="preserve"> - In September 2025, the Washington State Department of Archaeology and Historic Preservation unanimously voted to add Denny Blaine Park to the State's Heritage Register of historic places. This decision marked two historic firsts: the first nude beach ever nominated in Washington, and the first nomination to explicitly include a direct connection to LGBTQ+ heritage. The park, located on the western shore of Lake Washington, is approximately 2 acres and is primarily used for picnicking, sunbathing, and swimming. The addition to the Heritage Register highlights the park's significance to the LGBTQ+ community and its role as a gathering place for queer Seattleites for over 50 years.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lanetnude.co/p/seattle-formally-recognizes-denny" TargetMode="External"/><Relationship Id="rId10" Type="http://schemas.openxmlformats.org/officeDocument/2006/relationships/hyperlink" Target="https://www.capitolhillseattle.com/2025/09/friends-of-denny-blaine-park-and-nude-beach-added-to-washington-heritage-regi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