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Bay Times Wins 2026 LGBTQ Journalism Legacy Award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Editors and community figures gathered in San Francisco to celebrate the San Francisco Bay Times, named the 2026 NLGJA Legacy Award recipient for decades of sustained LGBTQ+ coverage. The honour recognises an entire newsroom rather than one journalist, making it a meaningful marker of collective work, local trust and media history.</w:t>
      </w:r>
      <w:r/>
    </w:p>
    <w:p>
      <w:pPr>
        <w:pStyle w:val="Heading2"/>
      </w:pPr>
      <w:r>
        <w:t>Essential Takeaways</w:t>
      </w:r>
      <w:r/>
      <w:r/>
    </w:p>
    <w:p>
      <w:pPr>
        <w:pStyle w:val="ListBullet"/>
        <w:spacing w:line="240" w:lineRule="auto"/>
        <w:ind w:left="720"/>
      </w:pPr>
      <w:r/>
      <w:r>
        <w:rPr>
          <w:b/>
        </w:rPr>
        <w:t>A newsroom honour:</w:t>
      </w:r>
      <w:r>
        <w:t xml:space="preserve"> The NLGJA Legacy Award recognises an entire media organisation, not an individual reporter.</w:t>
      </w:r>
      <w:r/>
    </w:p>
    <w:p>
      <w:pPr>
        <w:pStyle w:val="ListBullet"/>
        <w:spacing w:line="240" w:lineRule="auto"/>
        <w:ind w:left="720"/>
      </w:pPr>
      <w:r/>
      <w:r>
        <w:rPr>
          <w:b/>
        </w:rPr>
        <w:t>A San Francisco celebration:</w:t>
      </w:r>
      <w:r>
        <w:t xml:space="preserve"> The presentation took place at the Hyatt Regency San Francisco during NLGJA's 35th convention.</w:t>
      </w:r>
      <w:r/>
    </w:p>
    <w:p>
      <w:pPr>
        <w:pStyle w:val="ListBullet"/>
        <w:spacing w:line="240" w:lineRule="auto"/>
        <w:ind w:left="720"/>
      </w:pPr>
      <w:r/>
      <w:r>
        <w:rPr>
          <w:b/>
        </w:rPr>
        <w:t>A broad community effort:</w:t>
      </w:r>
      <w:r>
        <w:t xml:space="preserve"> Editors, photographers, columnists, volunteers and supporters attended the ceremony.</w:t>
      </w:r>
      <w:r/>
    </w:p>
    <w:p>
      <w:pPr>
        <w:pStyle w:val="ListBullet"/>
        <w:spacing w:line="240" w:lineRule="auto"/>
        <w:ind w:left="720"/>
      </w:pPr>
      <w:r/>
      <w:r>
        <w:rPr>
          <w:b/>
        </w:rPr>
        <w:t>A major anniversary ahead:</w:t>
      </w:r>
      <w:r>
        <w:t xml:space="preserve"> The San Francisco Bay Times will begin marking its 50th anniversary in 2027.</w:t>
      </w:r>
      <w:r/>
      <w:r/>
    </w:p>
    <w:p>
      <w:pPr>
        <w:pStyle w:val="Heading2"/>
      </w:pPr>
      <w:r>
        <w:t>A rare honour for a whole newsroom</w:t>
      </w:r>
      <w:r/>
    </w:p>
    <w:p>
      <w:r/>
      <w:r>
        <w:t>The NLGJA Legacy Award is designed for media organisations that have delivered thoughtful, accurate LGBTQ+ coverage over many years. That makes the recognition rather different from the usual journalism prize, which tends to spotlight a single byline or standout investigation.</w:t>
      </w:r>
      <w:r/>
    </w:p>
    <w:p>
      <w:r/>
      <w:r>
        <w:t>For the San Francisco Bay Times, the award celebrates the quieter, harder-to-measure work of keeping a community publication alive. According to NLGJA, the honour is its only award presented to an entire newsroom, reflecting a shared commitment rather than one person's achievement.</w:t>
      </w:r>
      <w:r/>
    </w:p>
    <w:p>
      <w:pPr>
        <w:pStyle w:val="Heading2"/>
      </w:pPr>
      <w:r>
        <w:t>San Francisco's LGBTQ+ media history takes centre stage</w:t>
      </w:r>
      <w:r/>
    </w:p>
    <w:p>
      <w:r/>
      <w:r>
        <w:t>The award presentation took place on 12 September at the Hyatt Regency San Francisco, during the association's 35th convention. The setting offered a fitting backdrop for a publication rooted in one of the world's most influential LGBTQ+ communities.</w:t>
      </w:r>
      <w:r/>
    </w:p>
    <w:p>
      <w:r/>
      <w:r>
        <w:t>The San Francisco Bay Times has long connected journalism with advocacy, culture and everyday community life. Its history sits within the city's broader LGBTQ+ media tradition, where local reporting has often doubled as a vital record of people, organisations and social change.</w:t>
      </w:r>
      <w:r/>
    </w:p>
    <w:p>
      <w:pPr>
        <w:pStyle w:val="Heading2"/>
      </w:pPr>
      <w:r>
        <w:t>Familiar names joined the celebration</w:t>
      </w:r>
      <w:r/>
    </w:p>
    <w:p>
      <w:r/>
      <w:r>
        <w:t>Founding News Editor Randy Alfred spoke for the Bay Times group at the ceremony. He was joined by Co-Publishers and Co-Editors Dr Betty Sullivan and Jennifer Viegas, alongside contributors including Donna Sachet, Dr Marcy Adelman, Sister Dana Van Iquity, Beth Schnitzer and historian Dr Bill Lipsky.</w:t>
      </w:r>
      <w:r/>
    </w:p>
    <w:p>
      <w:r/>
      <w:r>
        <w:t>The gathering also included marriage equality activists Stuart Gaffney and John Lewis, photographer Rink, Michael Kirschner, Bill Wilson and former Lead Designer and photographer Abby Zimberg. Volunteers and event staff were there too, an important reminder that community publications rely on far more than the names readers see in print.</w:t>
      </w:r>
      <w:r/>
    </w:p>
    <w:p>
      <w:pPr>
        <w:pStyle w:val="Heading2"/>
      </w:pPr>
      <w:r>
        <w:t>Why collective recognition matters now</w:t>
      </w:r>
      <w:r/>
    </w:p>
    <w:p>
      <w:r/>
      <w:r>
        <w:t>LGBTQ+ journalism continues to do more than report the news. It provides context, challenges lazy stereotypes and offers a sense of continuity when public debate becomes noisy or hostile. The NLGJA's wider work reflects that need, with its convention bringing journalists and allies together around fair and nuanced coverage.</w:t>
      </w:r>
      <w:r/>
    </w:p>
    <w:p>
      <w:r/>
      <w:r>
        <w:t>The recognition also lands at a moment when specialist media remains especially valuable. Large outlets may cover major developments, but local LGBTQ+ publications are often better placed to notice the human details, familiar faces and small changes that shape a community over time.</w:t>
      </w:r>
      <w:r/>
    </w:p>
    <w:p>
      <w:pPr>
        <w:pStyle w:val="Heading2"/>
      </w:pPr>
      <w:r>
        <w:t>The Bay Times is already looking towards 50</w:t>
      </w:r>
      <w:r/>
    </w:p>
    <w:p>
      <w:r/>
      <w:r>
        <w:t>Alfred announced that the San Francisco Bay Times will begin celebrating its 50th anniversary in 2027. More details are expected in the months ahead, giving the publication another opportunity to revisit its archive and the people who helped build its voice.</w:t>
      </w:r>
      <w:r/>
    </w:p>
    <w:p>
      <w:r/>
      <w:r>
        <w:t>For readers, the anniversary will likely be about more than a milestone. It will be a chance to see how local journalism preserves memory, especially when the stories being recorded are personal, political and deeply connected to place.</w:t>
      </w:r>
      <w:r/>
    </w:p>
    <w:p>
      <w:r/>
      <w:r>
        <w:t>A newsroom award today, and a half-century milestone tomorrow, give the Bay Times plenty to celebrate.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5">
        <w:r>
          <w:rPr>
            <w:color w:val="0000EE"/>
            <w:u w:val="single"/>
          </w:rPr>
          <w:t>[6]</w:t>
        </w:r>
      </w:hyperlink>
      <w:r>
        <w:t xml:space="preserve">- Paragraph 6: </w:t>
      </w:r>
      <w:hyperlink r:id="rId12">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2">
        <w:r>
          <w:rPr>
            <w:color w:val="0000EE"/>
            <w:u w:val="single"/>
          </w:rPr>
          <w:t>[5]</w:t>
        </w:r>
      </w:hyperlink>
      <w:r>
        <w:t xml:space="preserve">, </w:t>
      </w:r>
      <w:hyperlink r:id="rId15">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https://sfbaytimes.com/presentation-of-the-2026-nlgja-legacy-award-to-the-san-francisco-bay-times/?utm_source=rss&amp;utm_medium=rss&amp;utm_campaign=presentation-of-the-2026-nlgja-legacy-award-to-the-san-francisco-bay-times</w:t>
        </w:r>
      </w:hyperlink>
      <w:r>
        <w:t xml:space="preserve"> - Please view link - unable to able to access data</w:t>
      </w:r>
      <w:r/>
    </w:p>
    <w:p>
      <w:pPr>
        <w:pStyle w:val="ListNumber"/>
        <w:spacing w:line="240" w:lineRule="auto"/>
        <w:ind w:left="720"/>
      </w:pPr>
      <w:r/>
      <w:hyperlink r:id="rId10">
        <w:r>
          <w:rPr>
            <w:color w:val="0000EE"/>
            <w:u w:val="single"/>
          </w:rPr>
          <w:t>https://www.nlgja.org/blog/2026/08/san-francisco-bay-times-named-the-recipient-of-the-2026-legacy-award/</w:t>
        </w:r>
      </w:hyperlink>
      <w:r>
        <w:t xml:space="preserve"> - The National Lesbian and Gay Journalists Association (NLGJA) announced on August 12, 2026, that the San Francisco Bay Times is the recipient of the 2026 Legacy Award. This award recognises news outlets that have provided innovative, high-quality, and sustained coverage of the LGBTQ+ community over an extended period. Founded in 1978, the San Francisco Bay Times was the first newspaper in California to be jointly and equally produced by LGBTQ+ women and men, and it remains the only one of those papers still publishing. The paper is taught in gender studies and LGBTQ+ history classes across San Francisco Unified School District, community colleges, and universities. It also runs the 24/7 Castro Street Cam, offering a direct line to the Castro District for LGBTQ+ people worldwide. The award will be presented at NLGJA's 2026 National Convention in San Francisco. (</w:t>
      </w:r>
      <w:hyperlink r:id="rId16">
        <w:r>
          <w:rPr>
            <w:color w:val="0000EE"/>
            <w:u w:val="single"/>
          </w:rPr>
          <w:t>nlgja.org</w:t>
        </w:r>
      </w:hyperlink>
      <w:r>
        <w:t>)</w:t>
      </w:r>
      <w:r/>
    </w:p>
    <w:p>
      <w:pPr>
        <w:pStyle w:val="ListNumber"/>
        <w:spacing w:line="240" w:lineRule="auto"/>
        <w:ind w:left="720"/>
      </w:pPr>
      <w:r/>
      <w:hyperlink r:id="rId13">
        <w:r>
          <w:rPr>
            <w:color w:val="0000EE"/>
            <w:u w:val="single"/>
          </w:rPr>
          <w:t>https://www.nlgja.org/2026convention/</w:t>
        </w:r>
      </w:hyperlink>
      <w:r>
        <w:t xml:space="preserve"> - The NLGJA's 2026 National Convention is scheduled from September 10 to 13, 2026, at the Hyatt Regency San Francisco, located at 5 Embarcadero Center, San Francisco, CA 94111. This 35th annual convention will bring together over 700 reporters, broadcast anchors, editors, and media executives. The event offers a vibrant platform for skill-building workshops, panel discussions on emerging press freedom challenges, and mentorship opportunities for student storytellers eager to carry the torch forward. (</w:t>
      </w:r>
      <w:hyperlink r:id="rId17">
        <w:r>
          <w:rPr>
            <w:color w:val="0000EE"/>
            <w:u w:val="single"/>
          </w:rPr>
          <w:t>nlgja.org</w:t>
        </w:r>
      </w:hyperlink>
      <w:r>
        <w:t>)</w:t>
      </w:r>
      <w:r/>
    </w:p>
    <w:p>
      <w:pPr>
        <w:pStyle w:val="ListNumber"/>
        <w:spacing w:line="240" w:lineRule="auto"/>
        <w:ind w:left="720"/>
      </w:pPr>
      <w:r/>
      <w:hyperlink r:id="rId11">
        <w:r>
          <w:rPr>
            <w:color w:val="0000EE"/>
            <w:u w:val="single"/>
          </w:rPr>
          <w:t>https://sfbaytimes.com/presentation-of-the-2026-nlgja-legacy-award-to-the-san-francisco-bay-times/</w:t>
        </w:r>
      </w:hyperlink>
      <w:r>
        <w:t xml:space="preserve"> - The San Francisco Bay Times was honoured with the 2026 NLGJA Legacy Award at a ceremony on September 12, 2026, at the Hyatt Regency San Francisco. The event marked the NLGJA's 35th convention. Bay Times founding News Editor Randy Alfred, who was inducted into the NLGJA Hall of Fame in 2015, spoke on behalf of the Bay Times group, which included Co-Publishers/Co-Editors Dr. Betty Sullivan and Jennifer Viegas, and columnists Donna Sachet, Dr. Marcy Adelman, Sister Dana Van Iquity, Beth Schnitzer, Stuart Gaffney, John Lewis, Dr. Bill Lipsky, Joanie Juster, and Michael Quick. Additional team members who attended included photographers Rink, Michael Kirschner, and Bill Wilson; former Lead Designer and photographer Abby Zimberg; Volunteer Coordinator Juan Davila; and event team members Warren Alderson, Steve Scheitlin, Karen Bardsley, Miguel Lopez, and Leticia Lopezz. Also attending were supporters Suzanne Ford (Executive Director of San Francisco Pride), former columnist Lou Fischer, performer Amy Meyers, community leader Dawn Dzurilla, Linda Phillips (formerly of Genentech), and Chris Michaelson of the Sisters of Perpetual Indulgence. Randy Alfred announced at the ceremony that the San Francisco Bay Times will be celebrating its 50th Anniversary beginning in 2027. More information about related events will be announced in the coming months. (</w:t>
      </w:r>
      <w:hyperlink r:id="rId18">
        <w:r>
          <w:rPr>
            <w:color w:val="0000EE"/>
            <w:u w:val="single"/>
          </w:rPr>
          <w:t>sfbaytimes.com</w:t>
        </w:r>
      </w:hyperlink>
      <w:r>
        <w:t>)</w:t>
      </w:r>
      <w:r/>
    </w:p>
    <w:p>
      <w:pPr>
        <w:pStyle w:val="ListNumber"/>
        <w:spacing w:line="240" w:lineRule="auto"/>
        <w:ind w:left="720"/>
      </w:pPr>
      <w:r/>
      <w:hyperlink r:id="rId12">
        <w:r>
          <w:rPr>
            <w:color w:val="0000EE"/>
            <w:u w:val="single"/>
          </w:rPr>
          <w:t>https://www.nlgja.org/blog/2026/06/a-letter-from-the-president-taking-pride-in-our-community/</w:t>
        </w:r>
      </w:hyperlink>
      <w:r>
        <w:t xml:space="preserve"> - In a letter dated June 3, 2026, NLGJA President Adam Pawlus reflects on the association's 35th Annual Convention, scheduled for September 10–13, 2026, in San Francisco. He acknowledges the challenges faced by the LGBTQ+ community and the journalism industry but highlights the importance of celebrating milestones and progress. Pawlus emphasises the role of journalists in reporting fairly and accurately on every milestone that has shaped the community since the association's founding. (</w:t>
      </w:r>
      <w:hyperlink r:id="rId19">
        <w:r>
          <w:rPr>
            <w:color w:val="0000EE"/>
            <w:u w:val="single"/>
          </w:rPr>
          <w:t>nlgja.org</w:t>
        </w:r>
      </w:hyperlink>
      <w:r>
        <w:t>)</w:t>
      </w:r>
      <w:r/>
    </w:p>
    <w:p>
      <w:pPr>
        <w:pStyle w:val="ListNumber"/>
        <w:spacing w:line="240" w:lineRule="auto"/>
        <w:ind w:left="720"/>
      </w:pPr>
      <w:r/>
      <w:hyperlink r:id="rId15">
        <w:r>
          <w:rPr>
            <w:color w:val="0000EE"/>
            <w:u w:val="single"/>
          </w:rPr>
          <w:t>https://www.thetaskforce.org/news/nlgja-2026-task-force-staff-grant-expertise-on-media-plenary-for-national-lgbtq-journalism-association-conference/</w:t>
        </w:r>
      </w:hyperlink>
      <w:r>
        <w:t xml:space="preserve"> - The National LGBTQ Task Force participated in the NLGJA's 2026 National Convention, held in San Francisco. President Kierra Johnson and Director of Communications Cathy Renna moderated the plenary session titled 'The Road Ahead Has Many Paths: How Can Media Meet at the Intersections of Faith, Gender, Race and Class?' Panelists included Christopher Wiggins, The Advocate’s Politics &amp; News Editor; Jason DeRose, NPR’s Religion Correspondent; and Caitlin Ryan, Ph.D., ACSW, a clinical social worker and LGBTQ+ youth expert. (</w:t>
      </w:r>
      <w:hyperlink r:id="rId20">
        <w:r>
          <w:rPr>
            <w:color w:val="0000EE"/>
            <w:u w:val="single"/>
          </w:rPr>
          <w:t>thetaskforce.org</w:t>
        </w:r>
      </w:hyperlink>
      <w:r>
        <w:t>)</w:t>
      </w:r>
      <w:r/>
    </w:p>
    <w:p>
      <w:pPr>
        <w:pStyle w:val="ListNumber"/>
        <w:spacing w:line="240" w:lineRule="auto"/>
        <w:ind w:left="720"/>
      </w:pPr>
      <w:r/>
      <w:hyperlink r:id="rId14">
        <w:r>
          <w:rPr>
            <w:color w:val="0000EE"/>
            <w:u w:val="single"/>
          </w:rPr>
          <w:t>https://sfbaytimes.com/nlgjas-deep-san-francisco-roots/</w:t>
        </w:r>
      </w:hyperlink>
      <w:r>
        <w:t xml:space="preserve"> - The San Francisco Bay Times highlights the deep roots of the NLGJA in San Francisco, noting that the 35th Annual NLGJA National Convention was held from September 10–13, 2026, at the Hyatt Regency San Francisco along the Embarcadero waterfront. The gathering brought together more than 700 reporters, broadcast anchors, editors, and media executives, offering a vibrant platform for skill-building workshops, panel discussions on emerging press freedom challenges, and mentorship opportunities for student storytellers eager to carry the torch forward. The San Francisco Bay Times was honoured to have been selected as the recipient of the NLGJA’s 2026 Legacy Award, recognising the nearly half a century of community service and historic local publishing of the paper. (</w:t>
      </w:r>
      <w:hyperlink r:id="rId21">
        <w:r>
          <w:rPr>
            <w:color w:val="0000EE"/>
            <w:u w:val="single"/>
          </w:rPr>
          <w:t>sfbaytimes.com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presentation-of-the-2026-nlgja-legacy-award-to-the-san-francisco-bay-times/?utm_source=rss&amp;utm_medium=rss&amp;utm_campaign=presentation-of-the-2026-nlgja-legacy-award-to-the-san-francisco-bay-times" TargetMode="External"/><Relationship Id="rId10" Type="http://schemas.openxmlformats.org/officeDocument/2006/relationships/hyperlink" Target="https://www.nlgja.org/blog/2026/08/san-francisco-bay-times-named-the-recipient-of-the-2026-legacy-award/" TargetMode="External"/><Relationship Id="rId11" Type="http://schemas.openxmlformats.org/officeDocument/2006/relationships/hyperlink" Target="https://sfbaytimes.com/presentation-of-the-2026-nlgja-legacy-award-to-the-san-francisco-bay-times/" TargetMode="External"/><Relationship Id="rId12" Type="http://schemas.openxmlformats.org/officeDocument/2006/relationships/hyperlink" Target="https://www.nlgja.org/blog/2026/06/a-letter-from-the-president-taking-pride-in-our-community/" TargetMode="External"/><Relationship Id="rId13" Type="http://schemas.openxmlformats.org/officeDocument/2006/relationships/hyperlink" Target="https://www.nlgja.org/2026convention/" TargetMode="External"/><Relationship Id="rId14" Type="http://schemas.openxmlformats.org/officeDocument/2006/relationships/hyperlink" Target="https://sfbaytimes.com/nlgjas-deep-san-francisco-roots/" TargetMode="External"/><Relationship Id="rId15" Type="http://schemas.openxmlformats.org/officeDocument/2006/relationships/hyperlink" Target="https://www.thetaskforce.org/news/nlgja-2026-task-force-staff-grant-expertise-on-media-plenary-for-national-lgbtq-journalism-association-conference/" TargetMode="External"/><Relationship Id="rId16" Type="http://schemas.openxmlformats.org/officeDocument/2006/relationships/hyperlink" Target="https://www.nlgja.org/blog/2026/08/san-francisco-bay-times-named-the-recipient-of-the-2026-legacy-award/?utm_source=openai" TargetMode="External"/><Relationship Id="rId17" Type="http://schemas.openxmlformats.org/officeDocument/2006/relationships/hyperlink" Target="https://www.nlgja.org/2026convention/?utm_source=openai" TargetMode="External"/><Relationship Id="rId18" Type="http://schemas.openxmlformats.org/officeDocument/2006/relationships/hyperlink" Target="https://sfbaytimes.com/presentation-of-the-2026-nlgja-legacy-award-to-the-san-francisco-bay-times/?utm_source=openai" TargetMode="External"/><Relationship Id="rId19" Type="http://schemas.openxmlformats.org/officeDocument/2006/relationships/hyperlink" Target="https://www.nlgja.org/blog/2026/06/a-letter-from-the-president-taking-pride-in-our-community/?utm_source=openai" TargetMode="External"/><Relationship Id="rId20" Type="http://schemas.openxmlformats.org/officeDocument/2006/relationships/hyperlink" Target="https://www.thetaskforce.org/news/nlgja-2026-task-force-staff-grant-expertise-on-media-plenary-for-national-lgbtq-journalism-association-conference/?utm_source=openai" TargetMode="External"/><Relationship Id="rId21" Type="http://schemas.openxmlformats.org/officeDocument/2006/relationships/hyperlink" Target="https://sfbaytimes.com/nlgjas-deep-san-francisco-roo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