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Lili Reinhart’s Lesbian Vampire Movie Could Revive Queer Horror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Lili Reinhart is campaigning for a lesbian vampire film, and fans are already clamouring for it. The actor’s comments arrived while promoting The Love Hypothesis, but the bigger conversation is about why queer genre stories still struggle to reach cinemas, even as vampires remain a reliable source of pop-culture fascination.</w:t>
      </w:r>
      <w:r/>
    </w:p>
    <w:p>
      <w:pPr>
        <w:pStyle w:val="Heading2"/>
      </w:pPr>
      <w:r>
        <w:t>Essential Takeaways</w:t>
      </w:r>
      <w:r/>
      <w:r/>
    </w:p>
    <w:p>
      <w:pPr>
        <w:pStyle w:val="ListBullet"/>
        <w:spacing w:line="240" w:lineRule="auto"/>
        <w:ind w:left="720"/>
      </w:pPr>
      <w:r/>
      <w:r>
        <w:rPr>
          <w:b/>
        </w:rPr>
        <w:t>A new project is being pursued:</w:t>
      </w:r>
      <w:r>
        <w:t xml:space="preserve"> Reinhart says she’s trying to adapt a novella about lesbian vampires.</w:t>
      </w:r>
      <w:r/>
    </w:p>
    <w:p>
      <w:pPr>
        <w:pStyle w:val="ListBullet"/>
        <w:spacing w:line="240" w:lineRule="auto"/>
        <w:ind w:left="720"/>
      </w:pPr>
      <w:r/>
      <w:r>
        <w:rPr>
          <w:b/>
        </w:rPr>
        <w:t>The title remains unknown:</w:t>
      </w:r>
      <w:r>
        <w:t xml:space="preserve"> Fans suspect Carmilla, but no source text has been confirmed.</w:t>
      </w:r>
      <w:r/>
    </w:p>
    <w:p>
      <w:pPr>
        <w:pStyle w:val="ListBullet"/>
        <w:spacing w:line="240" w:lineRule="auto"/>
        <w:ind w:left="720"/>
      </w:pPr>
      <w:r/>
      <w:r>
        <w:rPr>
          <w:b/>
        </w:rPr>
        <w:t>The timing feels right:</w:t>
      </w:r>
      <w:r>
        <w:t xml:space="preserve"> Vampire fiction and queer horror continue to attract enthusiastic audiences.</w:t>
      </w:r>
      <w:r/>
    </w:p>
    <w:p>
      <w:pPr>
        <w:pStyle w:val="ListBullet"/>
        <w:spacing w:line="240" w:lineRule="auto"/>
        <w:ind w:left="720"/>
      </w:pPr>
      <w:r/>
      <w:r>
        <w:rPr>
          <w:b/>
        </w:rPr>
        <w:t>Representation is still uneven:</w:t>
      </w:r>
      <w:r>
        <w:t xml:space="preserve"> LGBTQ+ visibility in mainstream film remains a concern, according to GLAAD reporting cited in the original discussion.</w:t>
      </w:r>
      <w:r/>
    </w:p>
    <w:p>
      <w:pPr>
        <w:pStyle w:val="ListBullet"/>
        <w:spacing w:line="240" w:lineRule="auto"/>
        <w:ind w:left="720"/>
      </w:pPr>
      <w:r/>
      <w:r>
        <w:rPr>
          <w:b/>
        </w:rPr>
        <w:t>The immediate appeal is obvious:</w:t>
      </w:r>
      <w:r>
        <w:t xml:space="preserve"> Gothic atmosphere, forbidden romance and sharp supernatural danger make a potent combination.</w:t>
      </w:r>
      <w:r/>
      <w:r/>
    </w:p>
    <w:p>
      <w:pPr>
        <w:pStyle w:val="Heading2"/>
      </w:pPr>
      <w:r>
        <w:t>Reinhart wants lesbian vampires back in the spotlight</w:t>
      </w:r>
      <w:r/>
    </w:p>
    <w:p>
      <w:r/>
      <w:r>
        <w:t>The strongest part of Reinhart’s pitch is its simplicity. She wants to make a film about lesbian vampires, believes the material is ready for an audience and can’t understand why studios remain hesitant. It’s a wonderfully direct challenge to an industry that often treats queer genre projects as risky, even when the ingredients are already proven crowd-pleasers.</w:t>
      </w:r>
      <w:r/>
    </w:p>
    <w:p>
      <w:r/>
      <w:r>
        <w:t xml:space="preserve">Her comments came during publicity for </w:t>
      </w:r>
      <w:r>
        <w:rPr>
          <w:i/>
        </w:rPr>
        <w:t>The Love Hypothesis</w:t>
      </w:r>
      <w:r>
        <w:t xml:space="preserve">, a romantic film starring Reinhart and adapted from Ali Hazelwood’s popular novel. Reviews and audience listings place the project firmly in contemporary romance territory, which makes the vampire detour all the more intriguing. One minute, she’s discussing a book adaptation; the next, she’s pitching a shadowy, blood-soaked love story. Frankly, the contrast has its own charm. According to Rotten Tomatoes and film coverage from RogerEbert.com, </w:t>
      </w:r>
      <w:r>
        <w:rPr>
          <w:i/>
        </w:rPr>
        <w:t>The Love Hypothesis</w:t>
      </w:r>
      <w:r>
        <w:t xml:space="preserve"> has kept attention focused on Reinhart’s current screen work. </w:t>
      </w:r>
      <w:hyperlink r:id="rId9">
        <w:r>
          <w:rPr>
            <w:color w:val="0000EE"/>
            <w:u w:val="single"/>
          </w:rPr>
          <w:t>[3]</w:t>
        </w:r>
      </w:hyperlink>
      <w:r>
        <w:t xml:space="preserve">, </w:t>
      </w:r>
      <w:hyperlink r:id="rId10">
        <w:r>
          <w:rPr>
            <w:color w:val="0000EE"/>
            <w:u w:val="single"/>
          </w:rPr>
          <w:t>[4]</w:t>
        </w:r>
      </w:hyperlink>
      <w:r/>
    </w:p>
    <w:p>
      <w:pPr>
        <w:pStyle w:val="Heading2"/>
      </w:pPr>
      <w:r>
        <w:t>Is she talking about Carmilla?</w:t>
      </w:r>
      <w:r/>
    </w:p>
    <w:p>
      <w:r/>
      <w:r>
        <w:t xml:space="preserve">Naturally, many fans have assumed Reinhart means </w:t>
      </w:r>
      <w:r>
        <w:rPr>
          <w:i/>
        </w:rPr>
        <w:t>Carmilla</w:t>
      </w:r>
      <w:r>
        <w:t xml:space="preserve">, Sheridan Le Fanu’s influential 1872 novella. It’s the obvious reference point: the story is Gothic, predates </w:t>
      </w:r>
      <w:r>
        <w:rPr>
          <w:i/>
        </w:rPr>
        <w:t>Dracula</w:t>
      </w:r>
      <w:r>
        <w:t xml:space="preserve"> and has long been read through a queer lens, with its atmosphere of fixation, secrecy and dangerous intimacy still feeling remarkably modern.</w:t>
      </w:r>
      <w:r/>
    </w:p>
    <w:p>
      <w:r/>
      <w:r>
        <w:t xml:space="preserve">There’s just one catch. </w:t>
      </w:r>
      <w:r>
        <w:rPr>
          <w:i/>
        </w:rPr>
        <w:t>Carmilla</w:t>
      </w:r>
      <w:r>
        <w:t xml:space="preserve"> has already inspired films, television projects and web adaptations, including a well-known series that developed a devoted following. Reinhart didn’t name the book, so it could be another novella entirely, perhaps one with a less familiar title and more room for a fresh cinematic approach. The speculation is fun, but a little mystery may be exactly what the project needs for now. </w:t>
      </w:r>
      <w:hyperlink r:id="rId11">
        <w:r>
          <w:rPr>
            <w:color w:val="0000EE"/>
            <w:u w:val="single"/>
          </w:rPr>
          <w:t>[2]</w:t>
        </w:r>
      </w:hyperlink>
      <w:r>
        <w:t xml:space="preserve">, </w:t>
      </w:r>
      <w:hyperlink r:id="rId12">
        <w:r>
          <w:rPr>
            <w:color w:val="0000EE"/>
            <w:u w:val="single"/>
          </w:rPr>
          <w:t>[5]</w:t>
        </w:r>
      </w:hyperlink>
      <w:r/>
    </w:p>
    <w:p>
      <w:pPr>
        <w:pStyle w:val="Heading2"/>
      </w:pPr>
      <w:r>
        <w:t>Why the vampire genre still has bite</w:t>
      </w:r>
      <w:r/>
    </w:p>
    <w:p>
      <w:r/>
      <w:r>
        <w:t>Vampires are having one of their familiar moments in the cultural sun. They’re adaptable, inexpensive compared with many blockbuster fantasy concepts and endlessly useful as metaphors for desire, power, repression and outsiders finding one another in the dark. Add a queer romance and the genre suddenly has even more emotional voltage.</w:t>
      </w:r>
      <w:r/>
    </w:p>
    <w:p>
      <w:r/>
      <w:r>
        <w:t xml:space="preserve">That doesn’t mean every supernatural romance works. The film needs a strong point of view, convincing chemistry and a visual world that feels more distinctive than another polished castle-and-candlelight exercise. The best version would understand that the blood-drinking is only half the story. The real hook is two women negotiating desire, danger and agency while the world around them insists they should be afraid. </w:t>
      </w:r>
      <w:hyperlink r:id="rId10">
        <w:r>
          <w:rPr>
            <w:color w:val="0000EE"/>
            <w:u w:val="single"/>
          </w:rPr>
          <w:t>[4]</w:t>
        </w:r>
      </w:hyperlink>
      <w:r>
        <w:t xml:space="preserve">, </w:t>
      </w:r>
      <w:hyperlink r:id="rId13">
        <w:r>
          <w:rPr>
            <w:color w:val="0000EE"/>
            <w:u w:val="single"/>
          </w:rPr>
          <w:t>[6]</w:t>
        </w:r>
      </w:hyperlink>
      <w:r/>
    </w:p>
    <w:p>
      <w:pPr>
        <w:pStyle w:val="Heading2"/>
      </w:pPr>
      <w:r>
        <w:t>Queer horror needs more than a cameo</w:t>
      </w:r>
      <w:r/>
    </w:p>
    <w:p>
      <w:r/>
      <w:r>
        <w:t>Reinhart’s proposal also lands during a difficult period for LGBTQ+ representation in mainstream film. GLAAD’s annual reporting has highlighted fluctuations and declines in queer visibility, making projects with LGBTQ+ characters and creators feel especially significant when they move beyond the margins.</w:t>
      </w:r>
      <w:r/>
    </w:p>
    <w:p>
      <w:r/>
      <w:r>
        <w:t xml:space="preserve">A lesbian vampire film shouldn’t have to carry the entire burden of representation, of course. It should be allowed to be stylish, frightening, funny or gloriously melodramatic. But audiences are right to want stories where queer characters aren’t reduced to tragic lessons, background roles or a single knowing wink. A proper genre film can offer romance and spectacle while still letting its protagonists be messy, magnetic and fully alive. </w:t>
      </w:r>
      <w:hyperlink r:id="rId11">
        <w:r>
          <w:rPr>
            <w:color w:val="0000EE"/>
            <w:u w:val="single"/>
          </w:rPr>
          <w:t>[2]</w:t>
        </w:r>
      </w:hyperlink>
      <w:r>
        <w:t xml:space="preserve">, </w:t>
      </w:r>
      <w:hyperlink r:id="rId14">
        <w:r>
          <w:rPr>
            <w:color w:val="0000EE"/>
            <w:u w:val="single"/>
          </w:rPr>
          <w:t>[7]</w:t>
        </w:r>
      </w:hyperlink>
      <w:r/>
    </w:p>
    <w:p>
      <w:pPr>
        <w:pStyle w:val="Heading2"/>
      </w:pPr>
      <w:r>
        <w:t>What a successful adaptation would need</w:t>
      </w:r>
      <w:r/>
    </w:p>
    <w:p>
      <w:r/>
      <w:r>
        <w:t>The practical question is scale. A lesbian vampire film doesn’t necessarily require a superhero budget, but it does need confidence. Careful casting, rich production design and a director who understands both horror and romantic tension could turn a modest project into a genuine event.</w:t>
      </w:r>
      <w:r/>
    </w:p>
    <w:p>
      <w:r/>
      <w:r>
        <w:t xml:space="preserve">For viewers, the best thing to watch is whether Reinhart identifies the source material, announces a creative team or finds a production partner willing to back the idea rather than soften it. Fans have already supplied the enthusiasm. Now the industry needs to show it can recognise an audience before someone else does. </w:t>
      </w:r>
      <w:hyperlink r:id="rId9">
        <w:r>
          <w:rPr>
            <w:color w:val="0000EE"/>
            <w:u w:val="single"/>
          </w:rPr>
          <w:t>[3]</w:t>
        </w:r>
      </w:hyperlink>
      <w:r>
        <w:t xml:space="preserve">, </w:t>
      </w:r>
      <w:hyperlink r:id="rId12">
        <w:r>
          <w:rPr>
            <w:color w:val="0000EE"/>
            <w:u w:val="single"/>
          </w:rPr>
          <w:t>[5]</w:t>
        </w:r>
      </w:hyperlink>
      <w:r/>
    </w:p>
    <w:p>
      <w:r/>
      <w:r>
        <w:t>If Reinhart gets her way, the next big vampire romance may arrive with sharper teeth and a distinctly queer pulse.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[4]</w:t>
        </w:r>
      </w:hyperlink>
      <w:r>
        <w:t xml:space="preserve">, </w:t>
      </w:r>
      <w:hyperlink r:id="rId13">
        <w:r>
          <w:rPr>
            <w:color w:val="0000EE"/>
            <w:u w:val="single"/>
          </w:rPr>
          <w:t>[6]</w:t>
        </w:r>
      </w:hyperlink>
      <w:r>
        <w:t xml:space="preserve">- Paragraph 4: </w:t>
      </w:r>
      <w:hyperlink r:id="rId11">
        <w:r>
          <w:rPr>
            <w:color w:val="0000EE"/>
            <w:u w:val="single"/>
          </w:rPr>
          <w:t>[2]</w:t>
        </w:r>
      </w:hyperlink>
      <w:r>
        <w:t xml:space="preserve">, </w:t>
      </w:r>
      <w:hyperlink r:id="rId14">
        <w:r>
          <w:rPr>
            <w:color w:val="0000EE"/>
            <w:u w:val="single"/>
          </w:rPr>
          <w:t>[7]</w:t>
        </w:r>
      </w:hyperlink>
      <w:r>
        <w:t xml:space="preserve">- Paragraph 5: </w:t>
      </w:r>
      <w:hyperlink r:id="rId9">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https://gomag.com/article/hollywood-let-lili-reinhart-make-her-lesbian-vampire-movie-now/</w:t>
        </w:r>
      </w:hyperlink>
      <w:r>
        <w:t xml:space="preserve"> - Please view link - unable to able to access data</w:t>
      </w:r>
      <w:r/>
    </w:p>
    <w:p>
      <w:pPr>
        <w:pStyle w:val="ListNumber"/>
        <w:spacing w:line="240" w:lineRule="auto"/>
        <w:ind w:left="720"/>
      </w:pPr>
      <w:r/>
      <w:hyperlink r:id="rId11">
        <w:r>
          <w:rPr>
            <w:color w:val="0000EE"/>
            <w:u w:val="single"/>
          </w:rPr>
          <w:t>https://gomag.com/article/hollywood-let-lili-reinhart-make-her-lesbian-vampire-movie-now/</w:t>
        </w:r>
      </w:hyperlink>
      <w:r>
        <w:t xml:space="preserve"> - Lili Reinhart, known for her role in 'Riverdale', has expressed interest in adapting a novella about lesbian vampires into a film. During an interview promoting her new movie, 'The Love Hypothesis', she mentioned her desire to bring this project to life, urging studios to consider it in today's climate. Fans have speculated that she might be referring to 'Carmilla', a 1872 Gothic novella that has seen multiple adaptations, including a 2019 film and a 2015 web series. The resurgence of vampire fiction, especially queer narratives, has garnered significant interest. Reinhart's initiative has sparked enthusiasm among fans eager for such representation.</w:t>
      </w:r>
      <w:r/>
    </w:p>
    <w:p>
      <w:pPr>
        <w:pStyle w:val="ListNumber"/>
        <w:spacing w:line="240" w:lineRule="auto"/>
        <w:ind w:left="720"/>
      </w:pPr>
      <w:r/>
      <w:hyperlink r:id="rId9">
        <w:r>
          <w:rPr>
            <w:color w:val="0000EE"/>
            <w:u w:val="single"/>
          </w:rPr>
          <w:t>https://www.rottentomatoes.com/m/the_love_hypothesis</w:t>
        </w:r>
      </w:hyperlink>
      <w:r>
        <w:t xml:space="preserve"> - 'The Love Hypothesis' is a romantic comedy film based on Ali Hazelwood's bestselling novel. The story follows Olive, a Ph.D. candidate, who enters into a fake relationship with a professor, leading to unexpected romantic developments. The film stars Lili Reinhart and Tom Bateman, and is directed by Claire Scanlon. It was released on Prime Video on September 23, 2026. The movie has received positive reviews, holding a 76% rating on Rotten Tomatoes. (</w:t>
      </w:r>
      <w:hyperlink r:id="rId15">
        <w:r>
          <w:rPr>
            <w:color w:val="0000EE"/>
            <w:u w:val="single"/>
          </w:rPr>
          <w:t>rottentomatoes.com</w:t>
        </w:r>
      </w:hyperlink>
      <w:r>
        <w:t>)</w:t>
      </w:r>
      <w:r/>
    </w:p>
    <w:p>
      <w:pPr>
        <w:pStyle w:val="ListNumber"/>
        <w:spacing w:line="240" w:lineRule="auto"/>
        <w:ind w:left="720"/>
      </w:pPr>
      <w:r/>
      <w:hyperlink r:id="rId10">
        <w:r>
          <w:rPr>
            <w:color w:val="0000EE"/>
            <w:u w:val="single"/>
          </w:rPr>
          <w:t>https://www.rogerebert.com/reviews/the-love-hypothesis-lili-reinhart-prime-video-movie-review-2026</w:t>
        </w:r>
      </w:hyperlink>
      <w:r>
        <w:t xml:space="preserve"> - The review of 'The Love Hypothesis' praises the film for its charm and the performances of Lili Reinhart and Tom Bateman. The story revolves around Olive, a Ph.D. candidate, who enters into a fake relationship with a professor, leading to unexpected romantic developments. The film is directed by Claire Scanlon and is based on Ali Hazelwood's bestselling novel. The review highlights the film's balance of humor and romance, making it a standout in the romantic comedy genre. (</w:t>
      </w:r>
      <w:hyperlink r:id="rId16">
        <w:r>
          <w:rPr>
            <w:color w:val="0000EE"/>
            <w:u w:val="single"/>
          </w:rPr>
          <w:t>rogerebert.com</w:t>
        </w:r>
      </w:hyperlink>
      <w:r>
        <w:t>)</w:t>
      </w:r>
      <w:r/>
    </w:p>
    <w:p>
      <w:pPr>
        <w:pStyle w:val="ListNumber"/>
        <w:spacing w:line="240" w:lineRule="auto"/>
        <w:ind w:left="720"/>
      </w:pPr>
      <w:r/>
      <w:hyperlink r:id="rId12">
        <w:r>
          <w:rPr>
            <w:color w:val="0000EE"/>
            <w:u w:val="single"/>
          </w:rPr>
          <w:t>https://www.imdb.com/title/tt22526100/</w:t>
        </w:r>
      </w:hyperlink>
      <w:r>
        <w:t xml:space="preserve"> - 'The Love Hypothesis' is a 2026 romantic comedy film directed by Claire Scanlon, starring Lili Reinhart and Tom Bateman. The story follows Olive, a Ph.D. candidate, who enters into a fake relationship with a professor, leading to unexpected romantic developments. The film is based on Ali Hazelwood's bestselling novel and was released on Prime Video on September 23, 2026. The IMDb page provides information about the cast, crew, and user reviews. (</w:t>
      </w:r>
      <w:hyperlink r:id="rId17">
        <w:r>
          <w:rPr>
            <w:color w:val="0000EE"/>
            <w:u w:val="single"/>
          </w:rPr>
          <w:t>imdb.com</w:t>
        </w:r>
      </w:hyperlink>
      <w:r>
        <w:t>)</w:t>
      </w:r>
      <w:r/>
    </w:p>
    <w:p>
      <w:pPr>
        <w:pStyle w:val="ListNumber"/>
        <w:spacing w:line="240" w:lineRule="auto"/>
        <w:ind w:left="720"/>
      </w:pPr>
      <w:r/>
      <w:hyperlink r:id="rId13">
        <w:r>
          <w:rPr>
            <w:color w:val="0000EE"/>
            <w:u w:val="single"/>
          </w:rPr>
          <w:t>https://www.headstark.com/movie/the-love-hypothesis/</w:t>
        </w:r>
      </w:hyperlink>
      <w:r>
        <w:t xml:space="preserve"> - 'The Love Hypothesis' is a 2026 American romantic comedy film directed by Claire Scanlon, adapted from Ali Hazelwood’s 2021 bestselling novel. The film stars Lili Reinhart as Olive Smith, a third-year biology Ph.D. candidate at Stanford, and Tom Bateman as Dr. Adam Carlsen, an intimidating, notoriously grumpy young professor. The narrative follows Olive as she enters into a fake relationship with Dr. Carlsen, leading to unexpected romantic developments. The film was released globally on Prime Video on September 23, 2026. (</w:t>
      </w:r>
      <w:hyperlink r:id="rId18">
        <w:r>
          <w:rPr>
            <w:color w:val="0000EE"/>
            <w:u w:val="single"/>
          </w:rPr>
          <w:t>headstark.com</w:t>
        </w:r>
      </w:hyperlink>
      <w:r>
        <w:t>)</w:t>
      </w:r>
      <w:r/>
    </w:p>
    <w:p>
      <w:pPr>
        <w:pStyle w:val="ListNumber"/>
        <w:spacing w:line="240" w:lineRule="auto"/>
        <w:ind w:left="720"/>
      </w:pPr>
      <w:r/>
      <w:hyperlink r:id="rId14">
        <w:r>
          <w:rPr>
            <w:color w:val="0000EE"/>
            <w:u w:val="single"/>
          </w:rPr>
          <w:t>https://en.wikipedia.org/wiki/The_Love_Hypothesis_(film)</w:t>
        </w:r>
      </w:hyperlink>
      <w:r>
        <w:t xml:space="preserve"> - 'The Love Hypothesis' is an upcoming American romantic comedy film adapted from the novel of the same name by Ali Hazelwood. It is directed by Claire Scanlon from a script by Sarah Rothschild. The film stars Lili Reinhart, Tom Bateman, and Jaboukie Young-White. The premise revolves around a Ph.D. student and a professor entering into a pretend relationship to test their own theories about love. The film is set to be released on Prime Video on September 23, 2026. (</w:t>
      </w:r>
      <w:hyperlink r:id="rId19">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ottentomatoes.com/m/the_love_hypothesis" TargetMode="External"/><Relationship Id="rId10" Type="http://schemas.openxmlformats.org/officeDocument/2006/relationships/hyperlink" Target="https://www.rogerebert.com/reviews/the-love-hypothesis-lili-reinhart-prime-video-movie-review-2026" TargetMode="External"/><Relationship Id="rId11" Type="http://schemas.openxmlformats.org/officeDocument/2006/relationships/hyperlink" Target="https://gomag.com/article/hollywood-let-lili-reinhart-make-her-lesbian-vampire-movie-now/" TargetMode="External"/><Relationship Id="rId12" Type="http://schemas.openxmlformats.org/officeDocument/2006/relationships/hyperlink" Target="https://www.imdb.com/title/tt22526100/" TargetMode="External"/><Relationship Id="rId13" Type="http://schemas.openxmlformats.org/officeDocument/2006/relationships/hyperlink" Target="https://www.headstark.com/movie/the-love-hypothesis/" TargetMode="External"/><Relationship Id="rId14" Type="http://schemas.openxmlformats.org/officeDocument/2006/relationships/hyperlink" Target="https://en.wikipedia.org/wiki/The_Love_Hypothesis_(film)" TargetMode="External"/><Relationship Id="rId15" Type="http://schemas.openxmlformats.org/officeDocument/2006/relationships/hyperlink" Target="https://www.rottentomatoes.com/m/the_love_hypothesis?utm_source=openai" TargetMode="External"/><Relationship Id="rId16" Type="http://schemas.openxmlformats.org/officeDocument/2006/relationships/hyperlink" Target="https://www.rogerebert.com/reviews/the-love-hypothesis-lili-reinhart-prime-video-movie-review-2026?utm_source=openai" TargetMode="External"/><Relationship Id="rId17" Type="http://schemas.openxmlformats.org/officeDocument/2006/relationships/hyperlink" Target="https://www.imdb.com/title/tt22526100/?utm_source=openai" TargetMode="External"/><Relationship Id="rId18" Type="http://schemas.openxmlformats.org/officeDocument/2006/relationships/hyperlink" Target="https://www.headstark.com/movie/the-love-hypothesis/?utm_source=openai" TargetMode="External"/><Relationship Id="rId19" Type="http://schemas.openxmlformats.org/officeDocument/2006/relationships/hyperlink" Target="https://en.wikipedia.org/wiki/The_Love_Hypothesis_%28film%29?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