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Greater Palm Springs Pride Awards Honour Local LGBTQ+ Advocates</w:t>
      </w:r>
      <w:r/>
    </w:p>
    <w:p>
      <w:r/>
      <w:r/>
    </w:p>
    <w:p>
      <w:r>
        <w:drawing>
          <wp:inline xmlns:a="http://schemas.openxmlformats.org/drawingml/2006/main" xmlns:pic="http://schemas.openxmlformats.org/drawingml/2006/picture">
            <wp:extent cx="5080000" cy="3408101"/>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3408101"/>
                    </a:xfrm>
                    <a:prstGeom prst="rect"/>
                  </pic:spPr>
                </pic:pic>
              </a:graphicData>
            </a:graphic>
          </wp:inline>
        </w:drawing>
      </w:r>
    </w:p>
    <w:p>
      <w:r/>
      <w:r>
        <w:rPr>
          <w:b/>
        </w:rPr>
        <w:t>Greater Palm Springs Pride will recognise three Coachella Valley community advocates at its 2026 Pride Awards on 15 October. The evening celebrates local LGBTQ+ leadership, long-running community involvement and the people helping shape a more welcoming region, with the ceremony scheduled to begin at 5.30pm.</w:t>
      </w:r>
      <w:r/>
    </w:p>
    <w:p>
      <w:pPr>
        <w:pStyle w:val="Heading2"/>
      </w:pPr>
      <w:r>
        <w:t>Essential Takeaways</w:t>
      </w:r>
      <w:r/>
      <w:r/>
    </w:p>
    <w:p>
      <w:pPr>
        <w:pStyle w:val="ListBullet"/>
        <w:spacing w:line="240" w:lineRule="auto"/>
        <w:ind w:left="720"/>
      </w:pPr>
      <w:r/>
      <w:r>
        <w:rPr>
          <w:b/>
        </w:rPr>
        <w:t>Three honourees:</w:t>
      </w:r>
      <w:r>
        <w:t xml:space="preserve"> Andre Chambers, Andy Wysocki and Bill Sand will be recognised.</w:t>
      </w:r>
      <w:r/>
    </w:p>
    <w:p>
      <w:pPr>
        <w:pStyle w:val="ListBullet"/>
        <w:spacing w:line="240" w:lineRule="auto"/>
        <w:ind w:left="720"/>
      </w:pPr>
      <w:r/>
      <w:r>
        <w:rPr>
          <w:b/>
        </w:rPr>
        <w:t>Celebration date:</w:t>
      </w:r>
      <w:r>
        <w:t xml:space="preserve"> The 2026 Pride Awards are scheduled for 15 October.</w:t>
      </w:r>
      <w:r/>
    </w:p>
    <w:p>
      <w:pPr>
        <w:pStyle w:val="ListBullet"/>
        <w:spacing w:line="240" w:lineRule="auto"/>
        <w:ind w:left="720"/>
      </w:pPr>
      <w:r/>
      <w:r>
        <w:rPr>
          <w:b/>
        </w:rPr>
        <w:t>Event timing:</w:t>
      </w:r>
      <w:r>
        <w:t xml:space="preserve"> Proceedings are due to start at 5.30pm.</w:t>
      </w:r>
      <w:r/>
    </w:p>
    <w:p>
      <w:pPr>
        <w:pStyle w:val="ListBullet"/>
        <w:spacing w:line="240" w:lineRule="auto"/>
        <w:ind w:left="720"/>
      </w:pPr>
      <w:r/>
      <w:r>
        <w:rPr>
          <w:b/>
        </w:rPr>
        <w:t>Community focus:</w:t>
      </w:r>
      <w:r>
        <w:t xml:space="preserve"> The awards highlight LGBTQ+ advocacy and wider service across the Coachella Valley.</w:t>
      </w:r>
      <w:r/>
    </w:p>
    <w:p>
      <w:pPr>
        <w:pStyle w:val="ListBullet"/>
        <w:spacing w:line="240" w:lineRule="auto"/>
        <w:ind w:left="720"/>
      </w:pPr>
      <w:r/>
      <w:r>
        <w:rPr>
          <w:b/>
        </w:rPr>
        <w:t>Venue details:</w:t>
      </w:r>
      <w:r>
        <w:t xml:space="preserve"> The supplied announcement doesn't yet include a location or award categories.</w:t>
      </w:r>
      <w:r/>
      <w:r/>
    </w:p>
    <w:p>
      <w:pPr>
        <w:pStyle w:val="Heading2"/>
      </w:pPr>
      <w:r>
        <w:t>Three local advocates take the spotlight</w:t>
      </w:r>
      <w:r/>
    </w:p>
    <w:p>
      <w:r/>
      <w:r>
        <w:t>Greater Palm Springs Pride is preparing to honour Andre Chambers, Andy Wysocki and Bill Sand at its 2026 Pride Awards. Their recognition puts a human face on the quieter, often painstaking work that keeps community organisations moving.</w:t>
      </w:r>
      <w:r/>
    </w:p>
    <w:p>
      <w:r/>
      <w:r>
        <w:t>The event is expected to celebrate contributions reaching beyond a single campaign or headline. In a region known for its visible Pride celebrations, these awards offer a chance to pause and recognise the people whose advocacy and involvement continue between major events.</w:t>
      </w:r>
      <w:r/>
    </w:p>
    <w:p>
      <w:pPr>
        <w:pStyle w:val="Heading2"/>
      </w:pPr>
      <w:r>
        <w:t>Why the Pride Awards matter in the Coachella Valley</w:t>
      </w:r>
      <w:r/>
    </w:p>
    <w:p>
      <w:r/>
      <w:r>
        <w:t>Greater Palm Springs Pride has presented awards through its programming for decades, recognising individuals and organisations supporting both the LGBTQ+ community and the wider Coachella Valley. That long-running tradition gives the ceremony a sense of continuity, linking today's local advocates with an established history of community recognition.</w:t>
      </w:r>
      <w:r/>
    </w:p>
    <w:p>
      <w:r/>
      <w:r>
        <w:t>The timing also matters. Pride events can be colourful and highly visible, but lasting progress is usually built through regular volunteering, organising, support work and public advocacy. Celebrating those efforts helps show how local change is made: steadily, collectively and often away from the spotlight.</w:t>
      </w:r>
      <w:r/>
    </w:p>
    <w:p>
      <w:pPr>
        <w:pStyle w:val="Heading2"/>
      </w:pPr>
      <w:r>
        <w:t>What to know before the 15 October ceremony</w:t>
      </w:r>
      <w:r/>
    </w:p>
    <w:p>
      <w:r/>
      <w:r>
        <w:t>The awards event is scheduled to begin at 5.30pm on 15 October 2026. However, the supplied announcement doesn't provide a venue, detailed timetable or information about the specific categories attached to each honour.</w:t>
      </w:r>
      <w:r/>
    </w:p>
    <w:p>
      <w:r/>
      <w:r>
        <w:t>Anyone planning to attend should check Greater Palm Springs Pride's official channels closer to the date for practical updates. Details such as arrival time, accessibility, parking and registration can make an evening far easier, particularly for visitors travelling across the valley.</w:t>
      </w:r>
      <w:r/>
    </w:p>
    <w:p>
      <w:pPr>
        <w:pStyle w:val="Heading2"/>
      </w:pPr>
      <w:r>
        <w:t>A wider Pride calendar is taking shape</w:t>
      </w:r>
      <w:r/>
    </w:p>
    <w:p>
      <w:r/>
      <w:r>
        <w:t>The announcement arrives as Greater Palm Springs Pride prepares a broader 2026 programme, with local coverage also pointing to other Pride-related honours and anniversary activity. That suggests a year focused not only on celebration, but also on the people and milestones behind the organisation's community work.</w:t>
      </w:r>
      <w:r/>
    </w:p>
    <w:p>
      <w:r/>
      <w:r>
        <w:t>For residents, the awards are a useful reminder that local Pride is more than a single parade or festival weekend. It also lives in the relationships, services and advocacy that support people throughout the year. And that may be the most meaningful kind of recognition: making community effort visible while it's still shaping the future.</w:t>
      </w:r>
      <w:r/>
    </w:p>
    <w:p>
      <w:r/>
      <w:r>
        <w:t>It's a warm, timely reminder that local advocacy deserves its own spotlight.</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[3]</w:t>
        </w:r>
      </w:hyperlink>
      <w:r>
        <w:t xml:space="preserve">, </w:t>
      </w:r>
      <w:hyperlink r:id="rId11">
        <w:r>
          <w:rPr>
            <w:color w:val="0000EE"/>
            <w:u w:val="single"/>
          </w:rPr>
          <w:t>[4]</w:t>
        </w:r>
      </w:hyperlink>
      <w:r>
        <w:t xml:space="preserve">- Paragraph 2: </w:t>
      </w:r>
      <w:hyperlink r:id="rId12">
        <w:r>
          <w:rPr>
            <w:color w:val="0000EE"/>
            <w:u w:val="single"/>
          </w:rPr>
          <w:t>[2]</w:t>
        </w:r>
      </w:hyperlink>
      <w:r>
        <w:t xml:space="preserve">, </w:t>
      </w:r>
      <w:hyperlink r:id="rId13">
        <w:r>
          <w:rPr>
            <w:color w:val="0000EE"/>
            <w:u w:val="single"/>
          </w:rPr>
          <w:t>[5]</w:t>
        </w:r>
      </w:hyperlink>
      <w:r>
        <w:t xml:space="preserve">- Paragraph 3: </w:t>
      </w:r>
      <w:hyperlink r:id="rId14">
        <w:r>
          <w:rPr>
            <w:color w:val="0000EE"/>
            <w:u w:val="single"/>
          </w:rPr>
          <w:t>[6]</w:t>
        </w:r>
      </w:hyperlink>
      <w:r>
        <w:t xml:space="preserve">, </w:t>
      </w:r>
      <w:hyperlink r:id="rId15">
        <w:r>
          <w:rPr>
            <w:color w:val="0000EE"/>
            <w:u w:val="single"/>
          </w:rPr>
          <w:t>[7]</w:t>
        </w:r>
      </w:hyperlink>
      <w:r>
        <w:t xml:space="preserve">- Paragraph 4: </w:t>
      </w:r>
      <w:hyperlink r:id="rId10">
        <w:r>
          <w:rPr>
            <w:color w:val="0000EE"/>
            <w:u w:val="single"/>
          </w:rPr>
          <w:t>[3]</w:t>
        </w:r>
      </w:hyperlink>
      <w:r>
        <w:t xml:space="preserve">, </w:t>
      </w:r>
      <w:hyperlink r:id="rId11">
        <w:r>
          <w:rPr>
            <w:color w:val="0000EE"/>
            <w:u w:val="single"/>
          </w:rPr>
          <w:t>[4]</w:t>
        </w:r>
      </w:hyperlink>
      <w:r>
        <w:t xml:space="preserve">- Paragraph 5: </w:t>
      </w:r>
      <w:hyperlink r:id="rId12">
        <w:r>
          <w:rPr>
            <w:color w:val="0000EE"/>
            <w:u w:val="single"/>
          </w:rPr>
          <w:t>[2]</w:t>
        </w:r>
      </w:hyperlink>
      <w:r>
        <w:t xml:space="preserve">, </w:t>
      </w:r>
      <w:hyperlink r:id="rId13">
        <w:r>
          <w:rPr>
            <w:color w:val="0000EE"/>
            <w:u w:val="single"/>
          </w:rPr>
          <w:t>[5]</w:t>
        </w:r>
      </w:hyperlink>
      <w:r>
        <w:t xml:space="preserve">- Paragraph 6: </w:t>
      </w:r>
      <w:hyperlink r:id="rId14">
        <w:r>
          <w:rPr>
            <w:color w:val="0000EE"/>
            <w:u w:val="single"/>
          </w:rPr>
          <w:t>[6]</w:t>
        </w:r>
      </w:hyperlink>
      <w:r>
        <w:t xml:space="preserve">, </w:t>
      </w:r>
      <w:hyperlink r:id="rId15">
        <w:r>
          <w:rPr>
            <w:color w:val="0000EE"/>
            <w:u w:val="single"/>
          </w:rPr>
          <w:t>[7]</w:t>
        </w:r>
      </w:hyperlink>
      <w:r>
        <w:t xml:space="preserve">- Paragraph 7: </w:t>
      </w:r>
      <w:hyperlink r:id="rId10">
        <w:r>
          <w:rPr>
            <w:color w:val="0000EE"/>
            <w:u w:val="single"/>
          </w:rPr>
          <w:t>[3]</w:t>
        </w:r>
      </w:hyperlink>
      <w:r>
        <w:t xml:space="preserve">, </w:t>
      </w:r>
      <w:hyperlink r:id="rId11">
        <w:r>
          <w:rPr>
            <w:color w:val="0000EE"/>
            <w:u w:val="single"/>
          </w:rPr>
          <w:t>[4]</w:t>
        </w:r>
      </w:hyperlink>
      <w:r>
        <w:t xml:space="preserve">- Paragraph 8: </w:t>
      </w:r>
      <w:hyperlink r:id="rId12">
        <w:r>
          <w:rPr>
            <w:color w:val="0000EE"/>
            <w:u w:val="single"/>
          </w:rPr>
          <w:t>[2]</w:t>
        </w:r>
      </w:hyperlink>
      <w:r>
        <w:t xml:space="preserve">, </w:t>
      </w:r>
      <w:hyperlink r:id="rId13">
        <w:r>
          <w:rPr>
            <w:color w:val="0000EE"/>
            <w:u w:val="single"/>
          </w:rPr>
          <w:t>[5]</w:t>
        </w:r>
      </w:hyperlink>
      <w:r>
        <w:t xml:space="preserve">- Paragraph 9: </w:t>
      </w:r>
      <w:hyperlink r:id="rId10">
        <w:r>
          <w:rPr>
            <w:color w:val="0000EE"/>
            <w:u w:val="single"/>
          </w:rPr>
          <w:t>[3]</w:t>
        </w:r>
      </w:hyperlink>
      <w:r>
        <w:t xml:space="preserve">, </w:t>
      </w:r>
      <w:hyperlink r:id="rId11">
        <w:r>
          <w:rPr>
            <w:color w:val="0000EE"/>
            <w:u w:val="single"/>
          </w:rPr>
          <w:t>[4]</w:t>
        </w:r>
      </w:hyperlink>
      <w:r>
        <w:t xml:space="preserve">- Paragraph 10: </w:t>
      </w:r>
      <w:hyperlink r:id="rId14">
        <w:r>
          <w:rPr>
            <w:color w:val="0000EE"/>
            <w:u w:val="single"/>
          </w:rPr>
          <w:t>[6]</w:t>
        </w:r>
      </w:hyperlink>
      <w:r>
        <w:t xml:space="preserve">, </w:t>
      </w:r>
      <w:hyperlink r:id="rId15">
        <w:r>
          <w:rPr>
            <w:color w:val="0000EE"/>
            <w:u w:val="single"/>
          </w:rPr>
          <w:t>[7]</w:t>
        </w:r>
      </w:hyperlink>
      <w:r>
        <w:t xml:space="preserve">- Paragraph 11: </w:t>
      </w:r>
      <w:hyperlink r:id="rId12">
        <w:r>
          <w:rPr>
            <w:color w:val="0000EE"/>
            <w:u w:val="single"/>
          </w:rPr>
          <w:t>[2]</w:t>
        </w:r>
      </w:hyperlink>
      <w:r>
        <w:t xml:space="preserve">, </w:t>
      </w:r>
      <w:hyperlink r:id="rId10">
        <w:r>
          <w:rPr>
            <w:color w:val="0000EE"/>
            <w:u w:val="single"/>
          </w:rPr>
          <w:t>[3]</w:t>
        </w:r>
      </w:hyperlink>
      <w:r>
        <w:t xml:space="preserve">- Paragraph 12: </w:t>
      </w:r>
      <w:hyperlink r:id="rId11">
        <w:r>
          <w:rPr>
            <w:color w:val="0000EE"/>
            <w:u w:val="single"/>
          </w:rPr>
          <w:t>[4]</w:t>
        </w:r>
      </w:hyperlink>
      <w:r>
        <w:t xml:space="preserve">, </w:t>
      </w:r>
      <w:hyperlink r:id="rId15">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https://www.nbcpalmsprings.com/local-and-community/2026/09/24/greater-palm-springs-pride-to-honor-coachella-valley-advocates-at-2026-awards</w:t>
        </w:r>
      </w:hyperlink>
      <w:r>
        <w:t xml:space="preserve"> - Please view link - unable to able to access data</w:t>
      </w:r>
      <w:r/>
    </w:p>
    <w:p>
      <w:pPr>
        <w:pStyle w:val="ListNumber"/>
        <w:spacing w:line="240" w:lineRule="auto"/>
        <w:ind w:left="720"/>
      </w:pPr>
      <w:r/>
      <w:hyperlink r:id="rId12">
        <w:r>
          <w:rPr>
            <w:color w:val="0000EE"/>
            <w:u w:val="single"/>
          </w:rPr>
          <w:t>https://www.palmspringsca.gov/Home/Components/News/News/8865/23?backlist=%2Fgovernment%2Fdepartments%2Ffinance-treasury%2F</w:t>
        </w:r>
      </w:hyperlink>
      <w:r>
        <w:t xml:space="preserve"> - The City of Palm Springs announced the 2026 Pride Honors Award recipients, including André Chambers, Randy Perrin, and others, recognising their contributions to the LGBTQ+ community. The awards ceremony is scheduled for September 24, 2026, at the Palm Springs Hilton. Tickets are available on pspride.org.</w:t>
      </w:r>
      <w:r/>
    </w:p>
    <w:p>
      <w:pPr>
        <w:pStyle w:val="ListNumber"/>
        <w:spacing w:line="240" w:lineRule="auto"/>
        <w:ind w:left="720"/>
      </w:pPr>
      <w:r/>
      <w:hyperlink r:id="rId10">
        <w:r>
          <w:rPr>
            <w:color w:val="0000EE"/>
            <w:u w:val="single"/>
          </w:rPr>
          <w:t>https://kesq.com/news/2026/09/10/palm-springs-pride-announces-2026-pride-honors-award-recipients/</w:t>
        </w:r>
      </w:hyperlink>
      <w:r>
        <w:t xml:space="preserve"> - KESQ reported on the 2026 Pride Honors Award recipients announced by Greater Palm Springs Pride, highlighting individuals like André Chambers and Randy Perrin. The awards ceremony is set for September 24, 2026, at the Palm Springs Hilton, with tickets available on pspride.org.</w:t>
      </w:r>
      <w:r/>
    </w:p>
    <w:p>
      <w:pPr>
        <w:pStyle w:val="ListNumber"/>
        <w:spacing w:line="240" w:lineRule="auto"/>
        <w:ind w:left="720"/>
      </w:pPr>
      <w:r/>
      <w:hyperlink r:id="rId11">
        <w:r>
          <w:rPr>
            <w:color w:val="0000EE"/>
            <w:u w:val="single"/>
          </w:rPr>
          <w:t>https://kesq.com/news/2026/09/14/greater-palm-springs-pride-announces-2026-grand-marshals-for-40th-anniversary/</w:t>
        </w:r>
      </w:hyperlink>
      <w:r>
        <w:t xml:space="preserve"> - KESQ detailed the announcement of the 2026 Grand Marshals for Greater Palm Springs Pride's 40th Anniversary, including Fortune Feimster and Cheyenne Jackson. The parade is scheduled for November 8, 2026, at 10:00 AM on Palm Canyon Drive in Palm Springs.</w:t>
      </w:r>
      <w:r/>
    </w:p>
    <w:p>
      <w:pPr>
        <w:pStyle w:val="ListNumber"/>
        <w:spacing w:line="240" w:lineRule="auto"/>
        <w:ind w:left="720"/>
      </w:pPr>
      <w:r/>
      <w:hyperlink r:id="rId13">
        <w:r>
          <w:rPr>
            <w:color w:val="0000EE"/>
            <w:u w:val="single"/>
          </w:rPr>
          <w:t>https://www.palmspringsca.gov/Home/Components/News/News/8867/358?npage=25</w:t>
        </w:r>
      </w:hyperlink>
      <w:r>
        <w:t xml:space="preserve"> - The City of Palm Springs announced the 2026 Grand Marshals for the 40th Anniversary of Pride, including Fortune Feimster and Cheyenne Jackson. The parade is set for November 8, 2026, at 10:00 AM on Palm Canyon Drive in Palm Springs.</w:t>
      </w:r>
      <w:r/>
    </w:p>
    <w:p>
      <w:pPr>
        <w:pStyle w:val="ListNumber"/>
        <w:spacing w:line="240" w:lineRule="auto"/>
        <w:ind w:left="720"/>
      </w:pPr>
      <w:r/>
      <w:hyperlink r:id="rId14">
        <w:r>
          <w:rPr>
            <w:color w:val="0000EE"/>
            <w:u w:val="single"/>
          </w:rPr>
          <w:t>https://www.pslibraryfoundation.org/news/2026/7/22/krgkg1m99sitc4ky3z0atkx0wsjb5b</w:t>
        </w:r>
      </w:hyperlink>
      <w:r>
        <w:t xml:space="preserve"> - The Palm Springs Public Library Foundation announced the Fifth Annual Pride on the Page Book Festival, scheduled for November 14, 2026, at the Palm Springs Cultural Center. The event is free and aims to bring together LGBTQ+ authors, readers, and allies for a day of discussions and community connection.</w:t>
      </w:r>
      <w:r/>
    </w:p>
    <w:p>
      <w:pPr>
        <w:pStyle w:val="ListNumber"/>
        <w:spacing w:line="240" w:lineRule="auto"/>
        <w:ind w:left="720"/>
      </w:pPr>
      <w:r/>
      <w:hyperlink r:id="rId15">
        <w:r>
          <w:rPr>
            <w:color w:val="0000EE"/>
            <w:u w:val="single"/>
          </w:rPr>
          <w:t>https://www.gaylandia.com/greater-palm-springs-pride/</w:t>
        </w:r>
      </w:hyperlink>
      <w:r>
        <w:t xml:space="preserve"> - GAYLANDIA USA provided information about Greater Palm Springs Pride, a nonprofit organisation dedicated to promoting LGBTQ+ visibility and equality. The 40th annual Pride celebration is scheduled for November 6–8, 2026, with the theme 'Be Included'.</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nbcpalmsprings.com/local-and-community/2026/09/24/greater-palm-springs-pride-to-honor-coachella-valley-advocates-at-2026-awards" TargetMode="External"/><Relationship Id="rId10" Type="http://schemas.openxmlformats.org/officeDocument/2006/relationships/hyperlink" Target="https://kesq.com/news/2026/09/10/palm-springs-pride-announces-2026-pride-honors-award-recipients/" TargetMode="External"/><Relationship Id="rId11" Type="http://schemas.openxmlformats.org/officeDocument/2006/relationships/hyperlink" Target="https://kesq.com/news/2026/09/14/greater-palm-springs-pride-announces-2026-grand-marshals-for-40th-anniversary/" TargetMode="External"/><Relationship Id="rId12" Type="http://schemas.openxmlformats.org/officeDocument/2006/relationships/hyperlink" Target="https://www.palmspringsca.gov/Home/Components/News/News/8865/23?backlist=%2Fgovernment%2Fdepartments%2Ffinance-treasury%2F" TargetMode="External"/><Relationship Id="rId13" Type="http://schemas.openxmlformats.org/officeDocument/2006/relationships/hyperlink" Target="https://www.palmspringsca.gov/Home/Components/News/News/8867/358?npage=25" TargetMode="External"/><Relationship Id="rId14" Type="http://schemas.openxmlformats.org/officeDocument/2006/relationships/hyperlink" Target="https://www.pslibraryfoundation.org/news/2026/7/22/krgkg1m99sitc4ky3z0atkx0wsjb5b" TargetMode="External"/><Relationship Id="rId15" Type="http://schemas.openxmlformats.org/officeDocument/2006/relationships/hyperlink" Target="https://www.gaylandia.com/greater-palm-springs-prid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