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Folsom Street Fair 2026 Guide: What First-Time Visitors Should Know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San Francisco is getting ready for Folsom Street Fair 2026, the city’s famously bold celebration of leather, kink and alternative sexuality. Taking place on Folsom Street in the South of Market district, the event welcomes curious newcomers as well as seasoned attendees, with no special dress code required, although a little theatrical flair certainly won’t go amiss.</w:t>
      </w:r>
      <w:r/>
    </w:p>
    <w:p>
      <w:pPr>
        <w:pStyle w:val="Heading2"/>
      </w:pPr>
      <w:r>
        <w:t>The city’s most distinctive street fair is back</w:t>
      </w:r>
      <w:r/>
    </w:p>
    <w:p>
      <w:r/>
      <w:r>
        <w:t xml:space="preserve">Folsom Street Fair will take over Folsom Street between 8th and 13th streets on Sunday 27 September, running from 11am to 6pm. It traditionally closes San Francisco’s Leather Pride Week and has become one of the world’s best-known public celebrations of leather culture and consensual adult sexuality. </w:t>
      </w:r>
      <w:hyperlink r:id="rId9">
        <w:r>
          <w:rPr>
            <w:color w:val="0000EE"/>
            <w:u w:val="single"/>
          </w:rPr>
          <w:t>[2]</w:t>
        </w:r>
      </w:hyperlink>
      <w:r/>
    </w:p>
    <w:p>
      <w:r/>
      <w:r>
        <w:t xml:space="preserve">The atmosphere is energetic, cheeky and often wonderfully over the top. You’ll see leather outfits, inventive costumes, community groups, performers and plenty of people simply soaking up the spectacle in ordinary clothes. As the event’s organisers make clear, visitors don’t need to wear fetish gear to attend, which makes the fair more approachable than its reputation might suggest. </w:t>
      </w:r>
      <w:hyperlink r:id="rId10">
        <w:r>
          <w:rPr>
            <w:color w:val="0000EE"/>
            <w:u w:val="single"/>
          </w:rPr>
          <w:t>[4]</w:t>
        </w:r>
      </w:hyperlink>
      <w:r/>
    </w:p>
    <w:p>
      <w:pPr>
        <w:pStyle w:val="Heading2"/>
      </w:pPr>
      <w:r>
        <w:t>What should first-time visitors expect?</w:t>
      </w:r>
      <w:r/>
    </w:p>
    <w:p>
      <w:r/>
      <w:r>
        <w:t xml:space="preserve">The fair is a public event, but it’s still important to remember that it centres on adult communities and sexual expression. That means respectful behaviour matters: ask before touching people, clothing, equipment or displays, and don’t assume that an eye-catching outfit is an invitation to take a photograph. </w:t>
      </w:r>
      <w:hyperlink r:id="rId10">
        <w:r>
          <w:rPr>
            <w:color w:val="0000EE"/>
            <w:u w:val="single"/>
          </w:rPr>
          <w:t>[4]</w:t>
        </w:r>
      </w:hyperlink>
      <w:r/>
    </w:p>
    <w:p>
      <w:r/>
      <w:r>
        <w:t xml:space="preserve">A practical mindset helps. Wear comfortable shoes, keep valuables secure and expect crowds, noise and a lot to look at. The event’s own guidance is especially useful for anyone unfamiliar with the setting, because a little preparation can make the day feel relaxed rather than overwhelming. </w:t>
      </w:r>
      <w:hyperlink r:id="rId10">
        <w:r>
          <w:rPr>
            <w:color w:val="0000EE"/>
            <w:u w:val="single"/>
          </w:rPr>
          <w:t>[4]</w:t>
        </w:r>
      </w:hyperlink>
      <w:r/>
    </w:p>
    <w:p>
      <w:pPr>
        <w:pStyle w:val="Heading2"/>
      </w:pPr>
      <w:r>
        <w:t>Consent and respect are part of the event</w:t>
      </w:r>
      <w:r/>
    </w:p>
    <w:p>
      <w:r/>
      <w:r>
        <w:t>Folsom’s appeal isn’t just its visual drama. It also offers a public space for communities that have often had to organise privately, where identity, desire and self-expression can be discussed more openly. That freedom works best when everyone understands the boundaries around consent and personal space.</w:t>
      </w:r>
      <w:r/>
    </w:p>
    <w:p>
      <w:r/>
      <w:r>
        <w:t xml:space="preserve">For newcomers, the simplest rule is also the most useful: pause and ask. Whether you’re admiring an outfit, watching a demonstration or hoping to take a picture, a polite check-in goes a long way. The fair may be playful, but good manners are never out of fashion. </w:t>
      </w:r>
      <w:hyperlink r:id="rId10">
        <w:r>
          <w:rPr>
            <w:color w:val="0000EE"/>
            <w:u w:val="single"/>
          </w:rPr>
          <w:t>[4]</w:t>
        </w:r>
      </w:hyperlink>
      <w:r/>
    </w:p>
    <w:p>
      <w:pPr>
        <w:pStyle w:val="Heading2"/>
      </w:pPr>
      <w:r>
        <w:t>Food, stalls and practical planning</w:t>
      </w:r>
      <w:r/>
    </w:p>
    <w:p>
      <w:r/>
      <w:r>
        <w:t xml:space="preserve">Food vendors form part of the wider fair experience, so visitors can plan to eat on site while exploring the streets. Vendor guidance covers operational requirements and helps explain why food areas may be organised carefully, particularly during a large, busy public gathering. </w:t>
      </w:r>
      <w:hyperlink r:id="rId11">
        <w:r>
          <w:rPr>
            <w:color w:val="0000EE"/>
            <w:u w:val="single"/>
          </w:rPr>
          <w:t>[6]</w:t>
        </w:r>
      </w:hyperlink>
      <w:r/>
    </w:p>
    <w:p>
      <w:r/>
      <w:r>
        <w:t xml:space="preserve">Exhibitors and sellers also follow event-specific instructions, meaning layouts, access arrangements and stall operations aren’t left to chance. If you’re meeting friends, choose a clear landmark in advance and don’t rely on mobile reception alone. In a crowd this large, “I’m by the interesting stall” isn’t quite a location pin. </w:t>
      </w:r>
      <w:hyperlink r:id="rId12">
        <w:r>
          <w:rPr>
            <w:color w:val="0000EE"/>
            <w:u w:val="single"/>
          </w:rPr>
          <w:t>[5]</w:t>
        </w:r>
      </w:hyperlink>
      <w:r/>
    </w:p>
    <w:p>
      <w:pPr>
        <w:pStyle w:val="Heading2"/>
      </w:pPr>
      <w:r>
        <w:t>Why Folsom still matters beyond the spectacle</w:t>
      </w:r>
      <w:r/>
    </w:p>
    <w:p>
      <w:r/>
      <w:r>
        <w:t>Folsom Street Fair remains a major fixture because it combines celebration with visibility. It gives leather and kink communities a chance to gather publicly, while also inviting the wider city to learn, watch and participate respectfully. That mixture of openness and boundary-setting is what makes the event more than a costume parade.</w:t>
      </w:r>
      <w:r/>
    </w:p>
    <w:p>
      <w:r/>
      <w:r>
        <w:t>The fair also sits within a broader calendar of queer community events in San Francisco, including the Castro Street Fair in October. Together, they show how neighbourhood celebrations can preserve history while making room for new generations, new identities and plenty of joyful self-expression.</w:t>
      </w:r>
      <w:r/>
    </w:p>
    <w:p>
      <w:r/>
      <w:r>
        <w:t>If you’re considering your first visit, go with curiosity, patience and comfortable footwear. The city’s boldest Sunday is best enjoyed with an open mind and a good sense of personal space.</w:t>
      </w:r>
      <w:r/>
    </w:p>
    <w:p>
      <w:r/>
      <w:r>
        <w:t>Expect colour, community and a fair amount of unforgettable street theatre.</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4">
        <w:r>
          <w:rPr>
            <w:color w:val="0000EE"/>
            <w:u w:val="single"/>
          </w:rPr>
          <w:t>[3]</w:t>
        </w:r>
      </w:hyperlink>
      <w:r>
        <w:t xml:space="preserve">- Paragraph 3: </w:t>
      </w:r>
      <w:hyperlink r:id="rId10">
        <w:r>
          <w:rPr>
            <w:color w:val="0000EE"/>
            <w:u w:val="single"/>
          </w:rPr>
          <w:t>[4]</w:t>
        </w:r>
      </w:hyperlink>
      <w:r>
        <w:t xml:space="preserve">- Paragraph 4: </w:t>
      </w:r>
      <w:hyperlink r:id="rId10">
        <w:r>
          <w:rPr>
            <w:color w:val="0000EE"/>
            <w:u w:val="single"/>
          </w:rPr>
          <w:t>[4]</w:t>
        </w:r>
      </w:hyperlink>
      <w:r>
        <w:t xml:space="preserve">- Paragraph 5: </w:t>
      </w:r>
      <w:hyperlink r:id="rId10">
        <w:r>
          <w:rPr>
            <w:color w:val="0000EE"/>
            <w:u w:val="single"/>
          </w:rPr>
          <w:t>[4]</w:t>
        </w:r>
      </w:hyperlink>
      <w:r>
        <w:t xml:space="preserve">- Paragraph 6: </w:t>
      </w:r>
      <w:hyperlink r:id="rId10">
        <w:r>
          <w:rPr>
            <w:color w:val="0000EE"/>
            <w:u w:val="single"/>
          </w:rPr>
          <w:t>[4]</w:t>
        </w:r>
      </w:hyperlink>
      <w:r>
        <w:t xml:space="preserve">- Paragraph 7: </w:t>
      </w:r>
      <w:hyperlink r:id="rId11">
        <w:r>
          <w:rPr>
            <w:color w:val="0000EE"/>
            <w:u w:val="single"/>
          </w:rPr>
          <w:t>[6]</w:t>
        </w:r>
      </w:hyperlink>
      <w:r>
        <w:t xml:space="preserve">- Paragraph 8: </w:t>
      </w:r>
      <w:hyperlink r:id="rId12">
        <w:r>
          <w:rPr>
            <w:color w:val="0000EE"/>
            <w:u w:val="single"/>
          </w:rPr>
          <w:t>[5]</w:t>
        </w:r>
      </w:hyperlink>
      <w:r>
        <w:t xml:space="preserve">- Paragraph 9: </w:t>
      </w:r>
      <w:hyperlink r:id="rId9">
        <w:r>
          <w:rPr>
            <w:color w:val="0000EE"/>
            <w:u w:val="single"/>
          </w:rPr>
          <w:t>[2]</w:t>
        </w:r>
      </w:hyperlink>
      <w:r>
        <w:t xml:space="preserve">, </w:t>
      </w:r>
      <w:hyperlink r:id="rId10">
        <w:r>
          <w:rPr>
            <w:color w:val="0000EE"/>
            <w:u w:val="single"/>
          </w:rPr>
          <w:t>[4]</w:t>
        </w:r>
      </w:hyperlink>
      <w:r>
        <w:t xml:space="preserve">- Paragraph 10: </w:t>
      </w:r>
      <w:hyperlink r:id="rId9">
        <w:r>
          <w:rPr>
            <w:color w:val="0000EE"/>
            <w:u w:val="single"/>
          </w:rPr>
          <w:t>[2]</w:t>
        </w:r>
      </w:hyperlink>
      <w:r>
        <w:t xml:space="preserve">, </w:t>
      </w:r>
      <w:hyperlink r:id="rId10">
        <w:r>
          <w:rPr>
            <w:color w:val="0000EE"/>
            <w:u w:val="single"/>
          </w:rPr>
          <w:t>[4]</w:t>
        </w:r>
      </w:hyperlink>
      <w:r>
        <w:t xml:space="preserve">- Paragraph 11: </w:t>
      </w:r>
      <w:hyperlink r:id="rId9">
        <w:r>
          <w:rPr>
            <w:color w:val="0000EE"/>
            <w:u w:val="single"/>
          </w:rPr>
          <w:t>[2]</w:t>
        </w:r>
      </w:hyperlink>
      <w:r>
        <w:t xml:space="preserve">, </w:t>
      </w:r>
      <w:hyperlink r:id="rId14">
        <w:r>
          <w:rPr>
            <w:color w:val="0000EE"/>
            <w:u w:val="single"/>
          </w:rPr>
          <w:t>[3]</w:t>
        </w:r>
      </w:hyperlink>
      <w:r>
        <w:t xml:space="preserve">- Paragraph 12: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https://sfbaytimes.com/sister-dana-sez-is-everybody-excited-about-the-upcoming-folsom-street-fair/?utm_source=rss&amp;utm_medium=rss&amp;utm_campaign=sister-dana-sez-is-everybody-excited-about-the-upcoming-folsom-street-fair</w:t>
        </w:r>
      </w:hyperlink>
      <w:r>
        <w:t xml:space="preserve"> - Please view link - unable to able to access data</w:t>
      </w:r>
      <w:r/>
    </w:p>
    <w:p>
      <w:pPr>
        <w:pStyle w:val="ListNumber"/>
        <w:spacing w:line="240" w:lineRule="auto"/>
        <w:ind w:left="720"/>
      </w:pPr>
      <w:r/>
      <w:hyperlink r:id="rId9">
        <w:r>
          <w:rPr>
            <w:color w:val="0000EE"/>
            <w:u w:val="single"/>
          </w:rPr>
          <w:t>https://www.folsomstreet.org/folsom-street-fair</w:t>
        </w:r>
      </w:hyperlink>
      <w:r>
        <w:t xml:space="preserve"> - The Folsom Street Fair is an annual event held on the last Sunday of September in San Francisco's South of Market district. In 2026, it is scheduled for September 27, from 11 AM to 6 PM. The fair spans Folsom Street between 8th and 13th Streets, featuring live entertainment, dance areas, and numerous vendors and community organisations from the leather, kink, and alternative sexuality communities. Entry is free, with a suggested donation at the gate. The event is open to adults and promotes a strict consent culture. The SOMA district is well-served by BART and Muni, with Powell Street and Civic Center stations a short walk from the fair boundary.</w:t>
      </w:r>
      <w:r/>
    </w:p>
    <w:p>
      <w:pPr>
        <w:pStyle w:val="ListNumber"/>
        <w:spacing w:line="240" w:lineRule="auto"/>
        <w:ind w:left="720"/>
      </w:pPr>
      <w:r/>
      <w:hyperlink r:id="rId14">
        <w:r>
          <w:rPr>
            <w:color w:val="0000EE"/>
            <w:u w:val="single"/>
          </w:rPr>
          <w:t>https://eroticadvisor.com/en/erotic-events/united-states/california/san-francisco/folsom-street-fair-2026</w:t>
        </w:r>
      </w:hyperlink>
      <w:r>
        <w:t xml:space="preserve"> - The Folsom Street Fair 2026 is scheduled for Sunday, 27 September 2026, from 11:00 to 18:00, taking over thirteen blocks of San Francisco's SOMA district along Folsom Street between 7th and 12th streets. Now in its 42nd year, the fair is the largest leather and kink event in the world and the closing centrepiece of San Francisco's Leather Pride season. The fair fills the street with leather and fetish gear, live entertainment across multiple stages, dance areas, and hundreds of vendors and community organisations from the leather, kink, and alternative sexuality communities. It draws visitors from across the United States and internationally, and its scale and openness have made it a landmark in global fetish culture rather than simply a local street party. Entry is free, with a suggested donation collected at the gate — proceeds support the charitable beneficiaries of Folsom Street Events, the non-profit that produces the fair. The event is outdoors and open to adults, and a strict consent culture is central to how it is run. SOMA is well served by BART and Muni, with Powell Street and Civic Center stations a short walk from the fair boundary.</w:t>
      </w:r>
      <w:r/>
    </w:p>
    <w:p>
      <w:pPr>
        <w:pStyle w:val="ListNumber"/>
        <w:spacing w:line="240" w:lineRule="auto"/>
        <w:ind w:left="720"/>
      </w:pPr>
      <w:r/>
      <w:hyperlink r:id="rId10">
        <w:r>
          <w:rPr>
            <w:color w:val="0000EE"/>
            <w:u w:val="single"/>
          </w:rPr>
          <w:t>https://www.folsomstreet.org/faq</w:t>
        </w:r>
      </w:hyperlink>
      <w:r>
        <w:t xml:space="preserve"> - The Folsom Street Fair is an annual event held on the last Sunday of September in San Francisco's South of Market district. In 2026, it is scheduled for September 27, from 11 AM to 6 PM. The fair spans Folsom Street between 8th and 13th Streets, featuring live entertainment, dance areas, and numerous vendors and community organisations from the leather, kink, and alternative sexuality communities. Entry is free, with a suggested donation at the gate. The event is open to adults and promotes a strict consent culture. The SOMA district is well-served by BART and Muni, with Powell Street and Civic Center stations a short walk from the fair boundary.</w:t>
      </w:r>
      <w:r/>
    </w:p>
    <w:p>
      <w:pPr>
        <w:pStyle w:val="ListNumber"/>
        <w:spacing w:line="240" w:lineRule="auto"/>
        <w:ind w:left="720"/>
      </w:pPr>
      <w:r/>
      <w:hyperlink r:id="rId12">
        <w:r>
          <w:rPr>
            <w:color w:val="0000EE"/>
            <w:u w:val="single"/>
          </w:rPr>
          <w:t>https://www.folsomstreet.org/fsfexhibitorinstructions</w:t>
        </w:r>
      </w:hyperlink>
      <w:r>
        <w:t xml:space="preserve"> - The Folsom Street Fair is an annual event held on the last Sunday of September in San Francisco's South of Market district. In 2026, it is scheduled for September 27, from 11 AM to 6 PM. The fair spans Folsom Street between 8th and 13th Streets, featuring live entertainment, dance areas, and numerous vendors and community organisations from the leather, kink, and alternative sexuality communities. Entry is free, with a suggested donation at the gate. The event is open to adults and promotes a strict consent culture. The SOMA district is well-served by BART and Muni, with Powell Street and Civic Center stations a short walk from the fair boundary.</w:t>
      </w:r>
      <w:r/>
    </w:p>
    <w:p>
      <w:pPr>
        <w:pStyle w:val="ListNumber"/>
        <w:spacing w:line="240" w:lineRule="auto"/>
        <w:ind w:left="720"/>
      </w:pPr>
      <w:r/>
      <w:hyperlink r:id="rId11">
        <w:r>
          <w:rPr>
            <w:color w:val="0000EE"/>
            <w:u w:val="single"/>
          </w:rPr>
          <w:t>https://www.folsomstreet.org/fsffoodvendorinstructions</w:t>
        </w:r>
      </w:hyperlink>
      <w:r>
        <w:t xml:space="preserve"> - The Folsom Street Fair is an annual event held on the last Sunday of September in San Francisco's South of Market district. In 2026, it is scheduled for September 27, from 11 AM to 6 PM. The fair spans Folsom Street between 8th and 13th Streets, featuring live entertainment, dance areas, and numerous vendors and community organisations from the leather, kink, and alternative sexuality communities. Entry is free, with a suggested donation at the gate. The event is open to adults and promotes a strict consent culture. The SOMA district is well-served by BART and Muni, with Powell Street and Civic Center stations a short walk from the fair boundary.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folsomstreet.org/folsom-street-fair" TargetMode="External"/><Relationship Id="rId10" Type="http://schemas.openxmlformats.org/officeDocument/2006/relationships/hyperlink" Target="https://www.folsomstreet.org/faq" TargetMode="External"/><Relationship Id="rId11" Type="http://schemas.openxmlformats.org/officeDocument/2006/relationships/hyperlink" Target="https://www.folsomstreet.org/fsffoodvendorinstructions" TargetMode="External"/><Relationship Id="rId12" Type="http://schemas.openxmlformats.org/officeDocument/2006/relationships/hyperlink" Target="https://www.folsomstreet.org/fsfexhibitorinstructions" TargetMode="External"/><Relationship Id="rId13" Type="http://schemas.openxmlformats.org/officeDocument/2006/relationships/hyperlink" Target="https://sfbaytimes.com/sister-dana-sez-is-everybody-excited-about-the-upcoming-folsom-street-fair/?utm_source=rss&amp;utm_medium=rss&amp;utm_campaign=sister-dana-sez-is-everybody-excited-about-the-upcoming-folsom-street-fair" TargetMode="External"/><Relationship Id="rId14" Type="http://schemas.openxmlformats.org/officeDocument/2006/relationships/hyperlink" Target="https://eroticadvisor.com/en/erotic-events/united-states/california/san-francisco/folsom-street-fair-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