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Castro Street Fair 2026 Adds San Francisco Black Pride Programming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San Francisco’s Castro Street Fair can expect a broader day of music, performance and queer creativity in 2026, with San Francisco Black Pride taking over part of the Castro Stage. The new programme matters because it brings Black LGBTQ+ artists and community voices into one of the city’s best-known celebrations, under the theme “Where We Belong”.</w:t>
      </w:r>
      <w:r/>
    </w:p>
    <w:p>
      <w:pPr>
        <w:pStyle w:val="Heading2"/>
      </w:pPr>
      <w:r>
        <w:t>Essential Takeaways</w:t>
      </w:r>
      <w:r/>
      <w:r/>
    </w:p>
    <w:p>
      <w:pPr>
        <w:pStyle w:val="ListBullet"/>
        <w:spacing w:line="240" w:lineRule="auto"/>
        <w:ind w:left="720"/>
      </w:pPr>
      <w:r/>
      <w:r>
        <w:rPr>
          <w:b/>
        </w:rPr>
        <w:t>New Black Pride programme:</w:t>
      </w:r>
      <w:r>
        <w:t xml:space="preserve"> San Francisco Black Pride will curate a dedicated entertainment block on the Castro Stage.</w:t>
      </w:r>
      <w:r/>
    </w:p>
    <w:p>
      <w:pPr>
        <w:pStyle w:val="ListBullet"/>
        <w:spacing w:line="240" w:lineRule="auto"/>
        <w:ind w:left="720"/>
      </w:pPr>
      <w:r/>
      <w:r>
        <w:rPr>
          <w:b/>
        </w:rPr>
        <w:t>Artists announced:</w:t>
      </w:r>
      <w:r>
        <w:t xml:space="preserve"> Ms. Love O, The Junior and LBXX are currently scheduled to appear, although the lineup may change.</w:t>
      </w:r>
      <w:r/>
    </w:p>
    <w:p>
      <w:pPr>
        <w:pStyle w:val="ListBullet"/>
        <w:spacing w:line="240" w:lineRule="auto"/>
        <w:ind w:left="720"/>
      </w:pPr>
      <w:r/>
      <w:r>
        <w:rPr>
          <w:b/>
        </w:rPr>
        <w:t>More than one stage:</w:t>
      </w:r>
      <w:r>
        <w:t xml:space="preserve"> Performances will also run at the Collingwood Stage and the Queer AF Stage.</w:t>
      </w:r>
      <w:r/>
    </w:p>
    <w:p>
      <w:pPr>
        <w:pStyle w:val="ListBullet"/>
        <w:spacing w:line="240" w:lineRule="auto"/>
        <w:ind w:left="720"/>
      </w:pPr>
      <w:r/>
      <w:r>
        <w:rPr>
          <w:b/>
        </w:rPr>
        <w:t>A community-led origin:</w:t>
      </w:r>
      <w:r>
        <w:t xml:space="preserve"> San Francisco Black Pride grew from a grassroots idea and held its first citywide week in 2025.</w:t>
      </w:r>
      <w:r/>
    </w:p>
    <w:p>
      <w:pPr>
        <w:pStyle w:val="ListBullet"/>
        <w:spacing w:line="240" w:lineRule="auto"/>
        <w:ind w:left="720"/>
      </w:pPr>
      <w:r/>
      <w:r>
        <w:rPr>
          <w:b/>
        </w:rPr>
        <w:t>The wider theme:</w:t>
      </w:r>
      <w:r>
        <w:t xml:space="preserve"> “Where We Belong” puts inclusion, identity and local LGBTQ+ culture at the centre of the 2026 fair.</w:t>
      </w:r>
      <w:r/>
      <w:r/>
    </w:p>
    <w:p>
      <w:pPr>
        <w:pStyle w:val="Heading2"/>
      </w:pPr>
      <w:r>
        <w:t>A New Sound Comes To The Castro Stage</w:t>
      </w:r>
      <w:r/>
    </w:p>
    <w:p>
      <w:r/>
      <w:r>
        <w:t>The strongest change at the 2026 Castro Street Fair is also one of the most meaningful. San Francisco Black Pride is bringing a specially curated programme to the Castro Stage at Castro and Market Streets, with a focus on Black LGBTQ+ artists, performers and community.</w:t>
      </w:r>
      <w:r/>
    </w:p>
    <w:p>
      <w:r/>
      <w:r>
        <w:t>The announced names include Ms. Love O, The Junior and LBXX, though organisers have made clear that the programme is still developing. That flexibility is part of the fun of a street fair, where the day can feel less like a fixed concert and more like a moving, colourful conversation.</w:t>
      </w:r>
      <w:r/>
    </w:p>
    <w:p>
      <w:r/>
      <w:r>
        <w:t xml:space="preserve">According to the San Francisco Bay Times, the new block sits within a wider entertainment programme spread across several stages. </w:t>
      </w:r>
      <w:hyperlink r:id="rId9">
        <w:r>
          <w:rPr>
            <w:color w:val="0000EE"/>
            <w:u w:val="single"/>
          </w:rPr>
          <w:t>[2]</w:t>
        </w:r>
      </w:hyperlink>
      <w:r/>
    </w:p>
    <w:p>
      <w:pPr>
        <w:pStyle w:val="Heading2"/>
      </w:pPr>
      <w:r>
        <w:t>How San Francisco Black Pride Found Its Place</w:t>
      </w:r>
      <w:r/>
    </w:p>
    <w:p>
      <w:r/>
      <w:r>
        <w:t>The collaboration has roots in a local question: why didn't San Francisco already have a Black Pride celebration of its own? Artist and organiser LBXX, also known as Gyasi Curry, helped turn that idea into action, leading to the city's first San Francisco Black Pride Week in 2025.</w:t>
      </w:r>
      <w:r/>
    </w:p>
    <w:p>
      <w:r/>
      <w:r>
        <w:t>That grassroots beginning gives the Castro Street Fair appearance extra weight. This isn't simply another booking on a busy entertainment schedule. It's a sign that community-led organising can create new platforms, then bring those voices into established civic and cultural events.</w:t>
      </w:r>
      <w:r/>
    </w:p>
    <w:p>
      <w:r/>
      <w:r>
        <w:t xml:space="preserve">San Francisco Black Pride's own account describes an organisation built around celebrating and supporting Black LGBTQ+ people. </w:t>
      </w:r>
      <w:hyperlink r:id="rId10">
        <w:r>
          <w:rPr>
            <w:color w:val="0000EE"/>
            <w:u w:val="single"/>
          </w:rPr>
          <w:t>[5]</w:t>
        </w:r>
      </w:hyperlink>
      <w:r/>
    </w:p>
    <w:p>
      <w:pPr>
        <w:pStyle w:val="Heading2"/>
      </w:pPr>
      <w:r>
        <w:t>Expect More Than One Stage</w:t>
      </w:r>
      <w:r/>
    </w:p>
    <w:p>
      <w:r/>
      <w:r>
        <w:t>The Castro Stage won't be the only place to find something happening. Entertainment will continue at the Collingwood Stage on 18th Street, alongside the Queer AF Stage programmed by Devlin Shand.</w:t>
      </w:r>
      <w:r/>
    </w:p>
    <w:p>
      <w:r/>
      <w:r>
        <w:t>For visitors, that means the best strategy may be to wander rather than commit to one spot all day. One stage might offer a lively musical set, while another delivers performance, conversation or a completely different creative mood. Comfortable shoes, a charged phone and a little timetable patience could be more useful than a rigid itinerary.</w:t>
      </w:r>
      <w:r/>
    </w:p>
    <w:p>
      <w:r/>
      <w:r>
        <w:t xml:space="preserve">The official Castro Street Fair information highlights the event's multi-stage format and its mix of returning and new performers. </w:t>
      </w:r>
      <w:hyperlink r:id="rId11">
        <w:r>
          <w:rPr>
            <w:color w:val="0000EE"/>
            <w:u w:val="single"/>
          </w:rPr>
          <w:t>[4]</w:t>
        </w:r>
      </w:hyperlink>
      <w:r/>
    </w:p>
    <w:p>
      <w:pPr>
        <w:pStyle w:val="Heading2"/>
      </w:pPr>
      <w:r>
        <w:t>“Where We Belong” Sets The Tone</w:t>
      </w:r>
      <w:r/>
    </w:p>
    <w:p>
      <w:r/>
      <w:r>
        <w:t>The expanded programme reflects the fair's 2026 theme, “Where We Belong”. It's a concise phrase, but it carries plenty of emotional weight, especially for a neighbourhood and city shaped by generations of LGBTQ+ activism, nightlife and artistic expression.</w:t>
      </w:r>
      <w:r/>
    </w:p>
    <w:p>
      <w:r/>
      <w:r>
        <w:t>Rather than presenting the Castro as a single, frozen idea, the theme allows room for its changing communities. The new Black Pride programme strengthens that message by making space for artists whose perspectives deserve to be heard in their own right.</w:t>
      </w:r>
      <w:r/>
    </w:p>
    <w:p>
      <w:r/>
      <w:r>
        <w:t xml:space="preserve">The fair's theme announcement frames the 2026 event around the many communities and creative voices connected to the Castro and San Francisco. </w:t>
      </w:r>
      <w:hyperlink r:id="rId9">
        <w:r>
          <w:rPr>
            <w:color w:val="0000EE"/>
            <w:u w:val="single"/>
          </w:rPr>
          <w:t>[2]</w:t>
        </w:r>
      </w:hyperlink>
      <w:r/>
    </w:p>
    <w:p>
      <w:pPr>
        <w:pStyle w:val="Heading2"/>
      </w:pPr>
      <w:r>
        <w:t>What Visitors Should Know Before Going</w:t>
      </w:r>
      <w:r/>
    </w:p>
    <w:p>
      <w:r/>
      <w:r>
        <w:t>The lineup is subject to change, so visitors should check the official Castro Street Fair channels closer to the event before planning their day around a particular performance. Street-fair schedules can shift, and live events are rarely as tidy as a printed timetable suggests.</w:t>
      </w:r>
      <w:r/>
    </w:p>
    <w:p>
      <w:r/>
      <w:r>
        <w:t>It's also worth allowing time to explore beyond the headline acts. The appeal of the Castro Street Fair lies in the combination of stages, local atmosphere and people-watching, with new discoveries often appearing between planned stops. For anyone interested in Black LGBTQ+ culture, the San Francisco Black Pride programme should be a particularly important starting point.</w:t>
      </w:r>
      <w:r/>
    </w:p>
    <w:p>
      <w:r/>
      <w:r>
        <w:t xml:space="preserve">The event's wider calendar and associated programming show how the fair sits within a broader network of Castro community activities. </w:t>
      </w:r>
      <w:hyperlink r:id="rId12">
        <w:r>
          <w:rPr>
            <w:color w:val="0000EE"/>
            <w:u w:val="single"/>
          </w:rPr>
          <w:t>[6]</w:t>
        </w:r>
      </w:hyperlink>
      <w:r/>
    </w:p>
    <w:p>
      <w:r/>
      <w:r>
        <w:t>The result should be a livelier, more representative celebration of queer creativity. One human story sits underneath it all: an idea that began with a local organiser's question is now helping shape a major San Francisco street festival.</w:t>
      </w:r>
      <w:r/>
    </w:p>
    <w:p>
      <w:r/>
      <w:r>
        <w:t>It's a small timetable change with a much bigger community meaning.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9">
        <w:r>
          <w:rPr>
            <w:color w:val="0000EE"/>
            <w:u w:val="single"/>
          </w:rPr>
          <w:t>[2]</w:t>
        </w:r>
      </w:hyperlink>
      <w:r>
        <w:t xml:space="preserve">- Paragraph 5: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https://sfbaytimes.com/2026-castro-street-fair-to-launch-new-san-francisco-black-pride-programming/?utm_source=rss&amp;utm_medium=rss&amp;utm_campaign=2026-castro-street-fair-to-launch-new-san-francisco-black-pride-programming</w:t>
        </w:r>
      </w:hyperlink>
      <w:r>
        <w:t xml:space="preserve"> - Please view link - unable to able to access data</w:t>
      </w:r>
      <w:r/>
    </w:p>
    <w:p>
      <w:pPr>
        <w:pStyle w:val="ListNumber"/>
        <w:spacing w:line="240" w:lineRule="auto"/>
        <w:ind w:left="720"/>
      </w:pPr>
      <w:r/>
      <w:hyperlink r:id="rId9">
        <w:r>
          <w:rPr>
            <w:color w:val="0000EE"/>
            <w:u w:val="single"/>
          </w:rPr>
          <w:t>https://castrostreetfair.org/2026/06/01/52nd-annual-castro-street-fair-announces-2026-theme-where-we-belong/</w:t>
        </w:r>
      </w:hyperlink>
      <w:r>
        <w:t xml:space="preserve"> - The Castro Street Fair has announced 'Where We Belong' as the theme for its 52nd annual celebration, scheduled for Sunday, October 4, 2026, from 11:00 a.m. to 6:00 p.m. in San Francisco's Castro District. Founded by Harvey Milk in 1974, the Fair continues to bring together LGBTQIA+ individuals, families, artists, performers, merchants, community organizations, and allies for a joyful celebration of queer life and community connection. The theme honours the Castro as a place where generations of LGBTQIA+ people have found community, safety, visibility, and joy, affirming that the neighbourhood remains a beacon of freedom and diversity today. The Fair will feature local artisans, community organizations, food vendors, queer and ally entertainers, live performances, and dancing in the streets. Proceeds from donations received will be shared with community beneficiaries, and the Fair also supports the Castro Merchants Association in the purchase and maintenance of the Rainbow Flag in Harvey Milk Plaza. Admission is open to all, with a suggested donation of $10 to $20 to support community beneficiaries.</w:t>
      </w:r>
      <w:r/>
    </w:p>
    <w:p>
      <w:pPr>
        <w:pStyle w:val="ListNumber"/>
        <w:spacing w:line="240" w:lineRule="auto"/>
        <w:ind w:left="720"/>
      </w:pPr>
      <w:r/>
      <w:hyperlink r:id="rId15">
        <w:r>
          <w:rPr>
            <w:color w:val="0000EE"/>
            <w:u w:val="single"/>
          </w:rPr>
          <w:t>https://castrostreetfair.org/2026/09/10/52nd-castro-street-fair-reveals-full-2026-key-art/</w:t>
        </w:r>
      </w:hyperlink>
      <w:r>
        <w:t xml:space="preserve"> - The Castro Street Fair has unveiled the full key art for its 52nd annual celebration, bringing this year's theme, 'Where We Belong,' to life through an original illustration by artist Ece Kalabak. The artwork will serve as the foundation of the Fair's 2026 visual identity and marketing campaign, appearing across advertising, social media, digital communications, print materials, merchandise, signage, and other creative elements leading up to the Fair taking place on Sunday, October 4, 2026, from 11 a.m. to 6 p.m. in San Francisco's Castro neighbourhood. The theme, 'Where We Belong,' is both a celebration and a promise, inviting everyone to gather in the spirit of pride, courage, connection, and the belief that every member of the community deserves to belong.</w:t>
      </w:r>
      <w:r/>
    </w:p>
    <w:p>
      <w:pPr>
        <w:pStyle w:val="ListNumber"/>
        <w:spacing w:line="240" w:lineRule="auto"/>
        <w:ind w:left="720"/>
      </w:pPr>
      <w:r/>
      <w:hyperlink r:id="rId11">
        <w:r>
          <w:rPr>
            <w:color w:val="0000EE"/>
            <w:u w:val="single"/>
          </w:rPr>
          <w:t>https://castrostreetfair.org/fair/</w:t>
        </w:r>
      </w:hyperlink>
      <w:r>
        <w:t xml:space="preserve"> - The Castro Street Fair is scheduled for Sunday, October 4, 2026, from 11:00 a.m. to 6:00 p.m. at Castro and Market Streets in San Francisco. The event is a smoke-free celebration featuring local artisans, community organizations, food vendors, queer and ally entertainers, live performances, and dancing in the streets. Admission is open to all, with a suggested donation of $10 to $20 to support community beneficiaries. Proceeds from donations received will be shared with community beneficiaries, and the Fair also supports the Castro Merchants Association in the purchase and maintenance of the Rainbow Flag in Harvey Milk Plaza. The Fair has given over $1.6 million back to community beneficiaries since 1998.</w:t>
      </w:r>
      <w:r/>
    </w:p>
    <w:p>
      <w:pPr>
        <w:pStyle w:val="ListNumber"/>
        <w:spacing w:line="240" w:lineRule="auto"/>
        <w:ind w:left="720"/>
      </w:pPr>
      <w:r/>
      <w:hyperlink r:id="rId10">
        <w:r>
          <w:rPr>
            <w:color w:val="0000EE"/>
            <w:u w:val="single"/>
          </w:rPr>
          <w:t>https://sanfranciscoblackpride.org/about-us</w:t>
        </w:r>
      </w:hyperlink>
      <w:r>
        <w:t xml:space="preserve"> - San Francisco Black Pride emerged from a grassroots movement initiated by local artist and activist LBXX (Gyasi Curry), who questioned why the city lacked its own dedicated Black Pride celebration. This question resonated within the community, leading to the city's first official SF Black Pride Week in August 2025. Today, San Francisco Black Pride serves as the official year-round celebration of queer Black pride in San Francisco, offering a variety of programs and events, including social gatherings, support groups, and educational workshops. The organization is dedicated to creating a safe and supportive community for LGBTQ individuals, relying on volunteers to help carry out its mission.</w:t>
      </w:r>
      <w:r/>
    </w:p>
    <w:p>
      <w:pPr>
        <w:pStyle w:val="ListNumber"/>
        <w:spacing w:line="240" w:lineRule="auto"/>
        <w:ind w:left="720"/>
      </w:pPr>
      <w:r/>
      <w:hyperlink r:id="rId12">
        <w:r>
          <w:rPr>
            <w:color w:val="0000EE"/>
            <w:u w:val="single"/>
          </w:rPr>
          <w:t>https://sfprideband.org/performances-and-events/castro-street-fair-2026/</w:t>
        </w:r>
      </w:hyperlink>
      <w:r>
        <w:t xml:space="preserve"> - The San Francisco Pride Band is scheduled to perform at the Castro Street Fair on Sunday, October 4, 2026. The exact performance time is to be determined. Attendees can also visit the band's booth to learn more about joining or attending future performances. The event will take place in the Castro neighbourhood at Castro Street and 18th Street in San Francisco, CA 94114.</w:t>
      </w:r>
      <w:r/>
    </w:p>
    <w:p>
      <w:pPr>
        <w:pStyle w:val="ListNumber"/>
        <w:spacing w:line="240" w:lineRule="auto"/>
        <w:ind w:left="720"/>
      </w:pPr>
      <w:r/>
      <w:hyperlink r:id="rId14">
        <w:r>
          <w:rPr>
            <w:color w:val="0000EE"/>
            <w:u w:val="single"/>
          </w:rPr>
          <w:t>https://www.castrostreetwellnessfair.com/</w:t>
        </w:r>
      </w:hyperlink>
      <w:r>
        <w:t xml:space="preserve"> - The Castro Street Wellness Fair is an event dedicated to promoting LGBTQIA+ health, wellness, and healing. Scheduled for Saturday, September 12, 2026, from 1:00 to 5:00 p.m. at Noe and Market Streets in San Francisco, the fair will feature wellness workshops and performances. Vendors include Rouse Therapy, offering mental health and emotional wellness guidance, and Zoranovich Chiropractic, focusing on spinal health and nervous system care. The event aims to showcase the Castro as a hub for LGBTQIA+ health and wellness, providing resources and support to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strostreetfair.org/2026/06/01/52nd-annual-castro-street-fair-announces-2026-theme-where-we-belong/" TargetMode="External"/><Relationship Id="rId10" Type="http://schemas.openxmlformats.org/officeDocument/2006/relationships/hyperlink" Target="https://sanfranciscoblackpride.org/about-us" TargetMode="External"/><Relationship Id="rId11" Type="http://schemas.openxmlformats.org/officeDocument/2006/relationships/hyperlink" Target="https://castrostreetfair.org/fair/" TargetMode="External"/><Relationship Id="rId12" Type="http://schemas.openxmlformats.org/officeDocument/2006/relationships/hyperlink" Target="https://sfprideband.org/performances-and-events/castro-street-fair-2026/" TargetMode="External"/><Relationship Id="rId13" Type="http://schemas.openxmlformats.org/officeDocument/2006/relationships/hyperlink" Target="https://sfbaytimes.com/2026-castro-street-fair-to-launch-new-san-francisco-black-pride-programming/?utm_source=rss&amp;utm_medium=rss&amp;utm_campaign=2026-castro-street-fair-to-launch-new-san-francisco-black-pride-programming" TargetMode="External"/><Relationship Id="rId14" Type="http://schemas.openxmlformats.org/officeDocument/2006/relationships/hyperlink" Target="https://www.castrostreetwellnessfair.com/" TargetMode="External"/><Relationship Id="rId15" Type="http://schemas.openxmlformats.org/officeDocument/2006/relationships/hyperlink" Target="https://castrostreetfair.org/2026/09/10/52nd-castro-street-fair-reveals-full-2026-key-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