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Writing Advice from Beyond the Canvas Season Two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Writers and readers are getting a thoughtful behind-the-scenes look at creative identity in Beyond the Canvas season two, now available through PBS platforms. Featuring Margaret Atwood, Danai Gurira and other voices, the opening episode explores how writers find meaning, develop confidence and turn lived experience into powerful stories.</w:t>
      </w:r>
      <w:r/>
    </w:p>
    <w:p>
      <w:pPr>
        <w:pStyle w:val="Heading2"/>
      </w:pPr>
      <w:r>
        <w:t>Essential Takeaways</w:t>
      </w:r>
      <w:r/>
      <w:r/>
    </w:p>
    <w:p>
      <w:pPr>
        <w:pStyle w:val="ListBullet"/>
        <w:spacing w:line="240" w:lineRule="auto"/>
        <w:ind w:left="720"/>
      </w:pPr>
      <w:r/>
      <w:r>
        <w:rPr>
          <w:b/>
        </w:rPr>
        <w:t>The central theme:</w:t>
      </w:r>
      <w:r>
        <w:t xml:space="preserve"> Finding a writer's voice takes patience, courage and regular practice.</w:t>
      </w:r>
      <w:r/>
    </w:p>
    <w:p>
      <w:pPr>
        <w:pStyle w:val="ListBullet"/>
        <w:spacing w:line="240" w:lineRule="auto"/>
        <w:ind w:left="720"/>
      </w:pPr>
      <w:r/>
      <w:r>
        <w:rPr>
          <w:b/>
        </w:rPr>
        <w:t>Featured perspectives:</w:t>
      </w:r>
      <w:r>
        <w:t xml:space="preserve"> Margaret Atwood, Danai Gurira and other artists discuss the creative process.</w:t>
      </w:r>
      <w:r/>
    </w:p>
    <w:p>
      <w:pPr>
        <w:pStyle w:val="ListBullet"/>
        <w:spacing w:line="240" w:lineRule="auto"/>
        <w:ind w:left="720"/>
      </w:pPr>
      <w:r/>
      <w:r>
        <w:rPr>
          <w:b/>
        </w:rPr>
        <w:t>The bigger idea:</w:t>
      </w:r>
      <w:r>
        <w:t xml:space="preserve"> Writing can reshape how people understand themselves and the world around them.</w:t>
      </w:r>
      <w:r/>
    </w:p>
    <w:p>
      <w:pPr>
        <w:pStyle w:val="ListBullet"/>
        <w:spacing w:line="240" w:lineRule="auto"/>
        <w:ind w:left="720"/>
      </w:pPr>
      <w:r/>
      <w:r>
        <w:rPr>
          <w:b/>
        </w:rPr>
        <w:t>Where to watch:</w:t>
      </w:r>
      <w:r>
        <w:t xml:space="preserve"> The episode is available through PBS-related streaming and broadcast platforms.</w:t>
      </w:r>
      <w:r/>
    </w:p>
    <w:p>
      <w:pPr>
        <w:pStyle w:val="ListBullet"/>
        <w:spacing w:line="240" w:lineRule="auto"/>
        <w:ind w:left="720"/>
      </w:pPr>
      <w:r/>
      <w:r>
        <w:rPr>
          <w:b/>
        </w:rPr>
        <w:t>Why it matters:</w:t>
      </w:r>
      <w:r>
        <w:t xml:space="preserve"> The series offers encouragement for both aspiring writers and curious readers.</w:t>
      </w:r>
      <w:r/>
      <w:r/>
    </w:p>
    <w:p>
      <w:pPr>
        <w:pStyle w:val="Heading2"/>
      </w:pPr>
      <w:r>
        <w:t>A creative series with a personal starting point</w:t>
      </w:r>
      <w:r/>
    </w:p>
    <w:p>
      <w:r/>
      <w:r>
        <w:t>Writing rarely begins with a grand revelation. More often, it's a quiet process of noticing, questioning and returning to the page even when the right words won't arrive.</w:t>
      </w:r>
      <w:r/>
    </w:p>
    <w:p>
      <w:r/>
      <w:r>
        <w:t>That's the mood behind the opening episode of Beyond the Canvas season two. According to KPBS, the series examines the lives and creative practices of writers, placing personal reflection alongside wider conversations about art and culture.</w:t>
      </w:r>
      <w:r/>
    </w:p>
    <w:p>
      <w:r/>
      <w:r>
        <w:t>The result is less a formal lesson in technique than an invitation to listen closely. For anyone who has stared at a blank document with a sinking feeling, that may be the most reassuring approach.</w:t>
      </w:r>
      <w:r/>
    </w:p>
    <w:p>
      <w:pPr>
        <w:pStyle w:val="Heading2"/>
      </w:pPr>
      <w:r>
        <w:t>Margaret Atwood and Danai Gurira share different routes to a voice</w:t>
      </w:r>
      <w:r/>
    </w:p>
    <w:p>
      <w:r/>
      <w:r>
        <w:t>The episode brings together novelist Margaret Atwood and playwright Danai Gurira, whose work spans different forms, genres and audiences. Their inclusion gives the programme a useful breadth: there isn't one approved route to becoming a confident writer.</w:t>
      </w:r>
      <w:r/>
    </w:p>
    <w:p>
      <w:r/>
      <w:r>
        <w:t>PBS describes the episode as a conversation about finding meaning through writing and reimagining the world through language. That framing matters because voice isn't simply a matter of sounding distinctive. It's also about deciding what deserves attention, what questions to pursue and how honestly to approach them.</w:t>
      </w:r>
      <w:r/>
    </w:p>
    <w:p>
      <w:r/>
      <w:r>
        <w:t>Atwood's long literary career and Gurira's experience as a playwright offer contrasting perspectives, but they meet around a familiar truth. A strong voice tends to emerge through sustained work, not instant inspiration.</w:t>
      </w:r>
      <w:r/>
    </w:p>
    <w:p>
      <w:pPr>
        <w:pStyle w:val="Heading2"/>
      </w:pPr>
      <w:r>
        <w:t>Why finding your voice takes more than style</w:t>
      </w:r>
      <w:r/>
    </w:p>
    <w:p>
      <w:r/>
      <w:r>
        <w:t>Aspiring writers are often told to "find their voice", as though it were a hidden object waiting to be discovered. In practice, voice develops through choices: the details a writer notices, the rhythms they trust and the subjects they keep returning to.</w:t>
      </w:r>
      <w:r/>
    </w:p>
    <w:p>
      <w:r/>
      <w:r>
        <w:t>Beyond the Canvas treats that development as an act of courage as well as craft. The PBS Newshour announcement for season two highlights conversations with artists about their creative lives, suggesting a series interested in the human effort behind finished work.</w:t>
      </w:r>
      <w:r/>
    </w:p>
    <w:p>
      <w:r/>
      <w:r>
        <w:t>That makes the programme especially useful for beginners. Instead of presenting writing as effortless talent, it shows the uncertainty underneath it. The polished novel or play may look inevitable afterwards, but the making of it is usually anything but.</w:t>
      </w:r>
      <w:r/>
    </w:p>
    <w:p>
      <w:pPr>
        <w:pStyle w:val="Heading2"/>
      </w:pPr>
      <w:r>
        <w:t>What viewers can take from the episode</w:t>
      </w:r>
      <w:r/>
    </w:p>
    <w:p>
      <w:r/>
      <w:r>
        <w:t>If you're trying to improve your own writing, the episode offers a few practical reminders. Read widely, pay attention to the subjects that hold your interest and keep experimenting with form before worrying too much about perfection.</w:t>
      </w:r>
      <w:r/>
    </w:p>
    <w:p>
      <w:r/>
      <w:r>
        <w:t>It also helps to separate voice from performance. A piece doesn't need to sound dramatic or clever to feel original. Sometimes the most recognisable writing comes from precise observation, a clear emotional point of view and the confidence to leave a little space around an idea.</w:t>
      </w:r>
      <w:r/>
    </w:p>
    <w:p>
      <w:r/>
      <w:r>
        <w:t>PBS and its partner stations have positioned Beyond the Canvas as a cultural series rather than a conventional writing course. That makes it easy to watch for inspiration, but it also leaves room for viewers to draw their own conclusions.</w:t>
      </w:r>
      <w:r/>
    </w:p>
    <w:p>
      <w:pPr>
        <w:pStyle w:val="Heading2"/>
      </w:pPr>
      <w:r>
        <w:t>A gentle watch for anyone who works with words</w:t>
      </w:r>
      <w:r/>
    </w:p>
    <w:p>
      <w:r/>
      <w:r>
        <w:t>The first episode arrives as part of the show's second season, which PBS announced as a return to its exploration of artists and their creative worlds. Related listings from PBS SoCal and KPBS point viewers towards the episode and its wider cultural context.</w:t>
      </w:r>
      <w:r/>
    </w:p>
    <w:p>
      <w:r/>
      <w:r>
        <w:t>It's the kind of programme that may appeal beyond committed writers. Readers, theatre-goers and anyone interested in how stories are made can find something here, particularly in the tension between private experience and public expression.</w:t>
      </w:r>
      <w:r/>
    </w:p>
    <w:p>
      <w:r/>
      <w:r>
        <w:t>And perhaps that's the most lasting message: a writer's voice isn't a fixed signature. It changes with attention, practice and life. For viewers who need a nudge back towards the page, that's a quietly powerful thought.</w:t>
      </w:r>
      <w:r/>
    </w:p>
    <w:p>
      <w:r/>
      <w:r>
        <w:t>A thoughtful watch for anyone wondering how writers turn uncertainty into something lasting.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https://www.cascadepbs.org/show/newshour/extras/the-disappearers-1790200827/</w:t>
        </w:r>
      </w:hyperlink>
      <w:r>
        <w:t xml:space="preserve"> - Please view link - unable to able to access data</w:t>
      </w:r>
      <w:r/>
    </w:p>
    <w:p>
      <w:pPr>
        <w:pStyle w:val="ListNumber"/>
        <w:spacing w:line="240" w:lineRule="auto"/>
        <w:ind w:left="720"/>
      </w:pPr>
      <w:r/>
      <w:hyperlink r:id="rId10">
        <w:r>
          <w:rPr>
            <w:color w:val="0000EE"/>
            <w:u w:val="single"/>
          </w:rPr>
          <w:t>https://www.kpbs.org/news/2022/10/12/beyond-the-canvas-world-of-writers</w:t>
        </w:r>
      </w:hyperlink>
      <w:r>
        <w:t xml:space="preserve"> - This article discusses the 'World of Writers' episode from 'Beyond the Canvas' Season 2, which features novelist Margaret Atwood and playwright Danai Gurira. The episode explores the dedication, courage, and willingness required to find one's voice as a writer, highlighting how these artists reimagine the world through their words. The episode was originally aired on October 14, 2022, at 8:30 p.m. on KPBS 2 and is available for streaming on the PBS Video App.</w:t>
      </w:r>
      <w:r/>
    </w:p>
    <w:p>
      <w:pPr>
        <w:pStyle w:val="ListNumber"/>
        <w:spacing w:line="240" w:lineRule="auto"/>
        <w:ind w:left="720"/>
      </w:pPr>
      <w:r/>
      <w:hyperlink r:id="rId11">
        <w:r>
          <w:rPr>
            <w:color w:val="0000EE"/>
            <w:u w:val="single"/>
          </w:rPr>
          <w:t>https://www.pbs.org/video/beyond-the-canvas-season-2-episode-1-hs12ti/</w:t>
        </w:r>
      </w:hyperlink>
      <w:r>
        <w:t xml:space="preserve"> - This is the official PBS video of 'Beyond the Canvas' Season 2, Episode 1, titled 'World of Writers.' The episode features interviews with novelist Margaret Atwood, playwright Danai Gurira, and others, discussing the dedication, courage, and willingness required to find one's voice as a writer. The episode is 26 minutes and 4 seconds long and was originally aired on March 23, 2021.</w:t>
      </w:r>
      <w:r/>
    </w:p>
    <w:p>
      <w:pPr>
        <w:pStyle w:val="ListNumber"/>
        <w:spacing w:line="240" w:lineRule="auto"/>
        <w:ind w:left="720"/>
      </w:pPr>
      <w:r/>
      <w:hyperlink r:id="rId12">
        <w:r>
          <w:rPr>
            <w:color w:val="0000EE"/>
            <w:u w:val="single"/>
          </w:rPr>
          <w:t>https://www.pbs.org/newshour/press-releases/beyond-the-canvas-returns-to-pbs-for-a-second-season</w:t>
        </w:r>
      </w:hyperlink>
      <w:r>
        <w:t xml:space="preserve"> - This press release announces the return of 'Beyond the Canvas' for a second season on PBS. The season features interviews with artists like Margaret Atwood and Danai Gurira, discussing their creative processes and the dedication required to find one's voice as a writer. The press release highlights the series' focus on creators of colour and their reflections on society through their art.</w:t>
      </w:r>
      <w:r/>
    </w:p>
    <w:p>
      <w:pPr>
        <w:pStyle w:val="ListNumber"/>
        <w:spacing w:line="240" w:lineRule="auto"/>
        <w:ind w:left="720"/>
      </w:pPr>
      <w:r/>
      <w:hyperlink r:id="rId13">
        <w:r>
          <w:rPr>
            <w:color w:val="0000EE"/>
            <w:u w:val="single"/>
          </w:rPr>
          <w:t>https://www.pbssocal.org/shows/newshour/special/beyond-canvas-season-2-episode-1-wjgkxg</w:t>
        </w:r>
      </w:hyperlink>
      <w:r>
        <w:t xml:space="preserve"> - This page provides information about 'Beyond the Canvas' Season 2, Episode 1, titled 'World of Writers.' The episode features novelist Margaret Atwood and playwright Danai Gurira, discussing the dedication, courage, and willingness required to find one's voice as a writer. The episode is available for streaming on PBS SoCal and is 26 minutes and 4 seconds long.</w:t>
      </w:r>
      <w:r/>
    </w:p>
    <w:p>
      <w:pPr>
        <w:pStyle w:val="ListNumber"/>
        <w:spacing w:line="240" w:lineRule="auto"/>
        <w:ind w:left="720"/>
      </w:pPr>
      <w:r/>
      <w:hyperlink r:id="rId14">
        <w:r>
          <w:rPr>
            <w:color w:val="0000EE"/>
            <w:u w:val="single"/>
          </w:rPr>
          <w:t>https://www.youtube.com/watch?v=wr9E7YX2QPc</w:t>
        </w:r>
      </w:hyperlink>
      <w:r>
        <w:t xml:space="preserve"> - This is the official YouTube video of 'Beyond the Canvas' Season 2, Episode 1, titled 'World of Writers.' The episode features interviews with novelist Margaret Atwood, playwright Danai Gurira, and others, discussing the dedication, courage, and willingness required to find one's voice as a writer. The video is 26 minutes and 4 seconds long and was published on March 23, 2021.</w:t>
      </w:r>
      <w:r/>
    </w:p>
    <w:p>
      <w:pPr>
        <w:pStyle w:val="ListNumber"/>
        <w:spacing w:line="240" w:lineRule="auto"/>
        <w:ind w:left="720"/>
      </w:pPr>
      <w:r/>
      <w:hyperlink r:id="rId15">
        <w:r>
          <w:rPr>
            <w:color w:val="0000EE"/>
            <w:u w:val="single"/>
          </w:rPr>
          <w:t>https://www.kpbs.org/news/arts-culture/2021/03/24/beyond-canvas-season-2</w:t>
        </w:r>
      </w:hyperlink>
      <w:r>
        <w:t xml:space="preserve"> - This article announces the return of 'Beyond the Canvas' for a second season on PBS. The season features interviews with artists like Margaret Atwood and Danai Gurira, discussing their creative processes and the dedication required to find one's voice as a writer. The article provides details about the episodes and their air dates, including the 'World of Writers' episode featuring Atwood and Gurira.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ascadepbs.org/show/newshour/extras/the-disappearers-1790200827/" TargetMode="External"/><Relationship Id="rId10" Type="http://schemas.openxmlformats.org/officeDocument/2006/relationships/hyperlink" Target="https://www.kpbs.org/news/2022/10/12/beyond-the-canvas-world-of-writers" TargetMode="External"/><Relationship Id="rId11" Type="http://schemas.openxmlformats.org/officeDocument/2006/relationships/hyperlink" Target="https://www.pbs.org/video/beyond-the-canvas-season-2-episode-1-hs12ti/" TargetMode="External"/><Relationship Id="rId12" Type="http://schemas.openxmlformats.org/officeDocument/2006/relationships/hyperlink" Target="https://www.pbs.org/newshour/press-releases/beyond-the-canvas-returns-to-pbs-for-a-second-season" TargetMode="External"/><Relationship Id="rId13" Type="http://schemas.openxmlformats.org/officeDocument/2006/relationships/hyperlink" Target="https://www.pbssocal.org/shows/newshour/special/beyond-canvas-season-2-episode-1-wjgkxg" TargetMode="External"/><Relationship Id="rId14" Type="http://schemas.openxmlformats.org/officeDocument/2006/relationships/hyperlink" Target="https://www.youtube.com/watch?v=wr9E7YX2QPc" TargetMode="External"/><Relationship Id="rId15" Type="http://schemas.openxmlformats.org/officeDocument/2006/relationships/hyperlink" Target="https://www.kpbs.org/news/arts-culture/2021/03/24/beyond-canvas-season-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