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at OURfest Philadelphia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Philadelphia's Gayborhood on Sunday 11 October 2026 for OURfest, a lively National Coming Out Day celebration packed with music, drag, food, dancing and community support. Spread across 12th and 13th streets, the free festival will bring more than 200 organisations, performers and queer-owned businesses together under the theme "OUT for Good".</w:t>
      </w:r>
      <w:r/>
    </w:p>
    <w:p>
      <w:pPr>
        <w:pStyle w:val="Heading2"/>
      </w:pPr>
      <w:r>
        <w:t>Essential Takeaways</w:t>
      </w:r>
      <w:r/>
      <w:r/>
    </w:p>
    <w:p>
      <w:pPr>
        <w:pStyle w:val="ListBullet"/>
        <w:spacing w:line="240" w:lineRule="auto"/>
        <w:ind w:left="720"/>
      </w:pPr>
      <w:r/>
      <w:r>
        <w:rPr>
          <w:b/>
        </w:rPr>
        <w:t>When and where:</w:t>
      </w:r>
      <w:r>
        <w:t xml:space="preserve"> Sunday 11 October, noon to 7pm, across Philadelphia's Gayborhood.</w:t>
      </w:r>
      <w:r/>
    </w:p>
    <w:p>
      <w:pPr>
        <w:pStyle w:val="ListBullet"/>
        <w:spacing w:line="240" w:lineRule="auto"/>
        <w:ind w:left="720"/>
      </w:pPr>
      <w:r/>
      <w:r>
        <w:rPr>
          <w:b/>
        </w:rPr>
        <w:t>Festival footprint:</w:t>
      </w:r>
      <w:r>
        <w:t xml:space="preserve"> Activities will run along 12th and 13th streets between Locust and Spruce.</w:t>
      </w:r>
      <w:r/>
    </w:p>
    <w:p>
      <w:pPr>
        <w:pStyle w:val="ListBullet"/>
        <w:spacing w:line="240" w:lineRule="auto"/>
        <w:ind w:left="720"/>
      </w:pPr>
      <w:r/>
      <w:r>
        <w:rPr>
          <w:b/>
        </w:rPr>
        <w:t>What to expect:</w:t>
      </w:r>
      <w:r>
        <w:t xml:space="preserve"> Live music, drag, dance, sport, food trucks, family activities and community resources.</w:t>
      </w:r>
      <w:r/>
    </w:p>
    <w:p>
      <w:pPr>
        <w:pStyle w:val="ListBullet"/>
        <w:spacing w:line="240" w:lineRule="auto"/>
        <w:ind w:left="720"/>
      </w:pPr>
      <w:r/>
      <w:r>
        <w:rPr>
          <w:b/>
        </w:rPr>
        <w:t>Accessibility matters:</w:t>
      </w:r>
      <w:r>
        <w:t xml:space="preserve"> Expect accessible seating, a silent disco, a decompression zone and low-sensory family programming.</w:t>
      </w:r>
      <w:r/>
    </w:p>
    <w:p>
      <w:pPr>
        <w:pStyle w:val="ListBullet"/>
        <w:spacing w:line="240" w:lineRule="auto"/>
        <w:ind w:left="720"/>
      </w:pPr>
      <w:r/>
      <w:r>
        <w:rPr>
          <w:b/>
        </w:rPr>
        <w:t>For different crowds:</w:t>
      </w:r>
      <w:r>
        <w:t xml:space="preserve"> Family areas run earlier in the day, while selected nightlife spaces are reserved for adults.</w:t>
      </w:r>
      <w:r/>
      <w:r/>
    </w:p>
    <w:p>
      <w:pPr>
        <w:pStyle w:val="Heading2"/>
      </w:pPr>
      <w:r>
        <w:t>Philadelphia's Gayborhood becomes one big festival floor</w:t>
      </w:r>
      <w:r/>
    </w:p>
    <w:p>
      <w:r/>
      <w:r>
        <w:t>The most striking thing about OURfest is its scale. Rather than asking everyone to gather around one central stage, organisers are turning several Gayborhood blocks into a collection of themed spaces, so the day should feel more like a neighbourhood celebration than a standard street festival.</w:t>
      </w:r>
      <w:r/>
    </w:p>
    <w:p>
      <w:r/>
      <w:r>
        <w:t>According to PhillyVoice, the event will feature more than 200 community groups, artists, food trucks, health advocates and LGBTQ+ businesses. That variety gives visitors plenty to wander towards, whether they're chasing a loud beat, a cold drink or a quieter place to pause.</w:t>
      </w:r>
      <w:r/>
    </w:p>
    <w:p>
      <w:r/>
      <w:r>
        <w:t>The festival's "OUT for Good" theme also gives the day a clear purpose. Alongside entertainment, attendees will be able to connect with organisations including the Mazzoni Center, Philadelphia FIGHT, William Way, GALAEI and the Philadelphia Department of Public Health.</w:t>
      </w:r>
      <w:r/>
    </w:p>
    <w:p>
      <w:pPr>
        <w:pStyle w:val="Heading2"/>
      </w:pPr>
      <w:r>
        <w:t>Music, drag and dancing take centre stage</w:t>
      </w:r>
      <w:r/>
    </w:p>
    <w:p>
      <w:r/>
      <w:r>
        <w:t>Music fans will have several options throughout the afternoon. SWAY Philly's all-ages block party, The Reunion, will host the main stage, with performances planned from 3.30pm to 5.30pm before the event moves into an All House, All Night dance party.</w:t>
      </w:r>
      <w:r/>
    </w:p>
    <w:p>
      <w:r/>
      <w:r>
        <w:t>Other scheduled highlights include Big Bands, Big Choirs, the sapphic poetry and R&amp;B programme LES B, and Drag Me to the Big Show, which will combine drag, music, dance and theatre. It sounds like the sort of line-up where a quick stop can easily turn into an entire afternoon.</w:t>
      </w:r>
      <w:r/>
    </w:p>
    <w:p>
      <w:r/>
      <w:r>
        <w:t>LUV Gardens will add pop-up performances and accessible seating, while the broader programme spreads entertainment around the festival footprint. Philly Gay Calendar and Gay Travel 4 U also list OURfest as a major Philadelphia LGBTQ+ event, underlining its appeal to both local visitors and travellers.</w:t>
      </w:r>
      <w:r/>
    </w:p>
    <w:p>
      <w:pPr>
        <w:pStyle w:val="Heading2"/>
      </w:pPr>
      <w:r>
        <w:t>There's room for families, sport and quieter moments</w:t>
      </w:r>
      <w:r/>
    </w:p>
    <w:p>
      <w:r/>
      <w:r>
        <w:t>OURfest isn't only aimed at nightlife crowds. A dedicated family area will run from noon to 4pm, with activities including Drag Story Time, youth performances, bounce houses, wellness resources and a low-sensory space.</w:t>
      </w:r>
      <w:r/>
    </w:p>
    <w:p>
      <w:r/>
      <w:r>
        <w:t>Local youth-serving groups such as The Attic Youth Center are expected to take part, giving families an opportunity to find support as well as entertainment. For younger visitors, that balance can make a busy city festival feel more welcoming and manageable.</w:t>
      </w:r>
      <w:r/>
    </w:p>
    <w:p>
      <w:r/>
      <w:r>
        <w:t>Elsewhere, Stonewall Sports will organise interactive games, while Disability Pride PA will host a silent disco and decompression zone. These details matter because a good festival isn't simply about adding more noise. It's also about making sure people can take part in ways that suit them.</w:t>
      </w:r>
      <w:r/>
    </w:p>
    <w:p>
      <w:pPr>
        <w:pStyle w:val="Heading2"/>
      </w:pPr>
      <w:r>
        <w:t>How to plan your OURfest visit</w:t>
      </w:r>
      <w:r/>
    </w:p>
    <w:p>
      <w:r/>
      <w:r>
        <w:t>If you're bringing children, arriving near the start of the festival should make it easier to enjoy the family programming before the busiest period. Those looking for the main-stage performances may prefer to arrive later, but the most popular areas are likely to become lively once the afternoon line-up gets under way.</w:t>
      </w:r>
      <w:r/>
    </w:p>
    <w:p>
      <w:r/>
      <w:r>
        <w:t>Wear comfortable shoes, keep an eye on the weather and allow extra time to move between activity zones. With food trucks, beer and cocktail gardens, community stalls and several performance areas spread across the neighbourhood, this isn't an event to navigate with a rigid timetable.</w:t>
      </w:r>
      <w:r/>
    </w:p>
    <w:p>
      <w:r/>
      <w:r>
        <w:t>It's also worth checking the final schedule closer to the date. Philly Pride 365 has said that more programming details will be released nearer to 11 October, and the event listings from Philly Gay Calendar and Gay Travel 4 U may be useful for visitors building a wider weekend itinerary.</w:t>
      </w:r>
      <w:r/>
    </w:p>
    <w:p>
      <w:pPr>
        <w:pStyle w:val="Heading2"/>
      </w:pPr>
      <w:r>
        <w:t>Nightlife arrives after the family programme</w:t>
      </w:r>
      <w:r/>
    </w:p>
    <w:p>
      <w:r/>
      <w:r>
        <w:t>As the afternoon progresses, OURfest will shift towards more adult-oriented entertainment. Woody's will host an outdoor dance party for guests aged 21 and over, while Vice Alley on Quince Street will focus on leather and queer nightlife for adults aged 18 and above.</w:t>
      </w:r>
      <w:r/>
    </w:p>
    <w:p>
      <w:r/>
      <w:r>
        <w:t>That split gives the festival a broad reach without forcing every visitor into the same experience. Families can enjoy the earlier programming, while adult attendees have dedicated spaces for dancing and nightlife later in the day.</w:t>
      </w:r>
      <w:r/>
    </w:p>
    <w:p>
      <w:r/>
      <w:r>
        <w:t>For anyone visiting Philadelphia for National Coming Out Day, OURfest looks set to offer both celebration and connection. It has the bright, bustling energy of a major street party, but the community resources and accessibility planning give it a more thoughtful edge.</w:t>
      </w:r>
      <w:r/>
    </w:p>
    <w:p>
      <w:r/>
      <w:r>
        <w:t>OURfest looks set to make Philadelphia's Gayborhood the place to be this National Coming Out 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3">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2">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2">
        <w:r>
          <w:rPr>
            <w:color w:val="0000EE"/>
            <w:u w:val="single"/>
          </w:rPr>
          <w:t>[3]</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https://www.phillyvoice.com/ourfest-philadelphia-gayborhood-national-coming-out-day-2026/?utm_source=pv-rss&amp;utm_medium=rss&amp;utm_campaign=pv-site</w:t>
        </w:r>
      </w:hyperlink>
      <w:r>
        <w:t xml:space="preserve"> - Please view link - unable to able to access data</w:t>
      </w:r>
      <w:r/>
    </w:p>
    <w:p>
      <w:pPr>
        <w:pStyle w:val="ListNumber"/>
        <w:spacing w:line="240" w:lineRule="auto"/>
        <w:ind w:left="720"/>
      </w:pPr>
      <w:r/>
      <w:hyperlink r:id="rId10">
        <w:r>
          <w:rPr>
            <w:color w:val="0000EE"/>
            <w:u w:val="single"/>
          </w:rPr>
          <w:t>https://www.phillyvoice.com/ourfest-philadelphia-gayborhood-national-coming-out-day-2026/</w:t>
        </w:r>
      </w:hyperlink>
      <w:r>
        <w:t xml:space="preserve"> - OURfest, formerly known as OutFest, is returning to Philadelphia's Gayborhood on Sunday, October 11, 2026, to celebrate National Coming Out Day. The festival will run from noon to 7 p.m. along 12th and 13th streets from Locust to Spruce, featuring over 200 community organizations, artists, performers, food trucks, health advocates, and queer-owned businesses. This year's theme, 'OUT for Good,' will see programming spread across the Gayborhood, focusing on music, Black culture, accessibility, sports, nightlife, families, local businesses, and community resources. Highlights include SWAY Philly's all-ages block party, 'The Reunion,' with performances from Fitch Means, Carla Gamble, Jay Latay, SWAY Philly, and others, as well as the All House, All Night dance party. Other performance areas will include LUV Gardens, offering accessible seating and pop-up performances, Big Bands, Big Choirs, LES B, a sapphic poetry and R&amp;B program, and Drag Me to the Big Show, featuring drag, music, dance, and theatrical performances. Stonewall Sports will host interactive games and activities, while Disability Pride PA will provide a silent disco and decompression zone. Woody's will hold an outdoor dance party for attendees 21 and over, and Vice Alley on Quince Street will focus on leather and queer nightlife for adults 18 and older. Families will have a dedicated area from noon to 4 p.m., with local LGBTQ+ youth-serving organizations, including The Attic Youth Center, participating. Programming will include Drag Story Time, youth performances, bounce houses, wellness resources, and a low-sensory space. Food and drinks will be available throughout the festival, including a food truck market and beer and cocktail gardens. Community resource tents will connect attendees with nonprofit and public-health organizations such as Mazzoni Center, Philadelphia FIGHT, William Way, GALAEI, and the Philadelphia Department of Public Health. Additional scheduling and festival details will be released closer to October 11.</w:t>
      </w:r>
      <w:r/>
    </w:p>
    <w:p>
      <w:pPr>
        <w:pStyle w:val="ListNumber"/>
        <w:spacing w:line="240" w:lineRule="auto"/>
        <w:ind w:left="720"/>
      </w:pPr>
      <w:r/>
      <w:hyperlink r:id="rId12">
        <w:r>
          <w:rPr>
            <w:color w:val="0000EE"/>
            <w:u w:val="single"/>
          </w:rPr>
          <w:t>https://phillygaycalendar.com/ourfest/</w:t>
        </w:r>
      </w:hyperlink>
      <w:r>
        <w:t xml:space="preserve"> - OURfest 2026, formerly known as OutFest, is scheduled for October 9-11, 2026, in Philadelphia's Gayborhood. The event spans three days, beginning with kickoff and pre-parties on Friday, October 9, followed by independent events and nightlife on Saturday, October 10, including BOS Philly's 'Lost in Space' party at Voyeur Nightclub. The main event occurs on Sunday, October 11, featuring a National Coming Out Day parade through the Gayborhood, a free festival, resource fair, and community celebration. The festival is free and open to everyone, with individual parties and ticketed events priced separately by their organizers. The event is produced by Philly Pride 365, the nonprofit dedicated to celebrating and supporting Philadelphia's LGBTQ+ community year-round.</w:t>
      </w:r>
      <w:r/>
    </w:p>
    <w:p>
      <w:pPr>
        <w:pStyle w:val="ListNumber"/>
        <w:spacing w:line="240" w:lineRule="auto"/>
        <w:ind w:left="720"/>
      </w:pPr>
      <w:r/>
      <w:hyperlink r:id="rId11">
        <w:r>
          <w:rPr>
            <w:color w:val="0000EE"/>
            <w:u w:val="single"/>
          </w:rPr>
          <w:t>https://www.gaytravel4u.com/event/outfest-philadelphia/</w:t>
        </w:r>
      </w:hyperlink>
      <w:r>
        <w:t xml:space="preserve"> - OurFest Philadelphia 2026, formerly known as OutFest, is set for October 10-11, 2026. The event includes a parade on Saturday, October 10, from 4:00 pm to 6:00 pm, running from 5th and Market to Broad and Locust. The OurFest Fair and Festival will take place on Sunday, October 11, from 12:00 pm to 7:00 pm, in the Gayborhood, spanning 12th and Spruce streets to 13th and Walnut streets, with other nearby roads closed off. Attendees can enjoy performances, speeches, resources, and food from a multitude of LGBTQ+ organizations, nonprofits, artists, makers, entertainers, restaurants, bars, food trucks, and vendors. The festival will feature stages such as 'Bailar con amor,' dedicated to Afro-Latinx heritage, art, dance, and expression, and 'Kiki Alley,' showcasing the culture and history of Philly's Ballroom scene.</w:t>
      </w:r>
      <w:r/>
    </w:p>
    <w:p>
      <w:pPr>
        <w:pStyle w:val="ListNumber"/>
        <w:spacing w:line="240" w:lineRule="auto"/>
        <w:ind w:left="720"/>
      </w:pPr>
      <w:r/>
      <w:hyperlink r:id="rId13">
        <w:r>
          <w:rPr>
            <w:color w:val="0000EE"/>
            <w:u w:val="single"/>
          </w:rPr>
          <w:t>https://www.phillyvoice.com/ourfest-outfest-philadelphia-national-coming-out-day-parade-gayborhood-festival-2026/</w:t>
        </w:r>
      </w:hyperlink>
      <w:r>
        <w:t xml:space="preserve"> - OURfest, formerly known as OutFest, will return to Philadelphia from October 9-11, 2026, with three days of LGBTQ+ events culminating in a National Coming Out Day parade and free festival in the Gayborhood. The celebration begins on Friday, October 9, with kickoff events and pre-parties around the Gayborhood. Saturday, October 10, features independent events across the city, including BOS Philly's 'Lost in Space' party at Voyeur Nightclub. The Saturday night party runs from 10 p.m. to 6 a.m. across three rooms, with international DJ Guy Scheiman headlining alongside local performers. Net proceeds support LGBTQ+ community programs and charitable giving in Philadelphia. Sunday's parade and festival serve as the centerpiece of the celebration. The festival is free and open to everyone, with individual parties and ticketed events priced separately by their organizers.</w:t>
      </w:r>
      <w:r/>
    </w:p>
    <w:p>
      <w:pPr>
        <w:pStyle w:val="ListNumber"/>
        <w:spacing w:line="240" w:lineRule="auto"/>
        <w:ind w:left="720"/>
      </w:pPr>
      <w:r/>
      <w:hyperlink r:id="rId14">
        <w:r>
          <w:rPr>
            <w:color w:val="0000EE"/>
            <w:u w:val="single"/>
          </w:rPr>
          <w:t>https://www.gaytravel4u.de/event/outfest-philadelphia/</w:t>
        </w:r>
      </w:hyperlink>
      <w:r>
        <w:t xml:space="preserve"> - UnserFest Philadelphia 2026, formerly known as OutFest, is set for October 10-11, 2026. The event includes a parade on Saturday, October 10, from 4:00 pm to 6:00 pm, running from 5th and Market to Broad and Locust. The OurFest Fair and Festival will take place on Sunday, October 11, from 12:00 pm to 7:00 pm, in the Gayborhood, spanning 12th and Spruce streets to 13th and Walnut streets, with other nearby roads closed off. Attendees can enjoy performances, speeches, resources, and food from a multitude of LGBTQ+ organizations, nonprofits, artists, makers, entertainers, restaurants, bars, food trucks, and vendors. The festival will feature stages such as 'Bailar con amor,' dedicated to Afro-Latinx heritage, art, dance, and expression, and 'Kiki Alley,' showcasing the culture and history of Philly's Ballroom scene.</w:t>
      </w:r>
      <w:r/>
    </w:p>
    <w:p>
      <w:pPr>
        <w:pStyle w:val="ListNumber"/>
        <w:spacing w:line="240" w:lineRule="auto"/>
        <w:ind w:left="720"/>
      </w:pPr>
      <w:r/>
      <w:hyperlink r:id="rId15">
        <w:r>
          <w:rPr>
            <w:color w:val="0000EE"/>
            <w:u w:val="single"/>
          </w:rPr>
          <w:t>https://www.gaytravel4u.fr/event/outfest-philadelphia/</w:t>
        </w:r>
      </w:hyperlink>
      <w:r>
        <w:t xml:space="preserve"> - OurFest Philadelphie 2026, formerly known as OutFest, is set for October 10-11, 2026. The event includes a parade on Saturday, October 10, from 4:00 pm to 6:00 pm, running from 5th and Market to Broad and Locust. The OurFest Fair and Festival will take place on Sunday, October 11, from 12:00 pm to 7:00 pm, in the Gayborhood, spanning 12th and Spruce streets to 13th and Walnut streets, with other nearby roads closed off. Attendees can enjoy performances, speeches, resources, and food from a multitude of LGBTQ+ organizations, nonprofits, artists, makers, entertainers, restaurants, bars, food trucks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hillyvoice.com/ourfest-philadelphia-gayborhood-national-coming-out-day-2026/?utm_source=pv-rss&amp;utm_medium=rss&amp;utm_campaign=pv-site" TargetMode="External"/><Relationship Id="rId10" Type="http://schemas.openxmlformats.org/officeDocument/2006/relationships/hyperlink" Target="https://www.phillyvoice.com/ourfest-philadelphia-gayborhood-national-coming-out-day-2026/" TargetMode="External"/><Relationship Id="rId11" Type="http://schemas.openxmlformats.org/officeDocument/2006/relationships/hyperlink" Target="https://www.gaytravel4u.com/event/outfest-philadelphia/" TargetMode="External"/><Relationship Id="rId12" Type="http://schemas.openxmlformats.org/officeDocument/2006/relationships/hyperlink" Target="https://phillygaycalendar.com/ourfest/" TargetMode="External"/><Relationship Id="rId13" Type="http://schemas.openxmlformats.org/officeDocument/2006/relationships/hyperlink" Target="https://www.phillyvoice.com/ourfest-outfest-philadelphia-national-coming-out-day-parade-gayborhood-festival-2026/" TargetMode="External"/><Relationship Id="rId14" Type="http://schemas.openxmlformats.org/officeDocument/2006/relationships/hyperlink" Target="https://www.gaytravel4u.de/event/outfest-philadelphia/" TargetMode="External"/><Relationship Id="rId15" Type="http://schemas.openxmlformats.org/officeDocument/2006/relationships/hyperlink" Target="https://www.gaytravel4u.fr/event/outfest-philadelph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