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Things to Do in Houston This Weekend</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Houston's LGBTQ calendar is packed from 24 to 27 September, with Pride banners, powerhouse music, drag, theatre and community gatherings across Montrose and beyond. Whether you're after a big night out, a thoughtful performance or a welcoming support space, these popular queer events offer plenty of ways to spend the weekend.</w:t>
      </w:r>
      <w:r/>
    </w:p>
    <w:p>
      <w:pPr>
        <w:pStyle w:val="Heading2"/>
      </w:pPr>
      <w:r>
        <w:t>Essential Takeaways</w:t>
      </w:r>
      <w:r/>
      <w:r/>
    </w:p>
    <w:p>
      <w:pPr>
        <w:pStyle w:val="ListBullet"/>
        <w:spacing w:line="240" w:lineRule="auto"/>
        <w:ind w:left="720"/>
      </w:pPr>
      <w:r/>
      <w:r>
        <w:rPr>
          <w:b/>
        </w:rPr>
        <w:t>Pride returns to Lower Westheimer:</w:t>
      </w:r>
      <w:r>
        <w:t xml:space="preserve"> Progress Pride banners bring a bright, visible display back to Houston's historic LGBTQ corridor.</w:t>
      </w:r>
      <w:r/>
    </w:p>
    <w:p>
      <w:pPr>
        <w:pStyle w:val="ListBullet"/>
        <w:spacing w:line="240" w:lineRule="auto"/>
        <w:ind w:left="720"/>
      </w:pPr>
      <w:r/>
      <w:r>
        <w:rPr>
          <w:b/>
        </w:rPr>
        <w:t>Music takes centre stage:</w:t>
      </w:r>
      <w:r>
        <w:t xml:space="preserve"> Adrienne Warren joins the Houston Symphony for a high-energy Tina Turner tribute at Jones Hall.</w:t>
      </w:r>
      <w:r/>
    </w:p>
    <w:p>
      <w:pPr>
        <w:pStyle w:val="ListBullet"/>
        <w:spacing w:line="240" w:lineRule="auto"/>
        <w:ind w:left="720"/>
      </w:pPr>
      <w:r/>
      <w:r>
        <w:rPr>
          <w:b/>
        </w:rPr>
        <w:t>Montrose stays busy:</w:t>
      </w:r>
      <w:r>
        <w:t xml:space="preserve"> Burlesque, cabaret and drag fill venues including AvantGarden and Michael's Outpost.</w:t>
      </w:r>
      <w:r/>
    </w:p>
    <w:p>
      <w:pPr>
        <w:pStyle w:val="ListBullet"/>
        <w:spacing w:line="240" w:lineRule="auto"/>
        <w:ind w:left="720"/>
      </w:pPr>
      <w:r/>
      <w:r>
        <w:rPr>
          <w:b/>
        </w:rPr>
        <w:t>Community matters too:</w:t>
      </w:r>
      <w:r>
        <w:t xml:space="preserve"> The annual elected officials reception and a parents' support group offer space for connection beyond nightlife.</w:t>
      </w:r>
      <w:r/>
    </w:p>
    <w:p>
      <w:pPr>
        <w:pStyle w:val="ListBullet"/>
        <w:spacing w:line="240" w:lineRule="auto"/>
        <w:ind w:left="720"/>
      </w:pPr>
      <w:r/>
      <w:r>
        <w:rPr>
          <w:b/>
        </w:rPr>
        <w:t>Plan ahead:</w:t>
      </w:r>
      <w:r>
        <w:t xml:space="preserve"> Several events have limited dates, timed performances or age restrictions, so check details before setting off.</w:t>
      </w:r>
      <w:r/>
      <w:r/>
    </w:p>
    <w:p>
      <w:pPr>
        <w:pStyle w:val="Heading2"/>
      </w:pPr>
      <w:r>
        <w:t>Pride flags bring colour back to Montrose</w:t>
      </w:r>
      <w:r/>
    </w:p>
    <w:p>
      <w:r/>
      <w:r>
        <w:t>The weekend opens with a familiar sight returning to Lower Westheimer: Progress Pride banners lining one of Houston's best-known LGBTQ routes. It's a small visual detail with a sizeable emotional effect, especially after the removal of the area's rainbow crosswalks.</w:t>
      </w:r>
      <w:r/>
    </w:p>
    <w:p>
      <w:r/>
      <w:r>
        <w:t>Pride Houston 365 is behind the project, which reflects Montrose's long queer history while giving today's community something vivid to gather around. According to the event listing, the banners begin appearing on Thursday, making the corridor worth a walk even if you're heading elsewhere afterwards.</w:t>
      </w:r>
      <w:r/>
    </w:p>
    <w:p>
      <w:r/>
      <w:r>
        <w:t>The same evening offers a more civic-minded option. The Greater Houston LGBTQ+ Chamber of Commerce's annual elected officials reception brings business leaders, residents and public figures together at Hearsay at Levy Park. It's a useful reminder that queer life in Houston isn't only about parties and performances, but also about relationships that shape the city. (Sources: Houston LGBTQ+ Chamber of Commerce; Houston Ballet.)</w:t>
      </w:r>
      <w:r/>
    </w:p>
    <w:p>
      <w:pPr>
        <w:pStyle w:val="Heading2"/>
      </w:pPr>
      <w:r>
        <w:t>From tragic ballet to Tina Turner power</w:t>
      </w:r>
      <w:r/>
    </w:p>
    <w:p>
      <w:r/>
      <w:r>
        <w:t xml:space="preserve">For a polished cultural night, Houston Ballet's production of </w:t>
      </w:r>
      <w:r>
        <w:rPr>
          <w:i/>
        </w:rPr>
        <w:t>Manon</w:t>
      </w:r>
      <w:r>
        <w:t xml:space="preserve"> opens at the Wortham Theater Center. Sir Kenneth MacMillan's three-act ballet follows a young woman caught between romance and wealth, so expect sweeping movement, high drama and a distinctly bittersweet mood.</w:t>
      </w:r>
      <w:r/>
    </w:p>
    <w:p>
      <w:r/>
      <w:r>
        <w:t>Performances continue into October, making this one of the easier choices for visitors who can't fit it into the opening night. The production also offers a useful contrast to the weekend's louder venues: sometimes the best night out involves dressing up, taking your seat and letting the orchestra do the talking.</w:t>
      </w:r>
      <w:r/>
    </w:p>
    <w:p>
      <w:r/>
      <w:r>
        <w:t xml:space="preserve">On Friday, the Houston Symphony turns the volume up with </w:t>
      </w:r>
      <w:r>
        <w:rPr>
          <w:i/>
        </w:rPr>
        <w:t>Simply the Best: A Tribute to Tina Turner</w:t>
      </w:r>
      <w:r>
        <w:t>. Tony Award winner Adrienne Warren, celebrated for playing Turner on Broadway, leads a programme of the singer's biggest songs with full orchestral backing. As the Houston Symphony's event information makes clear, Warren also performs on Saturday, giving fans more than one chance to catch the show. (Sources: Houston Ballet; Houston Symphony.)</w:t>
      </w:r>
      <w:r/>
    </w:p>
    <w:p>
      <w:pPr>
        <w:pStyle w:val="Heading2"/>
      </w:pPr>
      <w:r>
        <w:t>A lively Friday night in Montrose</w:t>
      </w:r>
      <w:r/>
    </w:p>
    <w:p>
      <w:r/>
      <w:r>
        <w:t xml:space="preserve">If your ideal evening involves sequins, jokes and a little theatrical mischief, AvantGarden's </w:t>
      </w:r>
      <w:r>
        <w:rPr>
          <w:i/>
        </w:rPr>
        <w:t>The Short &amp; Sweet Speakeasy</w:t>
      </w:r>
      <w:r>
        <w:t xml:space="preserve"> offers two Friday performances. The compact burlesque show at 8pm or 10pm is designed for an intimate room and an easy night-out rhythm, whether you pair it with dinner or make it the main event.</w:t>
      </w:r>
      <w:r/>
    </w:p>
    <w:p>
      <w:r/>
      <w:r>
        <w:t xml:space="preserve">Over at Michael's Outpost, </w:t>
      </w:r>
      <w:r>
        <w:rPr>
          <w:i/>
        </w:rPr>
        <w:t>Modern Nostalgia</w:t>
      </w:r>
      <w:r>
        <w:t xml:space="preserve"> blends drag, cabaret and live vocals from 7.30pm. The piano-bar setting gives the show a closer, more conversational feel than a large club production, with the kind of theatrical warmth that suits show tunes and standards.</w:t>
      </w:r>
      <w:r/>
    </w:p>
    <w:p>
      <w:r/>
      <w:r>
        <w:t>Choosing between them comes down to mood. AvantGarden promises a playful, late-night burst of burlesque, while Michael's Outpost leans towards vocals, familiar songs and cabaret charm. The venue listings confirm both are firmly built around Houston performers and a relaxed Friday atmosphere. (Sources: AvantGarden Houston; Michael's Outpost.)</w:t>
      </w:r>
      <w:r/>
    </w:p>
    <w:p>
      <w:pPr>
        <w:pStyle w:val="Heading2"/>
      </w:pPr>
      <w:r>
        <w:t>Saturday mixes queer artistry with classic theatre</w:t>
      </w:r>
      <w:r/>
    </w:p>
    <w:p>
      <w:r/>
      <w:r>
        <w:t>Saturday's standout community event is The Sunflower Ball, hosted by Houston Met Dance to honour queer artist and programming director jhon r. stronks. The evening begins with cocktails and an awards reception before moving into performances, food, fundraising activities and a dance party running until midnight.</w:t>
      </w:r>
      <w:r/>
    </w:p>
    <w:p>
      <w:r/>
      <w:r>
        <w:t>It sounds celebratory in the fullest sense: part tribute, part social gathering and part chance to support local creative work. For anyone who prefers an event with a little more meaning behind the glitter, it could be the weekend's most rewarding choice.</w:t>
      </w:r>
      <w:r/>
    </w:p>
    <w:p>
      <w:r/>
      <w:r>
        <w:t xml:space="preserve">The city's theatre programme is just as varied. Theatre Under The Stars is in the closing weekend of </w:t>
      </w:r>
      <w:r>
        <w:rPr>
          <w:i/>
        </w:rPr>
        <w:t>The Music Man</w:t>
      </w:r>
      <w:r>
        <w:t xml:space="preserve">, with afternoon and evening performances at the Hobby Center, while 4th Wall Theatre Company stages David Auburn's emotionally intense </w:t>
      </w:r>
      <w:r>
        <w:rPr>
          <w:i/>
        </w:rPr>
        <w:t>Proof</w:t>
      </w:r>
      <w:r>
        <w:t>. One is a buoyant musical classic; the other is a close-up drama about grief, family and genius. Check the running times carefully, particularly if you're hoping to fit in more than one event. (Sources: Houston Met Dance; Theatre Under The Stars; 4th Wall Theatre Company.)</w:t>
      </w:r>
      <w:r/>
    </w:p>
    <w:p>
      <w:pPr>
        <w:pStyle w:val="Heading2"/>
      </w:pPr>
      <w:r>
        <w:t>Sunday offers support, spectacle and Shakespeare</w:t>
      </w:r>
      <w:r/>
    </w:p>
    <w:p>
      <w:r/>
      <w:r>
        <w:t>Sunday brings a gentler option for parents and carers of transgender and gender-diverse young people. The Houston Support Group at the Montrose Center provides a confidential setting to share experiences, ask questions and meet others navigating similar family journeys. It may not have the flashiest listing, but spaces like this can be among the most valuable on the calendar.</w:t>
      </w:r>
      <w:r/>
    </w:p>
    <w:p>
      <w:r/>
      <w:r>
        <w:t xml:space="preserve">For something more theatrical, the Alley Theatre begins previews of </w:t>
      </w:r>
      <w:r>
        <w:rPr>
          <w:i/>
        </w:rPr>
        <w:t>Romeo and Juliet</w:t>
      </w:r>
      <w:r>
        <w:t>, with afternoon and evening performances. The 2pm audience can also attend an earlier Alley Chat focused on the production and its design, which is a nice extra for anyone who enjoys seeing how a staging comes together.</w:t>
      </w:r>
      <w:r/>
    </w:p>
    <w:p>
      <w:r/>
      <w:r>
        <w:t xml:space="preserve">Then there's </w:t>
      </w:r>
      <w:r>
        <w:rPr>
          <w:i/>
        </w:rPr>
        <w:t>Sapphic Cirque: Girls Who Vote</w:t>
      </w:r>
      <w:r>
        <w:t xml:space="preserve"> at Pearl Bar, combining circus, burlesque, drag and voter information in a free, 21-and-over variety show. It has the rare ability to be entertaining and practical at once, with voter-registration help and rideshare sign-up included. (Sources: The Montrose Center; Alley Theatre; Pearl Bar.)</w:t>
      </w:r>
      <w:r/>
    </w:p>
    <w:p>
      <w:pPr>
        <w:pStyle w:val="Heading2"/>
      </w:pPr>
      <w:r>
        <w:t>More queer Houston dates worth saving</w:t>
      </w:r>
      <w:r/>
    </w:p>
    <w:p>
      <w:r/>
      <w:r>
        <w:t xml:space="preserve">The weekend is only the beginning. Stages' production of </w:t>
      </w:r>
      <w:r>
        <w:rPr>
          <w:i/>
        </w:rPr>
        <w:t>Come From Away</w:t>
      </w:r>
      <w:r>
        <w:t xml:space="preserve"> continues through 18 October, while Michael's Outpost keeps its Saturday </w:t>
      </w:r>
      <w:r>
        <w:rPr>
          <w:i/>
        </w:rPr>
        <w:t>EyeCons</w:t>
      </w:r>
      <w:r>
        <w:t xml:space="preserve"> drag show going for those who want a regular cabaret fix.</w:t>
      </w:r>
      <w:r/>
    </w:p>
    <w:p>
      <w:r/>
      <w:r>
        <w:t xml:space="preserve">Looking further ahead, October brings the Houston Cinema Arts Festival, Katy Pride, Tony's Corner Pocket's 20th anniversary and the Montrose Center's </w:t>
      </w:r>
      <w:r>
        <w:rPr>
          <w:i/>
        </w:rPr>
        <w:t>Out for Good</w:t>
      </w:r>
      <w:r>
        <w:t xml:space="preserve"> gala. Concert-goers can also look forward to the Indigo Girls with Linda Perry, Mrs. Doubtfire with an Out@TUTS afterparty, and Tituss Burgess in concert.</w:t>
      </w:r>
      <w:r/>
    </w:p>
    <w:p>
      <w:r/>
      <w:r>
        <w:t>The practical tip is simple: confirm times, ticket availability, age limits and venue details before travelling. Houston's events are spread across several neighbourhoods, so a little planning can mean the difference between a smooth evening and a very rushed one.</w:t>
      </w:r>
      <w:r/>
    </w:p>
    <w:p>
      <w:r/>
      <w:r>
        <w:t>Make a plan, leave room for spontaneity and enjoy the weekend your 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2">
        <w:r>
          <w:rPr>
            <w:color w:val="0000EE"/>
            <w:u w:val="single"/>
          </w:rPr>
          <w:t>[5]</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13">
        <w:r>
          <w:rPr>
            <w:color w:val="0000EE"/>
            <w:u w:val="single"/>
          </w:rPr>
          <w:t>[6]</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14">
        <w:r>
          <w:rPr>
            <w:color w:val="0000EE"/>
            <w:u w:val="single"/>
          </w:rPr>
          <w:t>[7]</w:t>
        </w:r>
      </w:hyperlink>
      <w:r>
        <w:t xml:space="preserve">, </w:t>
      </w:r>
      <w:hyperlink r:id="rId9">
        <w:r>
          <w:rPr>
            <w:color w:val="0000EE"/>
            <w:u w:val="single"/>
          </w:rPr>
          <w:t>[2]</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https://www.outsmartmagazine.com/2026/09/queer-things-to-do-in-houston-sept-24-27/</w:t>
        </w:r>
      </w:hyperlink>
      <w:r>
        <w:t xml:space="preserve"> - Please view link - unable to able to access data</w:t>
      </w:r>
      <w:r/>
    </w:p>
    <w:p>
      <w:pPr>
        <w:pStyle w:val="ListNumber"/>
        <w:spacing w:line="240" w:lineRule="auto"/>
        <w:ind w:left="720"/>
      </w:pPr>
      <w:r/>
      <w:hyperlink r:id="rId9">
        <w:r>
          <w:rPr>
            <w:color w:val="0000EE"/>
            <w:u w:val="single"/>
          </w:rPr>
          <w:t>https://www.outsmartmagazine.com/2026/09/queer-things-to-do-in-houston-sept-24-27/</w:t>
        </w:r>
      </w:hyperlink>
      <w:r>
        <w:t xml:space="preserve"> - OutSmart Magazine's article 'Queer Things to Do in Houston, Sept 24-27' provides a comprehensive list of LGBTQ+ events happening in Houston during that period. The events include the return of Pride flags to Lower Westheimer, the Annual Elected Officials Reception hosted by the Greater Houston LGBTQ+ Chamber of Commerce, and the Houston Ballet's performance of 'Manon'. The article also highlights other events such as 'Simply the Best: A Tribute to Tina Turner' by the Houston Symphony, 'The Short &amp; Sweet Speakeasy' at AvantGarden, and 'Modern Nostalgia' at Michael's Outpost. Additionally, it mentions 'The Sunflower Ball' by Houston Met Dance, 'The Music Man' by Theatre Under The Stars, and 'Proof' by 4th Wall Theatre Company. The article also lists events for Sunday, September 27, including 'Romeo and Juliet' at the Alley Theatre, a support group for parents of transgender children at the Montrose Center, and 'Sapphic Cirque: Girls Who Vote' at Pearl Bar. Ongoing events like 'Come From Away' at Stages and 'EyeCons at Michael’s Outpost' are also featured. The article concludes with upcoming events such as the Houston Cinema Arts Festival, Katy Pride Celebration, Tony’s Corner Pocket 20th Anniversary, Out for Good 2026, Indigo Girls with Linda Perry, Mrs. Doubtfire + Out@TUTS Afterparty, and Tituss Burgess in Concert.</w:t>
      </w:r>
      <w:r/>
    </w:p>
    <w:p>
      <w:pPr>
        <w:pStyle w:val="ListNumber"/>
        <w:spacing w:line="240" w:lineRule="auto"/>
        <w:ind w:left="720"/>
      </w:pPr>
      <w:r/>
      <w:hyperlink r:id="rId10">
        <w:r>
          <w:rPr>
            <w:color w:val="0000EE"/>
            <w:u w:val="single"/>
          </w:rPr>
          <w:t>https://business.houstonlgbtchamber.com/eventcalendar/Details/join-us-at-the-annual-elected-officials-reception-1875711?sourceTypeId=Website</w:t>
        </w:r>
      </w:hyperlink>
      <w:r>
        <w:t xml:space="preserve"> - The Greater Houston LGBTQ+ Chamber of Commerce is hosting its Annual Elected Officials Reception on Thursday, September 24, 2026, from 5:30 PM to 7:30 PM at Hearsay at Levy Park, located at 3728 Wakeforest St., Houston, TX 77098. This event aims to bring together Chamber members, partners, and elected officials from across the Greater Houston region. It serves as an opportunity to honor local, state, and national elected officials for their public service and support of the LGBTQ+ community. Attendees can engage directly with leaders shaping the city's future and discuss the importance of inclusive policy and representation. The event offers a selection of hors d'oeuvres and drinks courtesy of sponsors. Parking details include limited complimentary parking around the restaurant, a nearby parking lot, and available valet service. Registration is required, with pricing tiers for Chamber members: Early Bird (by August 31) - $50, Regular (September 1 - 23) - $60, and At the door - $75.</w:t>
      </w:r>
      <w:r/>
    </w:p>
    <w:p>
      <w:pPr>
        <w:pStyle w:val="ListNumber"/>
        <w:spacing w:line="240" w:lineRule="auto"/>
        <w:ind w:left="720"/>
      </w:pPr>
      <w:r/>
      <w:hyperlink r:id="rId11">
        <w:r>
          <w:rPr>
            <w:color w:val="0000EE"/>
            <w:u w:val="single"/>
          </w:rPr>
          <w:t>https://www.houstonballet.org/performances/manon/</w:t>
        </w:r>
      </w:hyperlink>
      <w:r>
        <w:t xml:space="preserve"> - Houston Ballet is presenting 'Manon', a dramatic three-act ballet choreographed by Sir Kenneth MacMillan, at the Wortham Theater Center. The production follows the story of Manon, a young woman torn between love and the allure of wealth, and Des Grieux, the man willing to follow her through increasingly perilous choices. The ballet offers a blend of lush dancing, romance, and tragedy. Performances are scheduled to continue through October 4, 2026, at the Wortham Theater Center, located at 501 Texas Ave., Houston, TX 77002. For ticket information and showtimes, visit the Houston Ballet's official website.</w:t>
      </w:r>
      <w:r/>
    </w:p>
    <w:p>
      <w:pPr>
        <w:pStyle w:val="ListNumber"/>
        <w:spacing w:line="240" w:lineRule="auto"/>
        <w:ind w:left="720"/>
      </w:pPr>
      <w:r/>
      <w:hyperlink r:id="rId12">
        <w:r>
          <w:rPr>
            <w:color w:val="0000EE"/>
            <w:u w:val="single"/>
          </w:rPr>
          <w:t>https://www.houstonsymphony.org/tickets/concerts/simply-the-best-a-tribute-to-tina-turner/</w:t>
        </w:r>
      </w:hyperlink>
      <w:r>
        <w:t xml:space="preserve"> - The Houston Symphony is hosting 'Simply the Best: A Tribute to Tina Turner' on Friday, September 25, 2026, at 7:30 PM at Jones Hall, located at 615 Louisiana St., Houston, TX 77002. Tony Award winner Adrienne Warren, acclaimed for her portrayal of Tina Turner on Broadway, will perform some of Turner's most iconic songs with the grandeur of a full symphony orchestra. Warren will also return on Saturday for afternoon and evening performances. For ticket information and additional details, visit the Houston Symphony's official website.</w:t>
      </w:r>
      <w:r/>
    </w:p>
    <w:p>
      <w:pPr>
        <w:pStyle w:val="ListNumber"/>
        <w:spacing w:line="240" w:lineRule="auto"/>
        <w:ind w:left="720"/>
      </w:pPr>
      <w:r/>
      <w:hyperlink r:id="rId13">
        <w:r>
          <w:rPr>
            <w:color w:val="0000EE"/>
            <w:u w:val="single"/>
          </w:rPr>
          <w:t>https://www.avantgardenhouston.com/events/the-short-sweet-speakeasy/</w:t>
        </w:r>
      </w:hyperlink>
      <w:r>
        <w:t xml:space="preserve"> - AvantGarden is hosting 'The Short &amp; Sweet Speakeasy', a compact burlesque show featuring Houston performers, on Friday, September 25, 2026. The event is designed as a brisk, playful night out, making it easy to pair with dinner or another late-night activity. Shows are scheduled at 8 PM and 10 PM, offering two opportunities to experience a mix of glamour, humor, and cabaret-style entertainment. AvantGarden is located at 411 Westheimer Rd., Houston, TX 77006. For more information and ticket details, visit AvantGarden's official website.</w:t>
      </w:r>
      <w:r/>
    </w:p>
    <w:p>
      <w:pPr>
        <w:pStyle w:val="ListNumber"/>
        <w:spacing w:line="240" w:lineRule="auto"/>
        <w:ind w:left="720"/>
      </w:pPr>
      <w:r/>
      <w:hyperlink r:id="rId14">
        <w:r>
          <w:rPr>
            <w:color w:val="0000EE"/>
            <w:u w:val="single"/>
          </w:rPr>
          <w:t>https://www.michaelsoutpost.com/events/modern-nostalgia/</w:t>
        </w:r>
      </w:hyperlink>
      <w:r>
        <w:t xml:space="preserve"> - Michael’s Outpost is presenting 'Modern Nostalgia', a Friday-night showcase beginning at 7:30 PM on September 25, 2026. The event brings together drag, cabaret, and live vocals, offering an intimate setting that leans into show tunes, standards, and theatrical flair. Michael’s Outpost is a longstanding LGBTQ piano bar known for its performances that provide a more personal feel compared to large club shows. The venue is located at 1419 Richmond Ave., Houston, TX 77006. For more information and reservations, visit Michael’s Outpost's official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09/queer-things-to-do-in-houston-sept-24-27/" TargetMode="External"/><Relationship Id="rId10" Type="http://schemas.openxmlformats.org/officeDocument/2006/relationships/hyperlink" Target="https://business.houstonlgbtchamber.com/eventcalendar/Details/join-us-at-the-annual-elected-officials-reception-1875711?sourceTypeId=Website" TargetMode="External"/><Relationship Id="rId11" Type="http://schemas.openxmlformats.org/officeDocument/2006/relationships/hyperlink" Target="https://www.houstonballet.org/performances/manon/" TargetMode="External"/><Relationship Id="rId12" Type="http://schemas.openxmlformats.org/officeDocument/2006/relationships/hyperlink" Target="https://www.houstonsymphony.org/tickets/concerts/simply-the-best-a-tribute-to-tina-turner/" TargetMode="External"/><Relationship Id="rId13" Type="http://schemas.openxmlformats.org/officeDocument/2006/relationships/hyperlink" Target="https://www.avantgardenhouston.com/events/the-short-sweet-speakeasy/" TargetMode="External"/><Relationship Id="rId14" Type="http://schemas.openxmlformats.org/officeDocument/2006/relationships/hyperlink" Target="https://www.michaelsoutpost.com/events/modern-nostalg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