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Palm Springs LGBTQ+ Book Festival Highlights and Free Events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writers and LGBTQ+ culture fans are heading to Palm Springs for the fifth Pride on the Page Book Festival, a free day-long celebration of memoir, identity and personal storytelling. With Ty Herndon leading the evening programme and dozens of authors joining daytime conversations, the event offers an unusually rich mix of books, comedy, music and community.</w:t>
      </w:r>
      <w:r/>
    </w:p>
    <w:p>
      <w:pPr>
        <w:pStyle w:val="Heading2"/>
      </w:pPr>
      <w:r>
        <w:t>Essential Takeaways</w:t>
      </w:r>
      <w:r/>
      <w:r/>
    </w:p>
    <w:p>
      <w:pPr>
        <w:pStyle w:val="ListBullet"/>
        <w:spacing w:line="240" w:lineRule="auto"/>
        <w:ind w:left="720"/>
      </w:pPr>
      <w:r/>
      <w:r>
        <w:rPr>
          <w:b/>
        </w:rPr>
        <w:t>Free entry:</w:t>
      </w:r>
      <w:r>
        <w:t xml:space="preserve"> Both daytime and evening programmes are free, although separate registration is required.</w:t>
      </w:r>
      <w:r/>
    </w:p>
    <w:p>
      <w:pPr>
        <w:pStyle w:val="ListBullet"/>
        <w:spacing w:line="240" w:lineRule="auto"/>
        <w:ind w:left="720"/>
      </w:pPr>
      <w:r/>
      <w:r>
        <w:rPr>
          <w:b/>
        </w:rPr>
        <w:t>Headline guest:</w:t>
      </w:r>
      <w:r>
        <w:t xml:space="preserve"> Grammy-nominated country singer Ty Herndon will discuss his memoir, </w:t>
      </w:r>
      <w:r>
        <w:rPr>
          <w:i/>
        </w:rPr>
        <w:t>What Mattered Most</w:t>
      </w:r>
      <w:r>
        <w:t>.</w:t>
      </w:r>
      <w:r/>
    </w:p>
    <w:p>
      <w:pPr>
        <w:pStyle w:val="ListBullet"/>
        <w:spacing w:line="240" w:lineRule="auto"/>
        <w:ind w:left="720"/>
      </w:pPr>
      <w:r/>
      <w:r>
        <w:rPr>
          <w:b/>
        </w:rPr>
        <w:t>Full day of events:</w:t>
      </w:r>
      <w:r>
        <w:t xml:space="preserve"> Talks run from 10am to 9pm at the Palm Springs Cultural Centre.</w:t>
      </w:r>
      <w:r/>
    </w:p>
    <w:p>
      <w:pPr>
        <w:pStyle w:val="ListBullet"/>
        <w:spacing w:line="240" w:lineRule="auto"/>
        <w:ind w:left="720"/>
      </w:pPr>
      <w:r/>
      <w:r>
        <w:rPr>
          <w:b/>
        </w:rPr>
        <w:t>Books and signings:</w:t>
      </w:r>
      <w:r>
        <w:t xml:space="preserve"> Registered attendees can claim selected free books while stocks last.</w:t>
      </w:r>
      <w:r/>
    </w:p>
    <w:p>
      <w:pPr>
        <w:pStyle w:val="ListBullet"/>
        <w:spacing w:line="240" w:lineRule="auto"/>
        <w:ind w:left="720"/>
      </w:pPr>
      <w:r/>
      <w:r>
        <w:rPr>
          <w:b/>
        </w:rPr>
        <w:t>A lively finale:</w:t>
      </w:r>
      <w:r>
        <w:t xml:space="preserve"> Music, local authors and community groups will round off the festival under the event tent.</w:t>
      </w:r>
      <w:r/>
      <w:r/>
    </w:p>
    <w:p>
      <w:pPr>
        <w:pStyle w:val="Heading2"/>
      </w:pPr>
      <w:r>
        <w:t>Palm Springs gets a bigger, more welcoming book festival</w:t>
      </w:r>
      <w:r/>
    </w:p>
    <w:p>
      <w:r/>
      <w:r>
        <w:t>The strongest news is simple: Pride on the Page is free for the first time. That makes the fifth annual Palm Springs LGBTQ+ book festival easier to discover, especially for readers who might otherwise hesitate over ticket prices.</w:t>
      </w:r>
      <w:r/>
    </w:p>
    <w:p>
      <w:r/>
      <w:r>
        <w:t>According to Gay Desert Guide, the festival has grown into a substantial gathering for LGBTQ+ and affirming writers, moderators and readers. It feels less like a formal literary conference and more like a warm community day, with conversations inside and a festival tent outside.</w:t>
      </w:r>
      <w:r/>
    </w:p>
    <w:p>
      <w:r/>
      <w:r>
        <w:t>The event takes place at the Palm Springs Cultural Centre on 14 November, running from 10am through to 9pm. Registration is still necessary, and visitors must sign up separately for the daytime and evening programmes.</w:t>
      </w:r>
      <w:r/>
    </w:p>
    <w:p>
      <w:pPr>
        <w:pStyle w:val="Heading2"/>
      </w:pPr>
      <w:r>
        <w:t>Ty Herndon brings a deeply personal story</w:t>
      </w:r>
      <w:r/>
    </w:p>
    <w:p>
      <w:r/>
      <w:r>
        <w:t xml:space="preserve">Country singer Ty Herndon is the evening's special guest, discussing his memoir, </w:t>
      </w:r>
      <w:r>
        <w:rPr>
          <w:i/>
        </w:rPr>
        <w:t>What Mattered Most</w:t>
      </w:r>
      <w:r>
        <w:t>, with Corey Roskin. The book explores fame, addiction, mental health and the long strain of hiding one's sexuality in the public eye.</w:t>
      </w:r>
      <w:r/>
    </w:p>
    <w:p>
      <w:r/>
      <w:r>
        <w:t>Herndon's place in country music history gives the conversation added weight. As Nashville.com has reported, he became the first major male country artist to publicly come out as gay in 2014, a moment that resonated well beyond the genre.</w:t>
      </w:r>
      <w:r/>
    </w:p>
    <w:p>
      <w:r/>
      <w:r>
        <w:t>This won't be a glossy celebrity appearance with the edges sanded off. Herndon's story is about survival and honesty, which fits neatly with the festival's emphasis on memoir and lived experience.</w:t>
      </w:r>
      <w:r/>
    </w:p>
    <w:p>
      <w:pPr>
        <w:pStyle w:val="Heading2"/>
      </w:pPr>
      <w:r>
        <w:t>Daytime talks cover identity, memory and pop culture</w:t>
      </w:r>
      <w:r/>
    </w:p>
    <w:p>
      <w:r/>
      <w:r>
        <w:t>The daytime programme brings together an unusually broad group of voices. Erika Simpson will discuss mother-daughter memoirs, while Daniel M. Jaffe and publisher Ian Henzel will explore the author-editor relationship.</w:t>
      </w:r>
      <w:r/>
    </w:p>
    <w:p>
      <w:r/>
      <w:r>
        <w:t>Other sessions look at the boundary between fact and fiction, Black queer identity and the role of pop culture in LGBTQ+ social change. Actor and writer Jen Richards joins Lisa M. Stulberg for that final conversation, while Rasheed Newson appears alongside critic Meredith Maran.</w:t>
      </w:r>
      <w:r/>
    </w:p>
    <w:p>
      <w:r/>
      <w:r>
        <w:t xml:space="preserve">The programme also closes with comedian and actor Murray Hill discussing </w:t>
      </w:r>
      <w:r>
        <w:rPr>
          <w:i/>
        </w:rPr>
        <w:t>Showbiz! My Life as a Middle-Aged Man</w:t>
      </w:r>
      <w:r>
        <w:t xml:space="preserve"> with Tim Bagley. It's a smart change of pace after the more reflective discussions, and probably the moment when the room gets noticeably louder.</w:t>
      </w:r>
      <w:r/>
    </w:p>
    <w:p>
      <w:pPr>
        <w:pStyle w:val="Heading2"/>
      </w:pPr>
      <w:r>
        <w:t>Free books make planning ahead worthwhile</w:t>
      </w:r>
      <w:r/>
    </w:p>
    <w:p>
      <w:r/>
      <w:r>
        <w:t>The festival tent will feature local LGBTQ+ authors, independent publishers and community organisations, alongside book signings. For the anniversary edition, registered attendees can also receive a free copy of a featured author's book.</w:t>
      </w:r>
      <w:r/>
    </w:p>
    <w:p>
      <w:r/>
      <w:r>
        <w:t>The offer is limited, with 30 copies available per author for daytime sessions and 50 for the evening event. Attendees need a wristband and must queue outside the relevant theatre 15 minutes before the session, with books handed out on a first-come, first-served basis.</w:t>
      </w:r>
      <w:r/>
    </w:p>
    <w:p>
      <w:r/>
      <w:r>
        <w:t>In practical terms, arrive early if there's a particular title you want. Free books tend to disappear faster than anyone expects, especially when the author is in the room and the atmosphere is buzzing.</w:t>
      </w:r>
      <w:r/>
    </w:p>
    <w:p>
      <w:pPr>
        <w:pStyle w:val="Heading2"/>
      </w:pPr>
      <w:r>
        <w:t>A five-year milestone with a community feel</w:t>
      </w:r>
      <w:r/>
    </w:p>
    <w:p>
      <w:r/>
      <w:r>
        <w:t>Pride on the Page was created in 2022 and has now featured more than 150 LGBTQ+ and affirming authors and moderators. The fifth-anniversary theme, "Our Lives, Our Words, Our Stories", places personal narrative firmly at the centre.</w:t>
      </w:r>
      <w:r/>
    </w:p>
    <w:p>
      <w:r/>
      <w:r>
        <w:t>The festival ends with a celebration under the event tent, featuring music from Leanna and Miguel. That closing note matters because the day isn't only about panels and publishing; it's also about giving people a chance to linger, meet others and enjoy the setting.</w:t>
      </w:r>
      <w:r/>
    </w:p>
    <w:p>
      <w:r/>
      <w:r>
        <w:t>For visitors, the best approach is to register for both programmes, check the schedule before arriving and leave time between sessions. A little planning should make it easier to catch the big conversations without missing the softer, more spontaneous moments outside.</w:t>
      </w:r>
      <w:r/>
    </w:p>
    <w:p>
      <w:r/>
      <w:r>
        <w:t>A free, story-rich day in Palm Springs is hard to argue with.</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3">
        <w:r>
          <w:rPr>
            <w:color w:val="0000EE"/>
            <w:u w:val="single"/>
          </w:rPr>
          <w:t>[5]</w:t>
        </w:r>
      </w:hyperlink>
      <w:r>
        <w:t xml:space="preserve">, </w:t>
      </w:r>
      <w:hyperlink r:id="rId13">
        <w:r>
          <w:rPr>
            <w:color w:val="0000EE"/>
            <w:u w:val="single"/>
          </w:rPr>
          <w:t>[6]</w:t>
        </w:r>
      </w:hyperlink>
      <w:r>
        <w:t xml:space="preserve">- Paragraph 5: </w:t>
      </w:r>
      <w:hyperlink r:id="rId13">
        <w:r>
          <w:rPr>
            <w:color w:val="0000EE"/>
            <w:u w:val="single"/>
          </w:rPr>
          <w:t>[5]</w:t>
        </w:r>
      </w:hyperlink>
      <w:r>
        <w:t xml:space="preserve">, </w:t>
      </w:r>
      <w:hyperlink r:id="rId13">
        <w:r>
          <w:rPr>
            <w:color w:val="0000EE"/>
            <w:u w:val="single"/>
          </w:rPr>
          <w:t>[7]</w:t>
        </w:r>
      </w:hyperlink>
      <w:r>
        <w:t xml:space="preserve">- Paragraph 6: </w:t>
      </w:r>
      <w:hyperlink r:id="rId11">
        <w:r>
          <w:rPr>
            <w:color w:val="0000EE"/>
            <w:u w:val="single"/>
          </w:rPr>
          <w:t>[3]</w:t>
        </w:r>
      </w:hyperlink>
      <w:r>
        <w:t xml:space="preserve">, </w:t>
      </w:r>
      <w:hyperlink r:id="rId12">
        <w:r>
          <w:rPr>
            <w:color w:val="0000EE"/>
            <w:u w:val="single"/>
          </w:rPr>
          <w:t>[4]</w:t>
        </w:r>
      </w:hyperlink>
      <w:r>
        <w:t xml:space="preserve">- Paragraph 7: </w:t>
      </w:r>
      <w:hyperlink r:id="rId11">
        <w:r>
          <w:rPr>
            <w:color w:val="0000EE"/>
            <w:u w:val="single"/>
          </w:rPr>
          <w:t>[3]</w:t>
        </w:r>
      </w:hyperlink>
      <w:r>
        <w:t xml:space="preserve">, </w:t>
      </w:r>
      <w:hyperlink r:id="rId12">
        <w:r>
          <w:rPr>
            <w:color w:val="0000EE"/>
            <w:u w:val="single"/>
          </w:rPr>
          <w:t>[4]</w:t>
        </w:r>
      </w:hyperlink>
      <w:r>
        <w:t xml:space="preserve">- Paragraph 8: </w:t>
      </w:r>
      <w:hyperlink r:id="rId11">
        <w:r>
          <w:rPr>
            <w:color w:val="0000EE"/>
            <w:u w:val="single"/>
          </w:rPr>
          <w:t>[3]</w:t>
        </w:r>
      </w:hyperlink>
      <w:r>
        <w:t xml:space="preserve">, </w:t>
      </w:r>
      <w:hyperlink r:id="rId12">
        <w:r>
          <w:rPr>
            <w:color w:val="0000EE"/>
            <w:u w:val="single"/>
          </w:rPr>
          <w:t>[4]</w:t>
        </w:r>
      </w:hyperlink>
      <w:r>
        <w:t xml:space="preserve">- Paragraph 9: </w:t>
      </w:r>
      <w:hyperlink r:id="rId11">
        <w:r>
          <w:rPr>
            <w:color w:val="0000EE"/>
            <w:u w:val="single"/>
          </w:rPr>
          <w:t>[3]</w:t>
        </w:r>
      </w:hyperlink>
      <w:r>
        <w:t xml:space="preserve">, </w:t>
      </w:r>
      <w:hyperlink r:id="rId12">
        <w:r>
          <w:rPr>
            <w:color w:val="0000EE"/>
            <w:u w:val="single"/>
          </w:rPr>
          <w:t>[4]</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1">
        <w:r>
          <w:rPr>
            <w:color w:val="0000EE"/>
            <w:u w:val="single"/>
          </w:rPr>
          <w:t>[3]</w:t>
        </w:r>
      </w:hyperlink>
      <w:r>
        <w:t xml:space="preserve">, </w:t>
      </w:r>
      <w:hyperlink r:id="rId12">
        <w:r>
          <w:rPr>
            <w:color w:val="0000EE"/>
            <w:u w:val="single"/>
          </w:rPr>
          <w:t>[4]</w:t>
        </w:r>
      </w:hyperlink>
      <w:r>
        <w:t xml:space="preserve">- Paragraph 14: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https://thepalmspringspost.com/palm-springs-lgbtq-book-festival-announces-full-lineup-adds-ty-herndon-as-headliner/</w:t>
        </w:r>
      </w:hyperlink>
      <w:r>
        <w:t xml:space="preserve"> - Please view link - unable to able to access data</w:t>
      </w:r>
      <w:r/>
    </w:p>
    <w:p>
      <w:pPr>
        <w:pStyle w:val="ListNumber"/>
        <w:spacing w:line="240" w:lineRule="auto"/>
        <w:ind w:left="720"/>
      </w:pPr>
      <w:r/>
      <w:hyperlink r:id="rId10">
        <w:r>
          <w:rPr>
            <w:color w:val="0000EE"/>
            <w:u w:val="single"/>
          </w:rPr>
          <w:t>https://www.palmspringsca.gov/Home/Components/News/News/8869/23?backlist=%2Fservices</w:t>
        </w:r>
      </w:hyperlink>
      <w:r>
        <w:t xml:space="preserve"> - The City of Palm Springs announced the full lineup for the 5th Annual Pride on the Page Book Festival, scheduled for November 14 at the Palm Springs Cultural Center. The festival, themed 'Five Years of Pride on the Page: Our Lives, Our Words, Our Stories,' will feature discussions on memoirs and personal narratives. Notably, Grammy-nominated country artist Ty Herndon will discuss his memoir, 'What Mattered Most,' in conversation with Corey Roskin, co-creator of Pride on the Page. The event is free, with separate registration required for daytime and evening programs.</w:t>
      </w:r>
      <w:r/>
    </w:p>
    <w:p>
      <w:pPr>
        <w:pStyle w:val="ListNumber"/>
        <w:spacing w:line="240" w:lineRule="auto"/>
        <w:ind w:left="720"/>
      </w:pPr>
      <w:r/>
      <w:hyperlink r:id="rId11">
        <w:r>
          <w:rPr>
            <w:color w:val="0000EE"/>
            <w:u w:val="single"/>
          </w:rPr>
          <w:t>https://gaydesertguide.com/pride-on-the-page-book-festival-announces-full-author-lineup-for-5th-anniversary-edition/</w:t>
        </w:r>
      </w:hyperlink>
      <w:r>
        <w:t xml:space="preserve"> - Gay Desert Guide reported on the complete lineup for the 5th Annual Pride on the Page Book Festival, taking place on November 14 at the Palm Springs Cultural Center. The festival's theme, 'Five Years of Pride on the Page: Our Lives, Our Words, Our Stories,' highlights memoirs and personal narratives. The evening program features Grammy-nominated country artist Ty Herndon discussing his memoir, 'What Mattered Most,' with Corey Roskin. The daytime program includes various author conversations, and the event is free with separate registration for each program.</w:t>
      </w:r>
      <w:r/>
    </w:p>
    <w:p>
      <w:pPr>
        <w:pStyle w:val="ListNumber"/>
        <w:spacing w:line="240" w:lineRule="auto"/>
        <w:ind w:left="720"/>
      </w:pPr>
      <w:r/>
      <w:hyperlink r:id="rId12">
        <w:r>
          <w:rPr>
            <w:color w:val="0000EE"/>
            <w:u w:val="single"/>
          </w:rPr>
          <w:t>https://promohomo.tv/prideonthepage2026/</w:t>
        </w:r>
      </w:hyperlink>
      <w:r>
        <w:t xml:space="preserve"> - PromoHomo.TV provided a preview of the Pride on the Page 2026 festival, focusing on LGBTQ+ authors, stories, and celebrations. The evening program, requiring separate free registration, includes Grammy-nominated country music artist Ty Herndon discussing his memoir, 'What Mattered Most,' with literary organizer Corey Roskin. The event also features a fifth-anniversary reception with music by Leanna &amp; Miguel, a book signing with Ty Herndon, and opportunities to mingle with the festival's authors.</w:t>
      </w:r>
      <w:r/>
    </w:p>
    <w:p>
      <w:pPr>
        <w:pStyle w:val="ListNumber"/>
        <w:spacing w:line="240" w:lineRule="auto"/>
        <w:ind w:left="720"/>
      </w:pPr>
      <w:r/>
      <w:hyperlink r:id="rId13">
        <w:r>
          <w:rPr>
            <w:color w:val="0000EE"/>
            <w:u w:val="single"/>
          </w:rPr>
          <w:t>https://www.nashville.com/ty-herndon-re-records-what-mattered-most-for-pride-month/</w:t>
        </w:r>
      </w:hyperlink>
      <w:r>
        <w:t xml:space="preserve"> - Nashville.com reported that Ty Herndon re-recorded his 1995 hit song 'What Mattered Most' for Pride Month in 2019. The re-recorded version features reversed pronouns, reflecting Herndon's true self after coming out in 2014. The track and video were released in June 2019, coinciding with Pride Month, and premiered with HuffPost. This release was part of Herndon's upcoming album, 'Got It Covered,' which includes reimagined hits and covers of his favourite songs.</w:t>
      </w:r>
      <w:r/>
    </w:p>
    <w:p>
      <w:pPr>
        <w:pStyle w:val="ListNumber"/>
        <w:spacing w:line="240" w:lineRule="auto"/>
        <w:ind w:left="720"/>
      </w:pPr>
      <w:r/>
      <w:hyperlink r:id="rId13">
        <w:r>
          <w:rPr>
            <w:color w:val="0000EE"/>
            <w:u w:val="single"/>
          </w:rPr>
          <w:t>https://www.nashville.com/ty-herndon-re-records-what-mattered-most-for-pride-month/</w:t>
        </w:r>
      </w:hyperlink>
      <w:r>
        <w:t xml:space="preserve"> - Nashville.com reported that Ty Herndon re-recorded his 1995 hit song 'What Mattered Most' for Pride Month in 2019. The re-recorded version features reversed pronouns, reflecting Herndon's true self after coming out in 2014. The track and video were released in June 2019, coinciding with Pride Month, and premiered with HuffPost. This release was part of Herndon's upcoming album, 'Got It Covered,' which includes reimagined hits and covers of his favourite songs.</w:t>
      </w:r>
      <w:r/>
    </w:p>
    <w:p>
      <w:pPr>
        <w:pStyle w:val="ListNumber"/>
        <w:spacing w:line="240" w:lineRule="auto"/>
        <w:ind w:left="720"/>
      </w:pPr>
      <w:r/>
      <w:hyperlink r:id="rId13">
        <w:r>
          <w:rPr>
            <w:color w:val="0000EE"/>
            <w:u w:val="single"/>
          </w:rPr>
          <w:t>https://www.nashville.com/ty-herndon-re-records-what-mattered-most-for-pride-month/</w:t>
        </w:r>
      </w:hyperlink>
      <w:r>
        <w:t xml:space="preserve"> - Nashville.com reported that Ty Herndon re-recorded his 1995 hit song 'What Mattered Most' for Pride Month in 2019. The re-recorded version features reversed pronouns, reflecting Herndon's true self after coming out in 2014. The track and video were released in June 2019, coinciding with Pride Month, and premiered with HuffPost. This release was part of Herndon's upcoming album, 'Got It Covered,' which includes reimagined hits and covers of his favourite songs.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palmspringspost.com/palm-springs-lgbtq-book-festival-announces-full-lineup-adds-ty-herndon-as-headliner/" TargetMode="External"/><Relationship Id="rId10" Type="http://schemas.openxmlformats.org/officeDocument/2006/relationships/hyperlink" Target="https://www.palmspringsca.gov/Home/Components/News/News/8869/23?backlist=%2Fservices" TargetMode="External"/><Relationship Id="rId11" Type="http://schemas.openxmlformats.org/officeDocument/2006/relationships/hyperlink" Target="https://gaydesertguide.com/pride-on-the-page-book-festival-announces-full-author-lineup-for-5th-anniversary-edition/" TargetMode="External"/><Relationship Id="rId12" Type="http://schemas.openxmlformats.org/officeDocument/2006/relationships/hyperlink" Target="https://promohomo.tv/prideonthepage2026/" TargetMode="External"/><Relationship Id="rId13" Type="http://schemas.openxmlformats.org/officeDocument/2006/relationships/hyperlink" Target="https://www.nashville.com/ty-herndon-re-records-what-mattered-most-for-pride-mont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