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October Events at The Pemberton in Phoenix</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The Pemberton in Roosevelt Row can expect a packed October, with Phoenix Pride celebrations, Halloween parties and fundraising woven across the two-acre venue. The programme matters because it combines nightlife with community support, giving guests plenty of ways to dance, dress up, eat well and contribute while they’re out.</w:t>
      </w:r>
      <w:r/>
    </w:p>
    <w:p>
      <w:pPr>
        <w:pStyle w:val="Heading2"/>
      </w:pPr>
      <w:r>
        <w:t>Essential Takeaways</w:t>
      </w:r>
      <w:r/>
      <w:r/>
    </w:p>
    <w:p>
      <w:pPr>
        <w:pStyle w:val="ListBullet"/>
        <w:spacing w:line="240" w:lineRule="auto"/>
        <w:ind w:left="720"/>
      </w:pPr>
      <w:r/>
      <w:r>
        <w:rPr>
          <w:b/>
        </w:rPr>
        <w:t>Pride weekend:</w:t>
      </w:r>
      <w:r>
        <w:t xml:space="preserve"> Events run from 9 to 11 October, with parties, drag performances, karaoke and poolside entertainment.</w:t>
      </w:r>
      <w:r/>
    </w:p>
    <w:p>
      <w:pPr>
        <w:pStyle w:val="ListBullet"/>
        <w:spacing w:line="240" w:lineRule="auto"/>
        <w:ind w:left="720"/>
      </w:pPr>
      <w:r/>
      <w:r>
        <w:rPr>
          <w:b/>
        </w:rPr>
        <w:t>A simple way to give:</w:t>
      </w:r>
      <w:r>
        <w:t xml:space="preserve"> One dollar from every margarita sold throughout the month will support Camp Catanese.</w:t>
      </w:r>
      <w:r/>
    </w:p>
    <w:p>
      <w:pPr>
        <w:pStyle w:val="ListBullet"/>
        <w:spacing w:line="240" w:lineRule="auto"/>
        <w:ind w:left="720"/>
      </w:pPr>
      <w:r/>
      <w:r>
        <w:rPr>
          <w:b/>
        </w:rPr>
        <w:t>Extra fundraising night:</w:t>
      </w:r>
      <w:r>
        <w:t xml:space="preserve"> On 22 October, 15 per cent of all sales will go to the nonprofit.</w:t>
      </w:r>
      <w:r/>
    </w:p>
    <w:p>
      <w:pPr>
        <w:pStyle w:val="ListBullet"/>
        <w:spacing w:line="240" w:lineRule="auto"/>
        <w:ind w:left="720"/>
      </w:pPr>
      <w:r/>
      <w:r>
        <w:rPr>
          <w:b/>
        </w:rPr>
        <w:t>Halloween build-up:</w:t>
      </w:r>
      <w:r>
        <w:t xml:space="preserve"> Guests can choose between a séance-themed dinner, a free film screening and pumpkin carving.</w:t>
      </w:r>
      <w:r/>
    </w:p>
    <w:p>
      <w:pPr>
        <w:pStyle w:val="ListBullet"/>
        <w:spacing w:line="240" w:lineRule="auto"/>
        <w:ind w:left="720"/>
      </w:pPr>
      <w:r/>
      <w:r>
        <w:rPr>
          <w:b/>
        </w:rPr>
        <w:t>Big finale:</w:t>
      </w:r>
      <w:r>
        <w:t xml:space="preserve"> The 31 October Halloween Ball will turn the whole property into a horror-inspired party for adults aged 21 and over.</w:t>
      </w:r>
      <w:r/>
      <w:r/>
    </w:p>
    <w:p>
      <w:pPr>
        <w:pStyle w:val="Heading2"/>
      </w:pPr>
      <w:r>
        <w:t>Pride Takes Over Roosevelt Row</w:t>
      </w:r>
      <w:r/>
    </w:p>
    <w:p>
      <w:r/>
      <w:r>
        <w:t>The month begins at full volume, with The Pemberton joining Phoenix’s Pride weekend from 9 to 11 October. It’s a deliberately varied programme, so guests can move from a K-pop pool party to hip-hop, drag and house music without leaving the venue.</w:t>
      </w:r>
      <w:r/>
    </w:p>
    <w:p>
      <w:r/>
      <w:r>
        <w:t xml:space="preserve">Friday’s schedule includes the K-Pop Pride Pool Party Takeover at Ibiza, Pride Hip-Hop House Party at Black Flamingo and Drag Fantasy at Babygirl. Saturday brings the Venus House Party at The Pemberton House, followed by the One Love drag show at Muertos. Phoenix Pride’s official calendar also highlights the wider festival and parade activity taking place across the city. </w:t>
      </w:r>
      <w:hyperlink r:id="rId9">
        <w:r>
          <w:rPr>
            <w:color w:val="0000EE"/>
            <w:u w:val="single"/>
          </w:rPr>
          <w:t>[2]</w:t>
        </w:r>
      </w:hyperlink>
      <w:r>
        <w:t xml:space="preserve">, </w:t>
      </w:r>
      <w:hyperlink r:id="rId10">
        <w:r>
          <w:rPr>
            <w:color w:val="0000EE"/>
            <w:u w:val="single"/>
          </w:rPr>
          <w:t>[6]</w:t>
        </w:r>
      </w:hyperlink>
      <w:r/>
    </w:p>
    <w:p>
      <w:r/>
      <w:r>
        <w:t>Sunday keeps the energy going after The Pemberton’s float appears in the Phoenix Pride Parade. Guests can use a branded shuttle from the Arizona Center, then settle into an afternoon pool party with DJ Image, a chillout lounge and local vendors before finishing with Pride Karaoke at Muertos.</w:t>
      </w:r>
      <w:r/>
    </w:p>
    <w:p>
      <w:r/>
      <w:r>
        <w:t>That mix is part of the appeal. It feels less like one headline event and more like a small, walkable nightlife district, with different rooms offering different moods.</w:t>
      </w:r>
      <w:r/>
    </w:p>
    <w:p>
      <w:pPr>
        <w:pStyle w:val="Heading2"/>
      </w:pPr>
      <w:r>
        <w:t>A Margarita Can Help Camp Catanese</w:t>
      </w:r>
      <w:r/>
    </w:p>
    <w:p>
      <w:r/>
      <w:r>
        <w:t>The community element is more than a footnote. Throughout October, The Pemberton will donate one dollar from every margarita sold to Camp Catanese, an organisation focused on supporting underserved, first-generation students.</w:t>
      </w:r>
      <w:r/>
    </w:p>
    <w:p>
      <w:r/>
      <w:r>
        <w:t xml:space="preserve">There’s also a larger fundraising push on 22 October, when the venue will offer all-night happy hour pricing and donate 15 per cent of sales. Camp Catanese’s own impact information outlines its work with students and families, making the fundraising feel connected to a practical educational mission rather than a vague charitable gesture. </w:t>
      </w:r>
      <w:hyperlink r:id="rId11">
        <w:r>
          <w:rPr>
            <w:color w:val="0000EE"/>
            <w:u w:val="single"/>
          </w:rPr>
          <w:t>[4]</w:t>
        </w:r>
      </w:hyperlink>
      <w:r>
        <w:t xml:space="preserve">, </w:t>
      </w:r>
      <w:hyperlink r:id="rId12">
        <w:r>
          <w:rPr>
            <w:color w:val="0000EE"/>
            <w:u w:val="single"/>
          </w:rPr>
          <w:t>[5]</w:t>
        </w:r>
      </w:hyperlink>
      <w:r/>
    </w:p>
    <w:p>
      <w:r/>
      <w:r>
        <w:t>For visitors, it’s refreshingly straightforward. Order a drink, enjoy the evening and know that part of the spend is being redirected towards the cause. Of course, donating directly is still the clearest option for anyone who wants to make a bigger contribution.</w:t>
      </w:r>
      <w:r/>
    </w:p>
    <w:p>
      <w:pPr>
        <w:pStyle w:val="Heading2"/>
      </w:pPr>
      <w:r>
        <w:t>Halloween Arrives in Stages</w:t>
      </w:r>
      <w:r/>
    </w:p>
    <w:p>
      <w:r/>
      <w:r>
        <w:t>The Halloween calendar builds gradually, which is useful for anyone who prefers a themed evening over one giant late-night party. On 22 October, Girl Dinner at Black Flamingo becomes a séance-inspired dining experience, with a four-course menu and an elixir included in the 35-dollar ticket.</w:t>
      </w:r>
      <w:r/>
    </w:p>
    <w:p>
      <w:r/>
      <w:r>
        <w:t>The same evening, Ibiza will screen Rocky Horror Picture Show for free. It’s a nice counterpoint to the dinner event, offering a lower-cost way to get into the spooky spirit, with the late Tim Curry’s cult performance providing the obvious cinematic centrepiece.</w:t>
      </w:r>
      <w:r/>
    </w:p>
    <w:p>
      <w:r/>
      <w:r>
        <w:t>Then, on 29 October, Cocktails + Carving at Muertos gives guests a more hands-on option. The 25-dollar ticket includes a pumpkin, carving tools and one cocktail or mocktail, so it’s well suited to groups who want something social without committing to a full costume party.</w:t>
      </w:r>
      <w:r/>
    </w:p>
    <w:p>
      <w:pPr>
        <w:pStyle w:val="Heading2"/>
      </w:pPr>
      <w:r>
        <w:t>What to Expect at the Halloween Ball</w:t>
      </w:r>
      <w:r/>
    </w:p>
    <w:p>
      <w:r/>
      <w:r>
        <w:t>The main event lands on 31 October, when the annual Nightmare on 2nd Street Halloween Ball takes over the entire two-acre property. All eight bars will be given horror-film themes, with spooky cocktails, Jell-O shots and four DJs spread across the venue.</w:t>
      </w:r>
      <w:r/>
    </w:p>
    <w:p>
      <w:r/>
      <w:r>
        <w:t xml:space="preserve">Admission is free before 9pm and costs 10 dollars afterwards. The costume contest adds a competitive edge, although the setting itself should provide enough theatrical detail for guests who arrive in something simple. The Pemberton’s event calendar is the best place to check current timings and any updates before travelling. </w:t>
      </w:r>
      <w:hyperlink r:id="rId9">
        <w:r>
          <w:rPr>
            <w:color w:val="0000EE"/>
            <w:u w:val="single"/>
          </w:rPr>
          <w:t>[2]</w:t>
        </w:r>
      </w:hyperlink>
      <w:r/>
    </w:p>
    <w:p>
      <w:r/>
      <w:r>
        <w:t>Because this is a 21-plus venue, it’s aimed squarely at adults looking for a late-night Halloween outing. Wear shoes you can actually walk and dance in, arrive early if you want the free entry window and plan your route around the property rather than staying in one bar all night.</w:t>
      </w:r>
      <w:r/>
    </w:p>
    <w:p>
      <w:pPr>
        <w:pStyle w:val="Heading2"/>
      </w:pPr>
      <w:r>
        <w:t>Plan the Month Around Your Mood</w:t>
      </w:r>
      <w:r/>
    </w:p>
    <w:p>
      <w:r/>
      <w:r>
        <w:t>The strongest feature of October at The Pemberton is its range. Pride weekend leans towards music, performance and celebration, the Camp Catanese campaign adds a charitable thread, and the Halloween events move from dinner and cinema to carving and full-scale nightlife.</w:t>
      </w:r>
      <w:r/>
    </w:p>
    <w:p>
      <w:r/>
      <w:r>
        <w:t xml:space="preserve">It also fits a broader Phoenix pattern: Pride is spread across parties, parades and community events rather than confined to a single afternoon. Official Phoenix Pride listings and other local venue programmes show how widely the weekend reaches, so visitors may want to build a full itinerary around Roosevelt Row and nearby downtown spots. </w:t>
      </w:r>
      <w:hyperlink r:id="rId13">
        <w:r>
          <w:rPr>
            <w:color w:val="0000EE"/>
            <w:u w:val="single"/>
          </w:rPr>
          <w:t>[3]</w:t>
        </w:r>
      </w:hyperlink>
      <w:r>
        <w:t xml:space="preserve">, </w:t>
      </w:r>
      <w:hyperlink r:id="rId14">
        <w:r>
          <w:rPr>
            <w:color w:val="0000EE"/>
            <w:u w:val="single"/>
          </w:rPr>
          <w:t>[7]</w:t>
        </w:r>
      </w:hyperlink>
      <w:r/>
    </w:p>
    <w:p>
      <w:r/>
      <w:r>
        <w:t>Whether you’re chasing a drag show, a quiet horror film or a crowded dance floor, October offers an easy excuse to return more than once. And frankly, a venue that lets you do all three has understood the assignment.</w:t>
      </w:r>
      <w:r/>
    </w:p>
    <w:p>
      <w:r/>
      <w:r>
        <w:t>It's a small, lively way to make October in Phoenix feel much bigger.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3">
        <w:r>
          <w:rPr>
            <w:color w:val="0000EE"/>
            <w:u w:val="single"/>
          </w:rPr>
          <w:t>[3]</w:t>
        </w:r>
      </w:hyperlink>
      <w:r>
        <w:t xml:space="preserve">, </w:t>
      </w:r>
      <w:hyperlink r:id="rId14">
        <w:r>
          <w:rPr>
            <w:color w:val="0000EE"/>
            <w:u w:val="single"/>
          </w:rPr>
          <w:t>[7]</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3">
        <w:r>
          <w:rPr>
            <w:color w:val="0000EE"/>
            <w:u w:val="single"/>
          </w:rPr>
          <w:t>[3]</w:t>
        </w:r>
      </w:hyperlink>
      <w:r>
        <w:t xml:space="preserve">- Paragraph 6: </w:t>
      </w:r>
      <w:hyperlink r:id="rId12">
        <w:r>
          <w:rPr>
            <w:color w:val="0000EE"/>
            <w:u w:val="single"/>
          </w:rPr>
          <w:t>[5]</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https://www.arizonafoothillsmagazine.com/valleygirlblog/events/the-pemberton-packs-october-with-pride-halloween-and-giving-back/</w:t>
        </w:r>
      </w:hyperlink>
      <w:r>
        <w:t xml:space="preserve"> - Please view link - unable to able to access data</w:t>
      </w:r>
      <w:r/>
    </w:p>
    <w:p>
      <w:pPr>
        <w:pStyle w:val="ListNumber"/>
        <w:spacing w:line="240" w:lineRule="auto"/>
        <w:ind w:left="720"/>
      </w:pPr>
      <w:r/>
      <w:hyperlink r:id="rId9">
        <w:r>
          <w:rPr>
            <w:color w:val="0000EE"/>
            <w:u w:val="single"/>
          </w:rPr>
          <w:t>https://www.thepemberton.com/calendar</w:t>
        </w:r>
      </w:hyperlink>
      <w:r>
        <w:t xml:space="preserve"> - The Pemberton's official calendar lists events for October 2026, including the Pride Dance Party featuring Mistress Isabelle Brooks on October 11, 2026, from 5:00 PM to 11:00 PM. The event promises music, dancing, entertainment, and special performances, with tickets available for purchase.</w:t>
      </w:r>
      <w:r/>
    </w:p>
    <w:p>
      <w:pPr>
        <w:pStyle w:val="ListNumber"/>
        <w:spacing w:line="240" w:lineRule="auto"/>
        <w:ind w:left="720"/>
      </w:pPr>
      <w:r/>
      <w:hyperlink r:id="rId13">
        <w:r>
          <w:rPr>
            <w:color w:val="0000EE"/>
            <w:u w:val="single"/>
          </w:rPr>
          <w:t>https://phoenixpride.org/events/pride-parade/</w:t>
        </w:r>
      </w:hyperlink>
      <w:r>
        <w:t xml:space="preserve"> - The Phoenix Pride Parade is scheduled for October 11, 2026, starting at 10:00 AM. The parade will feature over 2,000 participants, including decorated vehicles, colorful floats, and thousands of walkers, culminating at the Arizona Center, the venue for the 2026 Phoenix Pride Festival.</w:t>
      </w:r>
      <w:r/>
    </w:p>
    <w:p>
      <w:pPr>
        <w:pStyle w:val="ListNumber"/>
        <w:spacing w:line="240" w:lineRule="auto"/>
        <w:ind w:left="720"/>
      </w:pPr>
      <w:r/>
      <w:hyperlink r:id="rId11">
        <w:r>
          <w:rPr>
            <w:color w:val="0000EE"/>
            <w:u w:val="single"/>
          </w:rPr>
          <w:t>https://www.campcatanese.com/</w:t>
        </w:r>
      </w:hyperlink>
      <w:r>
        <w:t xml:space="preserve"> - Camp Catanese is a comprehensive college-preparation program for first-generation college students in Phoenix. The program includes a one-week science, math, and college preparatory camp held annually at Arizona State University's West Campus, weekend retreats, free ACT prep tutoring sessions, and educational field trips.</w:t>
      </w:r>
      <w:r/>
    </w:p>
    <w:p>
      <w:pPr>
        <w:pStyle w:val="ListNumber"/>
        <w:spacing w:line="240" w:lineRule="auto"/>
        <w:ind w:left="720"/>
      </w:pPr>
      <w:r/>
      <w:hyperlink r:id="rId12">
        <w:r>
          <w:rPr>
            <w:color w:val="0000EE"/>
            <w:u w:val="single"/>
          </w:rPr>
          <w:t>https://www.campcatanese.com/impact.html</w:t>
        </w:r>
      </w:hyperlink>
      <w:r>
        <w:t xml:space="preserve"> - Since its inception in 2016, Camp Catanese has served hundreds of low-income students in the Phoenix metropolitan area from over 35 high schools. The camp offers a year-round comprehensive college preparation and enrichment program, including summer and winter camps, ACT/SAT prep, and more, all free of charge for first-generation youth in Arizona.</w:t>
      </w:r>
      <w:r/>
    </w:p>
    <w:p>
      <w:pPr>
        <w:pStyle w:val="ListNumber"/>
        <w:spacing w:line="240" w:lineRule="auto"/>
        <w:ind w:left="720"/>
      </w:pPr>
      <w:r/>
      <w:hyperlink r:id="rId10">
        <w:r>
          <w:rPr>
            <w:color w:val="0000EE"/>
            <w:u w:val="single"/>
          </w:rPr>
          <w:t>https://phoenixpride.org/</w:t>
        </w:r>
      </w:hyperlink>
      <w:r>
        <w:t xml:space="preserve"> - Phoenix Pride is a non-profit organization dedicated to promoting the visibility and inclusion of the LGBTQ+ community in Arizona. The organization hosts various events, including the Phoenix Pride Parade and Festival, aiming to support, engage, and empower the LGBTQ+ community.</w:t>
      </w:r>
      <w:r/>
    </w:p>
    <w:p>
      <w:pPr>
        <w:pStyle w:val="ListNumber"/>
        <w:spacing w:line="240" w:lineRule="auto"/>
        <w:ind w:left="720"/>
      </w:pPr>
      <w:r/>
      <w:hyperlink r:id="rId14">
        <w:r>
          <w:rPr>
            <w:color w:val="0000EE"/>
            <w:u w:val="single"/>
          </w:rPr>
          <w:t>https://www.charliesphoenix.com/pride</w:t>
        </w:r>
      </w:hyperlink>
      <w:r>
        <w:t xml:space="preserve"> - Charlie's Phoenix is hosting a four-day Pride Weekend from October 8–11, 2026, featuring live entertainment, drag performances, DJs, dancing, and music. The lineup includes artists like Sasha Colby, DEV, Jorgeous, Willam, Kimora Blac, and Cazwell, offering a mix of drag, dance, pop, country, and Latin music.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emberton.com/calendar" TargetMode="External"/><Relationship Id="rId10" Type="http://schemas.openxmlformats.org/officeDocument/2006/relationships/hyperlink" Target="https://phoenixpride.org/" TargetMode="External"/><Relationship Id="rId11" Type="http://schemas.openxmlformats.org/officeDocument/2006/relationships/hyperlink" Target="https://www.campcatanese.com/" TargetMode="External"/><Relationship Id="rId12" Type="http://schemas.openxmlformats.org/officeDocument/2006/relationships/hyperlink" Target="https://www.campcatanese.com/impact.html" TargetMode="External"/><Relationship Id="rId13" Type="http://schemas.openxmlformats.org/officeDocument/2006/relationships/hyperlink" Target="https://phoenixpride.org/events/pride-parade/" TargetMode="External"/><Relationship Id="rId14" Type="http://schemas.openxmlformats.org/officeDocument/2006/relationships/hyperlink" Target="https://www.charliesphoenix.com/pride" TargetMode="External"/><Relationship Id="rId15" Type="http://schemas.openxmlformats.org/officeDocument/2006/relationships/hyperlink" Target="https://www.arizonafoothillsmagazine.com/valleygirlblog/events/the-pemberton-packs-october-with-pride-halloween-and-giving-bac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