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Survivor 51 Castaways Bring Queer Stories to Fiji</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meeting two LGBTQ+ Survivor 51 castaways with sharply different paths to the same Fiji beach. Devin Way found the series through queer nightlife and sees its social strategy as “gay sports”, while Kristin Flickinger spent 26 years chasing her chance to compete. Their stories add heart, humour and welcome representation to the latest season.</w:t>
      </w:r>
      <w:r/>
    </w:p>
    <w:p>
      <w:pPr>
        <w:pStyle w:val="Heading2"/>
      </w:pPr>
      <w:r>
        <w:t>Essential Takeaways</w:t>
      </w:r>
      <w:r/>
      <w:r/>
    </w:p>
    <w:p>
      <w:pPr>
        <w:pStyle w:val="ListBullet"/>
        <w:spacing w:line="240" w:lineRule="auto"/>
        <w:ind w:left="720"/>
      </w:pPr>
      <w:r/>
      <w:r>
        <w:rPr>
          <w:b/>
        </w:rPr>
        <w:t>Two queer competitors:</w:t>
      </w:r>
      <w:r>
        <w:t xml:space="preserve"> Devin Way and Kristin Flickinger are part of the Survivor 51 cast.</w:t>
      </w:r>
      <w:r/>
    </w:p>
    <w:p>
      <w:pPr>
        <w:pStyle w:val="ListBullet"/>
        <w:spacing w:line="240" w:lineRule="auto"/>
        <w:ind w:left="720"/>
      </w:pPr>
      <w:r/>
      <w:r>
        <w:rPr>
          <w:b/>
        </w:rPr>
        <w:t>A long-awaited debut:</w:t>
      </w:r>
      <w:r>
        <w:t xml:space="preserve"> Flickinger applied for 26 years before reaching the game.</w:t>
      </w:r>
      <w:r/>
    </w:p>
    <w:p>
      <w:pPr>
        <w:pStyle w:val="ListBullet"/>
        <w:spacing w:line="240" w:lineRule="auto"/>
        <w:ind w:left="720"/>
      </w:pPr>
      <w:r/>
      <w:r>
        <w:rPr>
          <w:b/>
        </w:rPr>
        <w:t>Community matters:</w:t>
      </w:r>
      <w:r>
        <w:t xml:space="preserve"> Way connects Survivor's alliances and emotional openness with queer social spaces.</w:t>
      </w:r>
      <w:r/>
    </w:p>
    <w:p>
      <w:pPr>
        <w:pStyle w:val="ListBullet"/>
        <w:spacing w:line="240" w:lineRule="auto"/>
        <w:ind w:left="720"/>
      </w:pPr>
      <w:r/>
      <w:r>
        <w:rPr>
          <w:b/>
        </w:rPr>
        <w:t>Representation has weight:</w:t>
      </w:r>
      <w:r>
        <w:t xml:space="preserve"> Flickinger's journey reflects the barriers many queer people face growing up.</w:t>
      </w:r>
      <w:r/>
    </w:p>
    <w:p>
      <w:pPr>
        <w:pStyle w:val="ListBullet"/>
        <w:spacing w:line="240" w:lineRule="auto"/>
        <w:ind w:left="720"/>
      </w:pPr>
      <w:r/>
      <w:r>
        <w:rPr>
          <w:b/>
        </w:rPr>
        <w:t>The setting is unforgiving:</w:t>
      </w:r>
      <w:r>
        <w:t xml:space="preserve"> Fiji's heat, water and isolation will test both players beyond strategy.</w:t>
      </w:r>
      <w:r/>
      <w:r/>
    </w:p>
    <w:p>
      <w:pPr>
        <w:pStyle w:val="Heading2"/>
      </w:pPr>
      <w:r>
        <w:t>Two very different routes to Survivor 51</w:t>
      </w:r>
      <w:r/>
    </w:p>
    <w:p>
      <w:r/>
      <w:r>
        <w:t>The most striking thing about Survivor 51's LGBTQ+ representation is that neither journey follows the same map. Devin Way came to the show through a gay bar, where the series became part entertainment, part communal ritual. Kristin Flickinger, meanwhile, kept applying for more than two decades before finally earning her place on the beach.</w:t>
      </w:r>
      <w:r/>
    </w:p>
    <w:p>
      <w:r/>
      <w:r>
        <w:t>That contrast gives the cast a pleasing sense of range. One player discovered Survivor through queer community; the other carried a private ambition across years of changing circumstances. Both now face the same basic problem: stay calm, stay useful and avoid becoming the person everyone wants gone.</w:t>
      </w:r>
      <w:r/>
    </w:p>
    <w:p>
      <w:r/>
      <w:r>
        <w:t>Out's interviews with the pair place their personal histories at the centre of the season. Parade's cast coverage also identifies Way and Flickinger among the competitors viewers will be watching as the game begins to take shape.</w:t>
      </w:r>
      <w:r/>
    </w:p>
    <w:p>
      <w:pPr>
        <w:pStyle w:val="Heading2"/>
      </w:pPr>
      <w:r>
        <w:t>Why Devin Way calls Survivor 'gay sports'</w:t>
      </w:r>
      <w:r/>
    </w:p>
    <w:p>
      <w:r/>
      <w:r>
        <w:t>Way's description of Survivor as “gay sports” is funny because it captures something real. The game rewards reading a room, managing alliances, spotting shifting loyalties and knowing when to perform confidence rather than reveal too much. In other words, it has all the social tension of a group chat, only with fewer snacks and considerably more sand.</w:t>
      </w:r>
      <w:r/>
    </w:p>
    <w:p>
      <w:r/>
      <w:r>
        <w:t>For Way, the show also offered a route towards dropping the protective persona he had built around himself. His story links strategy with self-discovery, suggesting that the hardest challenge may not be making fire or surviving the water, but being seen clearly by strangers.</w:t>
      </w:r>
      <w:r/>
    </w:p>
    <w:p>
      <w:r/>
      <w:r>
        <w:t>Out's profile explores Way's relationship with queer community and authenticity, while Them also highlights the emotional and cultural significance of his casting. That combination could make him one of the season's most compelling players, whether he becomes a strategic force or simply gives viewers a memorable run.</w:t>
      </w:r>
      <w:r/>
    </w:p>
    <w:p>
      <w:pPr>
        <w:pStyle w:val="Heading2"/>
      </w:pPr>
      <w:r>
        <w:t>Kristin Flickinger's 26-year wait finally pays off</w:t>
      </w:r>
      <w:r/>
    </w:p>
    <w:p>
      <w:r/>
      <w:r>
        <w:t>Flickinger's path is more marathon than whirlwind. After 26 years of applying, she has transformed a long-held hope into a very physical reality: a remote island, limited supplies and people who may cheerfully vote her out after a single awkward conversation.</w:t>
      </w:r>
      <w:r/>
    </w:p>
    <w:p>
      <w:r/>
      <w:r>
        <w:t>Her backstory also touches on the walls she built as a queer child in Idaho. That makes her appearance meaningful beyond the usual casting announcement. For viewers who grew up without seeing people like themselves in adventure, competition or reality television, reaching the show can feel like a public correction to years of absence.</w:t>
      </w:r>
      <w:r/>
    </w:p>
    <w:p>
      <w:r/>
      <w:r>
        <w:t>According to Out and Them, Flickinger sees representation as part of what her journey means. Parade's interview coverage adds further insight into the castaways' strengths and personal “superpowers”, giving viewers another way to understand how her patience and persistence might translate into the game.</w:t>
      </w:r>
      <w:r/>
    </w:p>
    <w:p>
      <w:pPr>
        <w:pStyle w:val="Heading2"/>
      </w:pPr>
      <w:r>
        <w:t>What queer representation changes on the island</w:t>
      </w:r>
      <w:r/>
    </w:p>
    <w:p>
      <w:r/>
      <w:r>
        <w:t>Survivor has always been interested in identity, performance and belonging, but queer contestants bring particular layers to those themes. The game asks players to decide how much of themselves to reveal, when to blend in and when to make a move. Those questions can land differently for people who have spent years navigating visibility in everyday life.</w:t>
      </w:r>
      <w:r/>
    </w:p>
    <w:p>
      <w:r/>
      <w:r>
        <w:t>That doesn't mean Way or Flickinger should be reduced to symbols. They are competitors first, with separate personalities, tactics and weaknesses. Still, their presence matters because representation works best when it includes more than one version of queer experience, rather than presenting a single tidy storyline.</w:t>
      </w:r>
      <w:r/>
    </w:p>
    <w:p>
      <w:r/>
      <w:r>
        <w:t>The wider Survivor 51 cast coverage from Parade suggests a season built around distinctive personalities and varied approaches. That should give both players room to be complicated, funny, nervous, calculating or gloriously messy, which is usually where reality television becomes most watchable.</w:t>
      </w:r>
      <w:r/>
    </w:p>
    <w:p>
      <w:pPr>
        <w:pStyle w:val="Heading2"/>
      </w:pPr>
      <w:r>
        <w:t>Can either castaway turn personal history into strategy?</w:t>
      </w:r>
      <w:r/>
    </w:p>
    <w:p>
      <w:r/>
      <w:r>
        <w:t>Way's comfort with social connection could help him build trust quickly, although being visibly engaging can also make a contestant seem dangerous. Flickinger's persistence suggests impressive patience, but patience only carries a player so far when alliances start demanding proof of loyalty.</w:t>
      </w:r>
      <w:r/>
    </w:p>
    <w:p>
      <w:r/>
      <w:r>
        <w:t>The practical lesson for viewers is simple: don't judge either castaway by the first camp conversation. Survivor rewards adaptation, and the person who appears quiet early on may be gathering information while louder personalities burn through goodwill. The island's heat and water challenges will add another layer, particularly for anyone whose social plans depend on physical security.</w:t>
      </w:r>
      <w:r/>
    </w:p>
    <w:p>
      <w:r/>
      <w:r>
        <w:t>For now, their journeys provide two reasons to tune in. Way brings the thrill of a superfan finally entering the arena, while Flickinger represents the stubborn magic of refusing to stop trying. As Out's reporting makes clear, both have already won something before the first vote: the chance to show up as themselves.</w:t>
      </w:r>
      <w:r/>
    </w:p>
    <w:p>
      <w:r/>
      <w:r>
        <w:t>It's a stronger season when the cast feels lived-in, and Survivor 51 has begun with two stories worth following.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https://www.out.com/newsletter/out-newsletter-9-24-26</w:t>
        </w:r>
      </w:hyperlink>
      <w:r>
        <w:t xml:space="preserve"> - Please view link - unable to able to access data</w:t>
      </w:r>
      <w:r/>
    </w:p>
    <w:p>
      <w:pPr>
        <w:pStyle w:val="ListNumber"/>
        <w:spacing w:line="240" w:lineRule="auto"/>
        <w:ind w:left="720"/>
      </w:pPr>
      <w:r/>
      <w:hyperlink r:id="rId10">
        <w:r>
          <w:rPr>
            <w:color w:val="0000EE"/>
            <w:u w:val="single"/>
          </w:rPr>
          <w:t>https://www.out.com/gay-tv-shows/devin-way-survivor-season-51</w:t>
        </w:r>
      </w:hyperlink>
      <w:r>
        <w:t xml:space="preserve"> - In this interview, Devin Way discusses his journey from discovering 'Survivor' at a gay bar to becoming a castaway on season 51. He reflects on the queer community, the freedom found in shedding societal masks, and the challenges he anticipates facing on the show, particularly the water-based ones.</w:t>
      </w:r>
      <w:r/>
    </w:p>
    <w:p>
      <w:pPr>
        <w:pStyle w:val="ListNumber"/>
        <w:spacing w:line="240" w:lineRule="auto"/>
        <w:ind w:left="720"/>
      </w:pPr>
      <w:r/>
      <w:hyperlink r:id="rId11">
        <w:r>
          <w:rPr>
            <w:color w:val="0000EE"/>
            <w:u w:val="single"/>
          </w:rPr>
          <w:t>https://www.out.com/gay-tv-shows/kristin-flickinger-survivor-season-51</w:t>
        </w:r>
      </w:hyperlink>
      <w:r>
        <w:t xml:space="preserve"> - Kristin Flickinger shares her 26-year journey to joining 'Survivor' season 51. She talks about her experiences growing up as a queer individual in Idaho, the significance of queer representation on the show, and her unwavering belief that she would eventually get her chance.</w:t>
      </w:r>
      <w:r/>
    </w:p>
    <w:p>
      <w:pPr>
        <w:pStyle w:val="ListNumber"/>
        <w:spacing w:line="240" w:lineRule="auto"/>
        <w:ind w:left="720"/>
      </w:pPr>
      <w:r/>
      <w:hyperlink r:id="rId12">
        <w:r>
          <w:rPr>
            <w:color w:val="0000EE"/>
            <w:u w:val="single"/>
          </w:rPr>
          <w:t>https://www.them.us/entertainment/tv-and-movies/devin-way-survivor-season-51</w:t>
        </w:r>
      </w:hyperlink>
      <w:r>
        <w:t xml:space="preserve"> - Devin Way elaborates on his discovery of 'Survivor' at a gay bar and how it led him to view the show as 'gay sports.' He discusses the sense of community and camaraderie he felt, likening it to the atmosphere of a sports bar, and his excitement about joining the cast of season 51.</w:t>
      </w:r>
      <w:r/>
    </w:p>
    <w:p>
      <w:pPr>
        <w:pStyle w:val="ListNumber"/>
        <w:spacing w:line="240" w:lineRule="auto"/>
        <w:ind w:left="720"/>
      </w:pPr>
      <w:r/>
      <w:hyperlink r:id="rId13">
        <w:r>
          <w:rPr>
            <w:color w:val="0000EE"/>
            <w:u w:val="single"/>
          </w:rPr>
          <w:t>https://www.them.us/entertainment/tv-and-movies/kristin-flickinger-survivor-season-51</w:t>
        </w:r>
      </w:hyperlink>
      <w:r>
        <w:t xml:space="preserve"> - Kristin Flickinger reflects on her 26-year journey to being cast on 'Survivor' season 51. She discusses her background in crisis management, her experiences as a queer woman in Idaho, and the importance of queer representation on the show, expressing her belief that her time had finally come.</w:t>
      </w:r>
      <w:r/>
    </w:p>
    <w:p>
      <w:pPr>
        <w:pStyle w:val="ListNumber"/>
        <w:spacing w:line="240" w:lineRule="auto"/>
        <w:ind w:left="720"/>
      </w:pPr>
      <w:r/>
      <w:hyperlink r:id="rId14">
        <w:r>
          <w:rPr>
            <w:color w:val="0000EE"/>
            <w:u w:val="single"/>
          </w:rPr>
          <w:t>https://parade.com/tv/survivor-51-cast-2026</w:t>
        </w:r>
      </w:hyperlink>
      <w:r>
        <w:t xml:space="preserve"> - An overview of the 'Survivor 51' cast, featuring profiles of contestants like Kristin Flickinger. The article provides insights into their backgrounds, motivations for joining the show, and personal attributes, offering a glimpse into the diverse personalities of the new season's participants.</w:t>
      </w:r>
      <w:r/>
    </w:p>
    <w:p>
      <w:pPr>
        <w:pStyle w:val="ListNumber"/>
        <w:spacing w:line="240" w:lineRule="auto"/>
        <w:ind w:left="720"/>
      </w:pPr>
      <w:r/>
      <w:hyperlink r:id="rId15">
        <w:r>
          <w:rPr>
            <w:color w:val="0000EE"/>
            <w:u w:val="single"/>
          </w:rPr>
          <w:t>https://parade.com/tv/survivor-51-cast-interviews-greatest-superpowers-strengths</w:t>
        </w:r>
      </w:hyperlink>
      <w:r>
        <w:t xml:space="preserve"> - In this article, 'Survivor 51' cast members, including Kristin Flickinger, reveal their greatest strengths or 'superpowers.' Flickinger highlights her flexibility and ability to read the room as key assets she brings to the game, emphasizing her adaptability in various situations.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newsletter/out-newsletter-9-24-26" TargetMode="External"/><Relationship Id="rId10" Type="http://schemas.openxmlformats.org/officeDocument/2006/relationships/hyperlink" Target="https://www.out.com/gay-tv-shows/devin-way-survivor-season-51" TargetMode="External"/><Relationship Id="rId11" Type="http://schemas.openxmlformats.org/officeDocument/2006/relationships/hyperlink" Target="https://www.out.com/gay-tv-shows/kristin-flickinger-survivor-season-51" TargetMode="External"/><Relationship Id="rId12" Type="http://schemas.openxmlformats.org/officeDocument/2006/relationships/hyperlink" Target="https://www.them.us/entertainment/tv-and-movies/devin-way-survivor-season-51" TargetMode="External"/><Relationship Id="rId13" Type="http://schemas.openxmlformats.org/officeDocument/2006/relationships/hyperlink" Target="https://www.them.us/entertainment/tv-and-movies/kristin-flickinger-survivor-season-51" TargetMode="External"/><Relationship Id="rId14" Type="http://schemas.openxmlformats.org/officeDocument/2006/relationships/hyperlink" Target="https://parade.com/tv/survivor-51-cast-2026" TargetMode="External"/><Relationship Id="rId15" Type="http://schemas.openxmlformats.org/officeDocument/2006/relationships/hyperlink" Target="https://parade.com/tv/survivor-51-cast-interviews-greatest-superpowers-strength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