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Guide to Grand Junction Colorado’s Queer Spirit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discovering Grand Junction, Colorado, where red-rock scenery, public art and welcoming LGBTQ+ spaces create a memorable alternative to the state’s better-known resort towns. From downtown galleries and historic theatres to drag nights, river adventures and nearby wine country, the Western Slope city offers plenty to see, taste and enjoy at an easy-going pace.</w:t>
      </w:r>
      <w:r/>
    </w:p>
    <w:p>
      <w:pPr>
        <w:pStyle w:val="Heading2"/>
      </w:pPr>
      <w:r>
        <w:t>Essential Takeaways</w:t>
      </w:r>
      <w:r/>
      <w:r/>
    </w:p>
    <w:p>
      <w:pPr>
        <w:pStyle w:val="ListBullet"/>
        <w:spacing w:line="240" w:lineRule="auto"/>
        <w:ind w:left="720"/>
      </w:pPr>
      <w:r/>
      <w:r>
        <w:rPr>
          <w:b/>
        </w:rPr>
        <w:t>A creative downtown:</w:t>
      </w:r>
      <w:r>
        <w:t xml:space="preserve"> Main Street combines outdoor sculpture, murals, galleries and live entertainment.</w:t>
      </w:r>
      <w:r/>
    </w:p>
    <w:p>
      <w:pPr>
        <w:pStyle w:val="ListBullet"/>
        <w:spacing w:line="240" w:lineRule="auto"/>
        <w:ind w:left="720"/>
      </w:pPr>
      <w:r/>
      <w:r>
        <w:rPr>
          <w:b/>
        </w:rPr>
        <w:t>Big landscapes, lighter crowds:</w:t>
      </w:r>
      <w:r>
        <w:t xml:space="preserve"> Colorado National Monument delivers dramatic canyon views close to the city.</w:t>
      </w:r>
      <w:r/>
    </w:p>
    <w:p>
      <w:pPr>
        <w:pStyle w:val="ListBullet"/>
        <w:spacing w:line="240" w:lineRule="auto"/>
        <w:ind w:left="720"/>
      </w:pPr>
      <w:r/>
      <w:r>
        <w:rPr>
          <w:b/>
        </w:rPr>
        <w:t>A visible queer community:</w:t>
      </w:r>
      <w:r>
        <w:t xml:space="preserve"> Good Judy’s offers drag, dancing and a relaxed, inclusive atmosphere.</w:t>
      </w:r>
      <w:r/>
    </w:p>
    <w:p>
      <w:pPr>
        <w:pStyle w:val="ListBullet"/>
        <w:spacing w:line="240" w:lineRule="auto"/>
        <w:ind w:left="720"/>
      </w:pPr>
      <w:r/>
      <w:r>
        <w:rPr>
          <w:b/>
        </w:rPr>
        <w:t>Pride beyond one weekend:</w:t>
      </w:r>
      <w:r>
        <w:t xml:space="preserve"> Colorado West Pride gives visitors a useful reason to plan an autumn trip.</w:t>
      </w:r>
      <w:r/>
    </w:p>
    <w:p>
      <w:pPr>
        <w:pStyle w:val="ListBullet"/>
        <w:spacing w:line="240" w:lineRule="auto"/>
        <w:ind w:left="720"/>
      </w:pPr>
      <w:r/>
      <w:r>
        <w:rPr>
          <w:b/>
        </w:rPr>
        <w:t>Wine country is nearby:</w:t>
      </w:r>
      <w:r>
        <w:t xml:space="preserve"> Palisade’s vineyards, orchards and tasting rooms are roughly a short drive away.</w:t>
      </w:r>
      <w:r/>
      <w:r/>
    </w:p>
    <w:p>
      <w:pPr>
        <w:pStyle w:val="Heading2"/>
      </w:pPr>
      <w:r>
        <w:t>Grand Junction offers a different side of Colorado</w:t>
      </w:r>
      <w:r/>
    </w:p>
    <w:p>
      <w:r/>
      <w:r>
        <w:t>Grand Junction’s appeal starts with contrast. One moment, you’re surrounded by warm red sandstone and dry high-desert air; the next, you’re browsing sculpture, catching a performance or settling in for a locally brewed pint. The result feels less polished than Aspen, but no less rewarding.</w:t>
      </w:r>
      <w:r/>
    </w:p>
    <w:p>
      <w:r/>
      <w:r>
        <w:t>That balance is part of the city’s charm for LGBTQ+ visitors. It’s an alternative to the familiar mountain-resort circuit, with a creative downtown and an inclusive community that feels woven into everyday life rather than confined to a single annual event. The city’s arts infrastructure helps give that welcome a visible shape, particularly around Main Street and its public artworks. The Art Center of Western Colorado adds exhibitions and regional perspective, while the Avalon Theatre brings an atmospheric historic venue into the mix, according to the organisations’ official websites. (The Art Center of Western Colorado; Avalon Theatre)</w:t>
      </w:r>
      <w:r/>
    </w:p>
    <w:p>
      <w:pPr>
        <w:pStyle w:val="Heading2"/>
      </w:pPr>
      <w:r>
        <w:t>Start downtown, where the streets become a gallery</w:t>
      </w:r>
      <w:r/>
    </w:p>
    <w:p>
      <w:r/>
      <w:r>
        <w:t>A walk through central Grand Junction is the easiest way to understand its personality. Public art appears around corners and along shopfronts, turning an ordinary errand into a small cultural treasure hunt. Some works are playful, others bold and abstract, but the changing collection keeps the route feeling fresh.</w:t>
      </w:r>
      <w:r/>
    </w:p>
    <w:p>
      <w:r/>
      <w:r>
        <w:t>The Avalon Theatre is a particularly appealing stop when the heat rises or the evening calls for something indoors. Its programme spans film, music and other performances, giving visitors a chance to swap canyon dust for velvet seats and a proper night out. Nearby, the Art Center provides a calmer counterpoint, with exhibitions and creative activities that deepen the sense of place. (Avalon Theatre; The Art Center of Western Colorado)</w:t>
      </w:r>
      <w:r/>
    </w:p>
    <w:p>
      <w:r/>
      <w:r>
        <w:t>For a relaxed itinerary, combine the two with coffee and a slow wander along Main Street. It’s the sort of afternoon where you don’t need to chase every attraction. Grand Junction rewards curiosity, so leave room for an unexpected mural, independent shop or impromptu gallery visit.</w:t>
      </w:r>
      <w:r/>
    </w:p>
    <w:p>
      <w:pPr>
        <w:pStyle w:val="Heading2"/>
      </w:pPr>
      <w:r>
        <w:t>Red-rock drama is only minutes away</w:t>
      </w:r>
      <w:r/>
    </w:p>
    <w:p>
      <w:r/>
      <w:r>
        <w:t>The outdoors here are not a decorative backdrop. Colorado National Monument places towering sandstone formations, narrow canyons and expansive viewpoints within easy reach of the city, making it possible to enjoy a genuinely cinematic landscape without committing to a remote expedition. The National Park Service highlights the monument’s rugged terrain, scenic road and network of trails. (National Park Service)</w:t>
      </w:r>
      <w:r/>
    </w:p>
    <w:p>
      <w:r/>
      <w:r>
        <w:t>A drive along Rim Rock Drive is a strong introduction, particularly for first-time visitors or anyone short on time. For a closer look, choose a walk suited to your fitness and the weather, carry more water than you think you’ll need and start early in warmer months. The dry climate can make a moderate outing feel surprisingly demanding.</w:t>
      </w:r>
      <w:r/>
    </w:p>
    <w:p>
      <w:r/>
      <w:r>
        <w:t>The wider region adds even more variety. Grand Mesa brings cooler air, lakes and a different mountain setting, while the Colorado River offers gentler ways to get outside, including floating and paddle-based trips. That range is useful for mixed groups: one person can chase a challenging trail while another opts for scenery, water and a quiet picnic.</w:t>
      </w:r>
      <w:r/>
    </w:p>
    <w:p>
      <w:pPr>
        <w:pStyle w:val="Heading2"/>
      </w:pPr>
      <w:r>
        <w:t>Where queer Grand Junction comes alive</w:t>
      </w:r>
      <w:r/>
    </w:p>
    <w:p>
      <w:r/>
      <w:r>
        <w:t>Good Judy’s is the clearest expression of the city’s LGBTQ+ nightlife. The venue combines drag performances, themed events and dancing with the feel of a community gathering place. In practical terms, that makes it a good first stop for visitors who want to meet people rather than simply pass through. The club’s own website is the best place to check current events and opening details. (Good Judy’s)</w:t>
      </w:r>
      <w:r/>
    </w:p>
    <w:p>
      <w:r/>
      <w:r>
        <w:t>Colorado West Pride adds a larger annual focus, bringing together the region’s LGBTQ+ community and allies for celebration and visibility. Dates and programming can change, so it’s worth checking the festival’s official information before booking travel. Even outside Pride season, the city’s social life extends into bars, breweries and restaurants where visitors can settle in after a day outdoors. (Colorado West Pride)</w:t>
      </w:r>
      <w:r/>
    </w:p>
    <w:p>
      <w:r/>
      <w:r>
        <w:t>That combination is reassuring for travellers who prefer a destination with both organised events and everyday warmth. You can plan around a headline festival, but you don’t have to. Sometimes the most memorable evening is simply a friendly drink after sunset, when the red cliffs turn pink and everyone looks a little more relaxed.</w:t>
      </w:r>
      <w:r/>
    </w:p>
    <w:p>
      <w:pPr>
        <w:pStyle w:val="Heading2"/>
      </w:pPr>
      <w:r>
        <w:t>Wine, food and a stay with character</w:t>
      </w:r>
      <w:r/>
    </w:p>
    <w:p>
      <w:r/>
      <w:r>
        <w:t>Palisade, a short drive from Grand Junction, brings vineyards, orchards and tasting rooms into the itinerary. Cycling between stops can be a lovely way to experience the area, although visitors should plan transport carefully if tasting is involved. The fruit-growing landscape also offers a softer contrast to the monument’s hard-edged rock.</w:t>
      </w:r>
      <w:r/>
    </w:p>
    <w:p>
      <w:r/>
      <w:r>
        <w:t>Back in town, look for menus built around regional ingredients and seasonal produce. A good dinner is more than fuel here; it’s the bridge between the day’s outdoor adventure and the evening’s cultural or queer nightlife. Coffee shops and breweries also make useful pauses, especially when you’re building a full day around walking and sightseeing.</w:t>
      </w:r>
      <w:r/>
    </w:p>
    <w:p>
      <w:r/>
      <w:r>
        <w:t>Accommodation can shape the experience. A historic boutique property suits travellers who want to stay close to downtown’s galleries and nightlife, while Hotel Maverick offers a more contemporary base and elevated views. Wherever you stay, central access matters if you’d like to explore without constantly getting back in the car.</w:t>
      </w:r>
      <w:r/>
    </w:p>
    <w:p>
      <w:pPr>
        <w:pStyle w:val="Heading2"/>
      </w:pPr>
      <w:r>
        <w:t>How to plan a more rewarding visit</w:t>
      </w:r>
      <w:r/>
    </w:p>
    <w:p>
      <w:r/>
      <w:r>
        <w:t>Grand Junction works best when you resist cramming everything into one day. Allow at least one morning for Colorado National Monument, an afternoon for downtown art and a separate block for queer nightlife or a performance. Add Palisade if wine, fruit and cycling appeal, and reserve extra time for the road between stops.</w:t>
      </w:r>
      <w:r/>
    </w:p>
    <w:p>
      <w:r/>
      <w:r>
        <w:t>Pack layers, sun protection, sturdy footwear and plenty of water. The high-desert climate can feel intense in direct sunlight, while evenings may be noticeably cooler. Check trail conditions, opening hours and event listings before setting out, particularly around Pride weekends and seasonal outdoor activities.</w:t>
      </w:r>
      <w:r/>
    </w:p>
    <w:p>
      <w:r/>
      <w:r>
        <w:t>The bigger lesson is that Grand Junction doesn’t need to imitate Colorado’s famous resorts. Its appeal lies in the mix: red rock and public art, community bars and historic venues, river days and drag nights. For LGBTQ+ travellers looking for an inclusive Colorado destination with personality, that’s a pretty compelling combination.</w:t>
      </w:r>
      <w:r/>
    </w:p>
    <w:p>
      <w:r/>
      <w:r>
        <w:t>It's a small Western city with a big sense of welcome, and the views are rather good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Paragraph 7: </w:t>
      </w:r>
      <w:hyperlink r:id="rId10">
        <w:r>
          <w:rPr>
            <w:color w:val="0000EE"/>
            <w:u w:val="single"/>
          </w:rPr>
          <w:t>[2]</w:t>
        </w:r>
      </w:hyperlink>
      <w:r>
        <w:t xml:space="preserve">- Paragraph 8: </w:t>
      </w:r>
      <w:hyperlink r:id="rId11">
        <w:r>
          <w:rPr>
            <w:color w:val="0000EE"/>
            <w:u w:val="single"/>
          </w:rPr>
          <w:t>[4]</w:t>
        </w:r>
      </w:hyperlink>
      <w:r>
        <w:t xml:space="preserve">- Paragraph 9: </w:t>
      </w:r>
      <w:hyperlink r:id="rId10">
        <w:r>
          <w:rPr>
            <w:color w:val="0000EE"/>
            <w:u w:val="single"/>
          </w:rPr>
          <w:t>[2]</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4">
        <w:r>
          <w:rPr>
            <w:color w:val="0000EE"/>
            <w:u w:val="single"/>
          </w:rPr>
          <w:t>[7]</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[5]</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4">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[4]</w:t>
        </w:r>
      </w:hyperlink>
      <w:r>
        <w:t xml:space="preserve">- Paragraph 17: </w:t>
      </w:r>
      <w:hyperlink r:id="rId12">
        <w:r>
          <w:rPr>
            <w:color w:val="0000EE"/>
            <w:u w:val="single"/>
          </w:rPr>
          <w:t>[5]</w:t>
        </w:r>
      </w:hyperlink>
      <w:r>
        <w:t xml:space="preserve">, </w:t>
      </w:r>
      <w:hyperlink r:id="rId13">
        <w:r>
          <w:rPr>
            <w:color w:val="0000EE"/>
            <w:u w:val="single"/>
          </w:rPr>
          <w:t>[6]</w:t>
        </w:r>
      </w:hyperlink>
      <w:r>
        <w:t xml:space="preserve">- Paragraph 18: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https://www.gaycities.com/articles/107428/the-old-west-reimagined-discovering-the-queer-spirit-of-grand-junction-colorado/</w:t>
        </w:r>
      </w:hyperlink>
      <w:r>
        <w:t xml:space="preserve"> - Please view link - unable to able to access data</w:t>
      </w:r>
      <w:r/>
    </w:p>
    <w:p>
      <w:pPr>
        <w:pStyle w:val="ListNumber"/>
        <w:spacing w:line="240" w:lineRule="auto"/>
        <w:ind w:left="720"/>
      </w:pPr>
      <w:r/>
      <w:hyperlink r:id="rId10">
        <w:r>
          <w:rPr>
            <w:color w:val="0000EE"/>
            <w:u w:val="single"/>
          </w:rPr>
          <w:t>https://www.good-judys.com/</w:t>
        </w:r>
      </w:hyperlink>
      <w:r>
        <w:t xml:space="preserve"> - Good Judy's is an inclusive LGBTQ+ bar and club located at 103 N 1st Street in Grand Junction, Colorado. Open Thursday through Saturday from 7 PM to 2 AM, it offers a vibrant space for the community, featuring drag shows, themed dance parties, and a welcoming atmosphere for all.</w:t>
      </w:r>
      <w:r/>
    </w:p>
    <w:p>
      <w:pPr>
        <w:pStyle w:val="ListNumber"/>
        <w:spacing w:line="240" w:lineRule="auto"/>
        <w:ind w:left="720"/>
      </w:pPr>
      <w:r/>
      <w:hyperlink r:id="rId15">
        <w:r>
          <w:rPr>
            <w:color w:val="0000EE"/>
            <w:u w:val="single"/>
          </w:rPr>
          <w:t>https://www.lovingbeyondunderstanding.org/the-center</w:t>
        </w:r>
      </w:hyperlink>
      <w:r>
        <w:t xml:space="preserve"> - The Center, operated by Loving Beyond Understanding, serves as a drop-in community resource hub and meeting space for LGBTQ+ individuals of all ages and genders in the Western Slope. It offers daily drop-in hours, resource navigation, and a safe environment for social connection.</w:t>
      </w:r>
      <w:r/>
    </w:p>
    <w:p>
      <w:pPr>
        <w:pStyle w:val="ListNumber"/>
        <w:spacing w:line="240" w:lineRule="auto"/>
        <w:ind w:left="720"/>
      </w:pPr>
      <w:r/>
      <w:hyperlink r:id="rId11">
        <w:r>
          <w:rPr>
            <w:color w:val="0000EE"/>
            <w:u w:val="single"/>
          </w:rPr>
          <w:t>https://www.coloradowestpride.org/blank</w:t>
        </w:r>
      </w:hyperlink>
      <w:r>
        <w:t xml:space="preserve"> - Colorado West Pride is a nonprofit organisation based in Grand Junction, Colorado, dedicated to celebrating and empowering the LGBTQIA+ community through year-round programming and events, including the annual Pride festival, fostering a positive and inclusive environment.</w:t>
      </w:r>
      <w:r/>
    </w:p>
    <w:p>
      <w:pPr>
        <w:pStyle w:val="ListNumber"/>
        <w:spacing w:line="240" w:lineRule="auto"/>
        <w:ind w:left="720"/>
      </w:pPr>
      <w:r/>
      <w:hyperlink r:id="rId12">
        <w:r>
          <w:rPr>
            <w:color w:val="0000EE"/>
            <w:u w:val="single"/>
          </w:rPr>
          <w:t>https://www.avalontheatregj.com/</w:t>
        </w:r>
      </w:hyperlink>
      <w:r>
        <w:t xml:space="preserve"> - The Avalon Theatre, built in 1923, is a historic venue in Grand Junction that has been meticulously restored to host a diverse array of performances, including indie films, live music, and the Grand Junction Film Festival, contributing to the city's cultural scene.</w:t>
      </w:r>
      <w:r/>
    </w:p>
    <w:p>
      <w:pPr>
        <w:pStyle w:val="ListNumber"/>
        <w:spacing w:line="240" w:lineRule="auto"/>
        <w:ind w:left="720"/>
      </w:pPr>
      <w:r/>
      <w:hyperlink r:id="rId13">
        <w:r>
          <w:rPr>
            <w:color w:val="0000EE"/>
            <w:u w:val="single"/>
          </w:rPr>
          <w:t>https://www.gjartcenter.org/</w:t>
        </w:r>
      </w:hyperlink>
      <w:r>
        <w:t xml:space="preserve"> - The Art Center of Western Colorado serves as the regional anchor for visual arts, showcasing works by local and national artists. It offers a peaceful space to reflect on the region’s unique aesthetic, blending pioneer grit with modern vibrancy.</w:t>
      </w:r>
      <w:r/>
    </w:p>
    <w:p>
      <w:pPr>
        <w:pStyle w:val="ListNumber"/>
        <w:spacing w:line="240" w:lineRule="auto"/>
        <w:ind w:left="720"/>
      </w:pPr>
      <w:r/>
      <w:hyperlink r:id="rId14">
        <w:r>
          <w:rPr>
            <w:color w:val="0000EE"/>
            <w:u w:val="single"/>
          </w:rPr>
          <w:t>https://www.nps.gov/places/colorado-national-monument.html</w:t>
        </w:r>
      </w:hyperlink>
      <w:r>
        <w:t xml:space="preserve"> - Colorado National Monument, often called 'the heart of the world,' is known for its enormous rock formations and deep canyons. Driving the 23-mile Rim Rock Drive provides panoramic views, and the No Thoroughfare Canyon trail offers a moderate hike through ancient rock formations.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cities.com/articles/107428/the-old-west-reimagined-discovering-the-queer-spirit-of-grand-junction-colorado/" TargetMode="External"/><Relationship Id="rId10" Type="http://schemas.openxmlformats.org/officeDocument/2006/relationships/hyperlink" Target="https://www.good-judys.com/" TargetMode="External"/><Relationship Id="rId11" Type="http://schemas.openxmlformats.org/officeDocument/2006/relationships/hyperlink" Target="https://www.coloradowestpride.org/blank" TargetMode="External"/><Relationship Id="rId12" Type="http://schemas.openxmlformats.org/officeDocument/2006/relationships/hyperlink" Target="https://www.avalontheatregj.com/" TargetMode="External"/><Relationship Id="rId13" Type="http://schemas.openxmlformats.org/officeDocument/2006/relationships/hyperlink" Target="https://www.gjartcenter.org/" TargetMode="External"/><Relationship Id="rId14" Type="http://schemas.openxmlformats.org/officeDocument/2006/relationships/hyperlink" Target="https://www.nps.gov/places/colorado-national-monument.html" TargetMode="External"/><Relationship Id="rId15" Type="http://schemas.openxmlformats.org/officeDocument/2006/relationships/hyperlink" Target="https://www.lovingbeyondunderstanding.org/the-cen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