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Films Making Noise This Awards Season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already tracking the best LGBTQ+ films for awards season, from festival favourites to starry new dramas and sharper, lighter comedies. With Venice, Telluride and Toronto now in the rear-view mirror, queer cinema is entering the conversation with confidence, visibility and plenty of reasons to book a cinema ticket.</w:t>
      </w:r>
      <w:r/>
    </w:p>
    <w:p>
      <w:pPr>
        <w:pStyle w:val="Heading2"/>
      </w:pPr>
      <w:r>
        <w:t>Essential Takeaways</w:t>
      </w:r>
      <w:r/>
      <w:r/>
    </w:p>
    <w:p>
      <w:pPr>
        <w:pStyle w:val="ListBullet"/>
        <w:spacing w:line="240" w:lineRule="auto"/>
        <w:ind w:left="720"/>
      </w:pPr>
      <w:r/>
      <w:r>
        <w:rPr>
          <w:b/>
        </w:rPr>
        <w:t>Festival momentum matters:</w:t>
      </w:r>
      <w:r>
        <w:t xml:space="preserve"> Cannes, Toronto and other major festivals are helping shape early awards chatter.</w:t>
      </w:r>
      <w:r/>
    </w:p>
    <w:p>
      <w:pPr>
        <w:pStyle w:val="ListBullet"/>
        <w:spacing w:line="240" w:lineRule="auto"/>
        <w:ind w:left="720"/>
      </w:pPr>
      <w:r/>
      <w:r>
        <w:rPr>
          <w:b/>
        </w:rPr>
        <w:t>The range is broad:</w:t>
      </w:r>
      <w:r>
        <w:t xml:space="preserve"> This season's LGBTQ+ films stretch from historical dramas and literary adaptations to comedies and documentaries.</w:t>
      </w:r>
      <w:r/>
    </w:p>
    <w:p>
      <w:pPr>
        <w:pStyle w:val="ListBullet"/>
        <w:spacing w:line="240" w:lineRule="auto"/>
        <w:ind w:left="720"/>
      </w:pPr>
      <w:r/>
      <w:r>
        <w:rPr>
          <w:b/>
        </w:rPr>
        <w:t>Out talent is visible:</w:t>
      </w:r>
      <w:r>
        <w:t xml:space="preserve"> Queer performers, writers and directors are featuring prominently across the emerging slate.</w:t>
      </w:r>
      <w:r/>
    </w:p>
    <w:p>
      <w:pPr>
        <w:pStyle w:val="ListBullet"/>
        <w:spacing w:line="240" w:lineRule="auto"/>
        <w:ind w:left="720"/>
      </w:pPr>
      <w:r/>
      <w:r>
        <w:rPr>
          <w:b/>
        </w:rPr>
        <w:t>Recognition is growing:</w:t>
      </w:r>
      <w:r>
        <w:t xml:space="preserve"> Critics' groups and LGBTQ+ arts organisations are giving these films an increasingly important platform.</w:t>
      </w:r>
      <w:r/>
    </w:p>
    <w:p>
      <w:pPr>
        <w:pStyle w:val="ListBullet"/>
        <w:spacing w:line="240" w:lineRule="auto"/>
        <w:ind w:left="720"/>
      </w:pPr>
      <w:r/>
      <w:r>
        <w:rPr>
          <w:b/>
        </w:rPr>
        <w:t>Release dates may vary:</w:t>
      </w:r>
      <w:r>
        <w:t xml:space="preserve"> Festival premieres often arrive months before wider cinema or streaming availability.</w:t>
      </w:r>
      <w:r/>
      <w:r/>
    </w:p>
    <w:p>
      <w:pPr>
        <w:pStyle w:val="Heading2"/>
      </w:pPr>
      <w:r>
        <w:t>Queer cinema enters awards season with real momentum</w:t>
      </w:r>
      <w:r/>
    </w:p>
    <w:p>
      <w:r/>
      <w:r>
        <w:t>The most striking thing about this year's LGBTQ+ film conversation is its variety. There are sweeping dramas, intimate character studies and films with a lighter touch, proving once again that queer cinema isn't a single mood, style or storyline.</w:t>
      </w:r>
      <w:r/>
    </w:p>
    <w:p>
      <w:r/>
      <w:r>
        <w:t>That breadth matters during awards season, when films can easily get reduced to a handful of familiar labels. Instead, this year's contenders are arriving with different ambitions and distinct visual identities, from polished prestige productions to more unusual independent work.</w:t>
      </w:r>
      <w:r/>
    </w:p>
    <w:p>
      <w:r/>
      <w:r>
        <w:t>According to Queerty, the early festival circuit has already helped identify several LGBTQ+ titles likely to feature in awards discussions. The atmosphere feels less like a niche showcase and more like a confident part of the wider film landscape.</w:t>
      </w:r>
      <w:r/>
    </w:p>
    <w:p>
      <w:pPr>
        <w:pStyle w:val="Heading2"/>
      </w:pPr>
      <w:r>
        <w:t>Festival premieres are setting the tone</w:t>
      </w:r>
      <w:r/>
    </w:p>
    <w:p>
      <w:r/>
      <w:r>
        <w:t>Film festivals remain the industry's best early testing ground. A strong reception in Venice, Telluride, Toronto or Cannes can turn a relatively unknown title into a must-watch almost overnight, particularly when critics praise both the filmmaking and the performances.</w:t>
      </w:r>
      <w:r/>
    </w:p>
    <w:p>
      <w:r/>
      <w:r>
        <w:t>La Bola Negra is one example of that momentum. Hoodline reported that the film arrived at NewFest after recognition at Cannes and Toronto, giving it a useful combination of festival credibility and queer-cinema visibility.</w:t>
      </w:r>
      <w:r/>
    </w:p>
    <w:p>
      <w:r/>
      <w:r>
        <w:t>For audiences, festival buzz offers a helpful first clue, but it isn't the whole story. Some films thrive in a packed premiere, while others build slowly through word of mouth once they reach cinemas and streaming services. The smartest approach is to watch for repeated praise rather than one noisy reaction.</w:t>
      </w:r>
      <w:r/>
    </w:p>
    <w:p>
      <w:pPr>
        <w:pStyle w:val="Heading2"/>
      </w:pPr>
      <w:r>
        <w:t>The season's strongest stories aren't all solemn</w:t>
      </w:r>
      <w:r/>
    </w:p>
    <w:p>
      <w:r/>
      <w:r>
        <w:t>Awards campaigns often favour weighty subjects, but this year's LGBTQ+ line-up also appears to leave room for humour and warmth. That balance is welcome. A film can be politically meaningful without asking viewers to sit through two hours of unbroken misery.</w:t>
      </w:r>
      <w:r/>
    </w:p>
    <w:p>
      <w:r/>
      <w:r>
        <w:t>The titles highlighted by Queerty include stories that move between epic drama and comedy, suggesting a broader understanding of what queer audiences want to see. There is room for romance, family chaos, identity, history and plain old entertainment, sometimes within the same film.</w:t>
      </w:r>
      <w:r/>
    </w:p>
    <w:p>
      <w:r/>
      <w:r>
        <w:t>That variety also improves the awards conversation. When queer films appear across several genres, they become harder to treat as a temporary trend. They start to look like what they are: part of the normal, messy and exciting range of contemporary cinema.</w:t>
      </w:r>
      <w:r/>
    </w:p>
    <w:p>
      <w:pPr>
        <w:pStyle w:val="Heading2"/>
      </w:pPr>
      <w:r>
        <w:t>Recognition is spreading beyond the Oscars</w:t>
      </w:r>
      <w:r/>
    </w:p>
    <w:p>
      <w:r/>
      <w:r>
        <w:t>The Oscars may dominate public attention, but they aren't the only awards worth watching. Critics' groups, festival juries and LGBTQ+ cultural organisations often identify important work earlier, while also recognising films and artists who may not fit neatly into mainstream campaigning.</w:t>
      </w:r>
      <w:r/>
    </w:p>
    <w:p>
      <w:r/>
      <w:r>
        <w:t>The Critics Choice Association's celebration of LGBTQ+ cinema and television is part of that wider ecosystem. Its event reflects how queer stories are being acknowledged through dedicated platforms as well as general industry awards.</w:t>
      </w:r>
      <w:r/>
    </w:p>
    <w:p>
      <w:r/>
      <w:r>
        <w:t>Meanwhile, the Lambda Literary Awards show the continuing strength of LGBTQ+ cultural recognition beyond film alone. That broader context matters because many screen stories are connected to literary traditions, memoir and community history. Recognition rarely happens in isolation.</w:t>
      </w:r>
      <w:r/>
    </w:p>
    <w:p>
      <w:pPr>
        <w:pStyle w:val="Heading2"/>
      </w:pPr>
      <w:r>
        <w:t>How to follow the films without getting lost</w:t>
      </w:r>
      <w:r/>
    </w:p>
    <w:p>
      <w:r/>
      <w:r>
        <w:t>Start with the festival trail, then check the film's distributor for release information. A title may premiere at a festival, open in a handful of cities and only later arrive on a larger streaming platform, so patience is occasionally part of the viewing experience.</w:t>
      </w:r>
      <w:r/>
    </w:p>
    <w:p>
      <w:r/>
      <w:r>
        <w:t>It also helps to distinguish between a genuine awards contender and a film that is simply receiving early attention. Look for a combination of strong reviews, distributor backing, acting mentions and appearances on critics' lists. One glowing headline is encouraging, but a pattern is more useful.</w:t>
      </w:r>
      <w:r/>
    </w:p>
    <w:p>
      <w:r/>
      <w:r>
        <w:t>The IMDb awards pages can help track nominations and wins as the season develops, although they work best alongside established critics' coverage and official announcements. In other words, use the internet as a guide, not an oracle.</w:t>
      </w:r>
      <w:r/>
    </w:p>
    <w:p>
      <w:pPr>
        <w:pStyle w:val="Heading2"/>
      </w:pPr>
      <w:r>
        <w:t>Why this season feels especially significant</w:t>
      </w:r>
      <w:r/>
    </w:p>
    <w:p>
      <w:r/>
      <w:r>
        <w:t>The appeal of this year's slate isn't just the number of LGBTQ+ films in circulation. It's the sense that queer stories are arriving in different shapes, from ambitious historical pieces to accessible crowd-pleasers, without having to justify their existence first.</w:t>
      </w:r>
      <w:r/>
    </w:p>
    <w:p>
      <w:r/>
      <w:r>
        <w:t>That shift can be felt in the way the films are being discussed. They aren't merely being presented as important because they are queer. They're being assessed as films, with attention paid to direction, writing, craft, performances and audience appeal.</w:t>
      </w:r>
      <w:r/>
    </w:p>
    <w:p>
      <w:r/>
      <w:r>
        <w:t>There will still be surprises before the final nominations, of course. But for viewers who want to support ambitious LGBTQ+ cinema, this is a particularly good year to keep a diary, follow the festival winners and make room for a few unexpected favourites.</w:t>
      </w:r>
      <w:r/>
    </w:p>
    <w:p>
      <w:r/>
      <w:r>
        <w:t>The awards race is only beginning, but queer cinema already has a strong seat at the 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2">
        <w:r>
          <w:rPr>
            <w:color w:val="0000EE"/>
            <w:u w:val="single"/>
          </w:rPr>
          <w:t>[7]</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10">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https://www.queerty.com/from-gay-epics-to-baby-daddy-comedies-these-are-the-lgbtq-movies-making-noise-this-awards-season-20260923/</w:t>
        </w:r>
      </w:hyperlink>
      <w:r>
        <w:t xml:space="preserve"> - Please view link - unable to able to access data</w:t>
      </w:r>
      <w:r/>
    </w:p>
    <w:p>
      <w:pPr>
        <w:pStyle w:val="ListNumber"/>
        <w:spacing w:line="240" w:lineRule="auto"/>
        <w:ind w:left="720"/>
      </w:pPr>
      <w:r/>
      <w:hyperlink r:id="rId9">
        <w:r>
          <w:rPr>
            <w:color w:val="0000EE"/>
            <w:u w:val="single"/>
          </w:rPr>
          <w:t>https://www.queerty.com/from-gay-epics-to-baby-daddy-comedies-these-are-the-lgbtq-movies-making-noise-this-awards-season-20260923/</w:t>
        </w:r>
      </w:hyperlink>
      <w:r>
        <w:t xml:space="preserve"> - This article from Queerty highlights several LGBTQ+ films gaining attention during the 2026 awards season. It discusses 'La Bola Negra,' a Spanish drama that won the People's Choice Award at the Toronto International Film Festival and is set to open NewFest 2026. The piece also mentions 'Elsinore,' a biopic about actor Ian Charleson, portrayed by Andrew Scott, and 'Clarissa,' 'Club Kid,' and 'Tangles,' all of which are generating buzz in the LGBTQ+ film community.</w:t>
      </w:r>
      <w:r/>
    </w:p>
    <w:p>
      <w:pPr>
        <w:pStyle w:val="ListNumber"/>
        <w:spacing w:line="240" w:lineRule="auto"/>
        <w:ind w:left="720"/>
      </w:pPr>
      <w:r/>
      <w:hyperlink r:id="rId10">
        <w:r>
          <w:rPr>
            <w:color w:val="0000EE"/>
            <w:u w:val="single"/>
          </w:rPr>
          <w:t>https://hoodline.com/2026/09/newfest-2026-opens-with-cannes-and-tiff-winner-la-bola-negra/</w:t>
        </w:r>
      </w:hyperlink>
      <w:r>
        <w:t xml:space="preserve"> - Hoodline reports that NewFest 2026, New York's premier LGBTQ+ film festival, will open with 'La Bola Negra,' a Spanish drama that recently won the People's Choice Award at the Toronto International Film Festival. The festival, running from October 15 to 25, will showcase 144 films from 23 countries, with a significant portion created by women, non-binary, trans, and two-spirit filmmakers.</w:t>
      </w:r>
      <w:r/>
    </w:p>
    <w:p>
      <w:pPr>
        <w:pStyle w:val="ListNumber"/>
        <w:spacing w:line="240" w:lineRule="auto"/>
        <w:ind w:left="720"/>
      </w:pPr>
      <w:r/>
      <w:hyperlink r:id="rId11">
        <w:r>
          <w:rPr>
            <w:color w:val="0000EE"/>
            <w:u w:val="single"/>
          </w:rPr>
          <w:t>https://www.imdb.com/title/tt35298123/awards/</w:t>
        </w:r>
      </w:hyperlink>
      <w:r>
        <w:t xml:space="preserve"> - IMDb provides information on the awards received by 'Teenage Sex and Death at Camp Miasma,' including the Queer Palm at the 2026 Cannes Film Festival. The film also received nominations at the Munich Film Festival and the San Sebastián International Film Festival, highlighting its international acclaim.</w:t>
      </w:r>
      <w:r/>
    </w:p>
    <w:p>
      <w:pPr>
        <w:pStyle w:val="ListNumber"/>
        <w:spacing w:line="240" w:lineRule="auto"/>
        <w:ind w:left="720"/>
      </w:pPr>
      <w:r/>
      <w:hyperlink r:id="rId14">
        <w:r>
          <w:rPr>
            <w:color w:val="0000EE"/>
            <w:u w:val="single"/>
          </w:rPr>
          <w:t>https://www.imdb.com/title/tt39150008/awards/</w:t>
        </w:r>
      </w:hyperlink>
      <w:r>
        <w:t xml:space="preserve"> - IMDb details the awards garnered by 'Barbara Forever,' including the Teddy Award for Best Documentary/Essay Film at the 2026 Berlin International Film Festival. The film also won the Jonathan Oppenheim Editing Award at the 2026 Sundance Film Festival, underscoring its critical success.</w:t>
      </w:r>
      <w:r/>
    </w:p>
    <w:p>
      <w:pPr>
        <w:pStyle w:val="ListNumber"/>
        <w:spacing w:line="240" w:lineRule="auto"/>
        <w:ind w:left="720"/>
      </w:pPr>
      <w:r/>
      <w:hyperlink r:id="rId13">
        <w:r>
          <w:rPr>
            <w:color w:val="0000EE"/>
            <w:u w:val="single"/>
          </w:rPr>
          <w:t>https://en.wikipedia.org/wiki/38th_Lambda_Literary_Awards</w:t>
        </w:r>
      </w:hyperlink>
      <w:r>
        <w:t xml:space="preserve"> - The 38th Lambda Literary Awards, as detailed on Wikipedia, honour works of LGBTQ+ literature published in 2025. Finalists were announced on March 18, 2026, with winners set to be announced on June 12, 2026, celebrating the year's most impactful LGBTQ+ literary works.</w:t>
      </w:r>
      <w:r/>
    </w:p>
    <w:p>
      <w:pPr>
        <w:pStyle w:val="ListNumber"/>
        <w:spacing w:line="240" w:lineRule="auto"/>
        <w:ind w:left="720"/>
      </w:pPr>
      <w:r/>
      <w:hyperlink r:id="rId12">
        <w:r>
          <w:rPr>
            <w:color w:val="0000EE"/>
            <w:u w:val="single"/>
          </w:rPr>
          <w:t>https://www.criticschoice.com/the-critics-choice-association-announces-honorees-for-the-3rd-annual-celebration-of-lgbtq-cinema-television-2/</w:t>
        </w:r>
      </w:hyperlink>
      <w:r>
        <w:t xml:space="preserve"> - The Critics Choice Association announced the honorees for its 3rd Annual Celebration of LGBTQ+ Cinema &amp; Television, recognising achievements across the LGBTQ+ entertainment community. The event, scheduled for May 29, 2026, will honour both emerging and established LGBTQ+ film and TV talent, highlighting their contributions to the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from-gay-epics-to-baby-daddy-comedies-these-are-the-lgbtq-movies-making-noise-this-awards-season-20260923/" TargetMode="External"/><Relationship Id="rId10" Type="http://schemas.openxmlformats.org/officeDocument/2006/relationships/hyperlink" Target="https://hoodline.com/2026/09/newfest-2026-opens-with-cannes-and-tiff-winner-la-bola-negra/" TargetMode="External"/><Relationship Id="rId11" Type="http://schemas.openxmlformats.org/officeDocument/2006/relationships/hyperlink" Target="https://www.imdb.com/title/tt35298123/awards/" TargetMode="External"/><Relationship Id="rId12" Type="http://schemas.openxmlformats.org/officeDocument/2006/relationships/hyperlink" Target="https://www.criticschoice.com/the-critics-choice-association-announces-honorees-for-the-3rd-annual-celebration-of-lgbtq-cinema-television-2/" TargetMode="External"/><Relationship Id="rId13" Type="http://schemas.openxmlformats.org/officeDocument/2006/relationships/hyperlink" Target="https://en.wikipedia.org/wiki/38th_Lambda_Literary_Awards" TargetMode="External"/><Relationship Id="rId14" Type="http://schemas.openxmlformats.org/officeDocument/2006/relationships/hyperlink" Target="https://www.imdb.com/title/tt39150008/aw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