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Humboldt wellbeing events for queer healing and gentle movement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Humboldt County seeking supportive community, fresh perspective or a calmer way to move have several thoughtful options this autumn. From a virtual queer healing group exploring religious trauma to accessible Self-Breema classes in Arcata, these events offer practical routes towards connection, reflection and renewed confidence.</w:t>
      </w:r>
      <w:r/>
    </w:p>
    <w:p>
      <w:pPr>
        <w:pStyle w:val="Heading2"/>
      </w:pPr>
      <w:r>
        <w:t>A supportive space for queer people rebuilding trust</w:t>
      </w:r>
      <w:r/>
    </w:p>
    <w:p>
      <w:r/>
      <w:r>
        <w:t>Religious trauma can leave people questioning more than belief. It can affect family ties, identity, community and the simple experience of feeling safe around others. Queer Humboldt's virtual 10-week group, "Queer &amp; Free", is designed for queer people working through those effects, with space for anyone rethinking spirituality on their own terms.</w:t>
      </w:r>
      <w:r/>
    </w:p>
    <w:p>
      <w:r/>
      <w:r>
        <w:t>The Wednesday sessions run from 2.30 to 3.30pm from 16 September to 18 November. The group is co-facilitated by Michaela Mujica-Steimer, Lark Doolan and Jules Dauphinee under the supervision of Aisha Morton, LMFT. According to Queer Humboldt, its wider work centres on building affirming community and support for LGBTQ+ people in the region.</w:t>
      </w:r>
      <w:r/>
    </w:p>
    <w:p>
      <w:pPr>
        <w:pStyle w:val="Heading2"/>
      </w:pPr>
      <w:r>
        <w:t>What makes this kind of group useful?</w:t>
      </w:r>
      <w:r/>
    </w:p>
    <w:p>
      <w:r/>
      <w:r>
        <w:t>A structured group can be helpful when private reflection starts to feel isolating. Participants may be looking not for a replacement belief system, but for language, boundaries and relationships that feel more honest. That emphasis on choice matters, particularly for people leaving high-control environments.</w:t>
      </w:r>
      <w:r/>
    </w:p>
    <w:p>
      <w:r/>
      <w:r>
        <w:t>Reclamation-focused support groups commonly use shared discussion and peer connection to help people make sense of difficult experiences. The Reclamation Collective's resources similarly frame recovery as a gradual process of reconnecting with personal values and community, rather than rushing towards a neat conclusion.</w:t>
      </w:r>
      <w:r/>
    </w:p>
    <w:p>
      <w:r/>
      <w:r>
        <w:t>Anyone needing accessibility information or registration details should email michaela@queerhumboldt.org. It is worth asking questions beforehand about confidentiality, group expectations and whether the format feels right for you.</w:t>
      </w:r>
      <w:r/>
    </w:p>
    <w:p>
      <w:pPr>
        <w:pStyle w:val="Heading2"/>
      </w:pPr>
      <w:r>
        <w:t>Gentle movement, without the pressure to perform</w:t>
      </w:r>
      <w:r/>
    </w:p>
    <w:p>
      <w:r/>
      <w:r>
        <w:t>For something more physical but still low-key, Gail Coonen's five-week Self-Breema class offers a slower alternative to high-energy exercise. The practice combines simple movement with meditative attention, and participants can work standing, seated on a bench or on the floor.</w:t>
      </w:r>
      <w:r/>
    </w:p>
    <w:p>
      <w:r/>
      <w:r>
        <w:t>Classes take place on Wednesdays from 10 to 11am, from 16 September to 14 October, at the Sunny Brae Center for the Performing Arts in Arcata. The five-week course costs $50. Breema's own workshop information describes the approach as a way to explore balanced movement and presence, rather than chasing intensity or perfect form.</w:t>
      </w:r>
      <w:r/>
    </w:p>
    <w:p>
      <w:r/>
      <w:r>
        <w:t>That flexibility is the appealing part. If your knees are grumbling or you simply dislike being shouted at by a fitness instructor, being able to change position can make participation feel far more welcoming.</w:t>
      </w:r>
      <w:r/>
    </w:p>
    <w:p>
      <w:pPr>
        <w:pStyle w:val="Heading2"/>
      </w:pPr>
      <w:r>
        <w:t>How to choose the right option for you</w:t>
      </w:r>
      <w:r/>
    </w:p>
    <w:p>
      <w:r/>
      <w:r>
        <w:t>The two offerings meet different needs. "Queer &amp; Free" is primarily about shared experience, identity and emotional processing, while Self-Breema is centred on embodied attention and gentle movement. Some people may find that talking helps them reconnect; others may prefer a quiet physical practice before deciding what they want to say.</w:t>
      </w:r>
      <w:r/>
    </w:p>
    <w:p>
      <w:r/>
      <w:r>
        <w:t>Before signing up, consider the kind of energy you have available. A weekly support group may ask for emotional openness, while a movement class may be easier to approach on a difficult day. Neither is a substitute for individual clinical care, and anyone in immediate distress should seek appropriate professional support.</w:t>
      </w:r>
      <w:r/>
    </w:p>
    <w:p>
      <w:r/>
      <w:r>
        <w:t>For Self-Breema enquiries, organisers list the phone number (707) 443-6943. Comfortable clothing and a willingness to move within your own limits are likely to be more useful than any special equipment.</w:t>
      </w:r>
      <w:r/>
    </w:p>
    <w:p>
      <w:pPr>
        <w:pStyle w:val="Heading2"/>
      </w:pPr>
      <w:r>
        <w:t>Humboldt's wider events calendar keeps community at the centre</w:t>
      </w:r>
      <w:r/>
    </w:p>
    <w:p>
      <w:r/>
      <w:r>
        <w:t>These two programmes sit alongside a busy autumn calendar of local gatherings, from art shows and food trails to cultural celebrations and family attractions. That matters because wellbeing rarely comes from one appointment or one perfect solution. It is often built through small, repeated moments of belonging.</w:t>
      </w:r>
      <w:r/>
    </w:p>
    <w:p>
      <w:r/>
      <w:r>
        <w:t>The virtual format of "Queer &amp; Free" may also suit people who find travel difficult or prefer the privacy of home. Meanwhile, an in-person class such as Self-Breema offers the gentle social contact that can be hard to find when daily life feels hurried.</w:t>
      </w:r>
      <w:r/>
    </w:p>
    <w:p>
      <w:r/>
      <w:r>
        <w:t>For anyone considering a new start, the best option may simply be the one that feels manageable. A quiet hour, a thoughtful conversation and a little room to breathe can go surprisingly far.</w:t>
      </w:r>
      <w:r/>
    </w:p>
    <w:p>
      <w:r/>
      <w:r>
        <w:t>It's a small autumn choice that could make connection feel easier.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4">
        <w:r>
          <w:rPr>
            <w:color w:val="0000EE"/>
            <w:u w:val="single"/>
          </w:rPr>
          <w:t>[3]</w:t>
        </w:r>
      </w:hyperlink>
      <w:r>
        <w:t xml:space="preserve">, </w:t>
      </w:r>
      <w:hyperlink r:id="rId15">
        <w:r>
          <w:rPr>
            <w:color w:val="0000EE"/>
            <w:u w:val="single"/>
          </w:rPr>
          <w:t>[7]</w:t>
        </w:r>
      </w:hyperlink>
      <w:r>
        <w:t xml:space="preserve">- Paragraph 6: </w:t>
      </w:r>
      <w:hyperlink r:id="rId14">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https://www.madriverunion.com/articles/events-240/</w:t>
        </w:r>
      </w:hyperlink>
      <w:r>
        <w:t xml:space="preserve"> - Please view link - unable to able to access data</w:t>
      </w:r>
      <w:r/>
    </w:p>
    <w:p>
      <w:pPr>
        <w:pStyle w:val="ListNumber"/>
        <w:spacing w:line="240" w:lineRule="auto"/>
        <w:ind w:left="720"/>
      </w:pPr>
      <w:r/>
      <w:hyperlink r:id="rId10">
        <w:r>
          <w:rPr>
            <w:color w:val="0000EE"/>
            <w:u w:val="single"/>
          </w:rPr>
          <w:t>https://www.queerhumboldt.org/about-us</w:t>
        </w:r>
      </w:hyperlink>
      <w:r>
        <w:t xml:space="preserve"> - Queer Humboldt is a community centre dedicated to supporting queer individuals, including those with multiple marginalised identities. They offer various programmes and services aimed at fostering inclusivity and empowerment within the queer community. Their mission includes decolonising heteronormative ideals and promoting intersectionality, aligning with the principles of Disability Justice. The organisation also acknowledges and honours the sovereignty of Native tribes in the region, including the Wiyot, Yurok, Hoopa, and Karuk tribes, and contributes 1% of their annual budget to the Wiyot Tribe through the honour tax programme.</w:t>
      </w:r>
      <w:r/>
    </w:p>
    <w:p>
      <w:pPr>
        <w:pStyle w:val="ListNumber"/>
        <w:spacing w:line="240" w:lineRule="auto"/>
        <w:ind w:left="720"/>
      </w:pPr>
      <w:r/>
      <w:hyperlink r:id="rId14">
        <w:r>
          <w:rPr>
            <w:color w:val="0000EE"/>
            <w:u w:val="single"/>
          </w:rPr>
          <w:t>https://www.breema.com/events/center</w:t>
        </w:r>
      </w:hyperlink>
      <w:r>
        <w:t xml:space="preserve"> - The Breema Center offers a variety of classes and workshops focused on Breema, a holistic practice integrating bodywork, movement exercises (Self-Breema), and the Nine Principles of Harmony. These events are designed to balance life energy, enhance presence, and foster harmony among the body, mind, and feelings. The centre provides both online and in-person classes, with no charge for online sessions, though donations are welcome. Upcoming events include Self-Breema classes and Breema bodywork practice sessions, catering to different levels of experience and interest.</w:t>
      </w:r>
      <w:r/>
    </w:p>
    <w:p>
      <w:pPr>
        <w:pStyle w:val="ListNumber"/>
        <w:spacing w:line="240" w:lineRule="auto"/>
        <w:ind w:left="720"/>
      </w:pPr>
      <w:r/>
      <w:hyperlink r:id="rId11">
        <w:r>
          <w:rPr>
            <w:color w:val="0000EE"/>
            <w:u w:val="single"/>
          </w:rPr>
          <w:t>https://www.reclamationcollective.com/queersreclaimingtogether</w:t>
        </w:r>
      </w:hyperlink>
      <w:r>
        <w:t xml:space="preserve"> - Reclamation Collective offers a virtual support group titled 'Queers Reclaiming Together,' aimed at LGBTQ+ individuals seeking to process and heal from religious trauma and spiritual abuse. Facilitated by Lee Start, LICSW, LADC, the group runs from January 15 to April 2, 2026, with sessions on Thursdays from 4:00-6:00pm CST. The programme includes curated discussions on deconstruction and reclamation, providing a supportive space for individuals affected by religious harm. Participation is offered at a pay-as-you-can exchange of $200-$400 for the 10-session, 20-hour programme.</w:t>
      </w:r>
      <w:r/>
    </w:p>
    <w:p>
      <w:pPr>
        <w:pStyle w:val="ListNumber"/>
        <w:spacing w:line="240" w:lineRule="auto"/>
        <w:ind w:left="720"/>
      </w:pPr>
      <w:r/>
      <w:hyperlink r:id="rId12">
        <w:r>
          <w:rPr>
            <w:color w:val="0000EE"/>
            <w:u w:val="single"/>
          </w:rPr>
          <w:t>https://www.reclamationcollective.com/support-groups</w:t>
        </w:r>
      </w:hyperlink>
      <w:r>
        <w:t xml:space="preserve"> - Reclamation Collective provides various virtual support groups designed to help individuals navigate and process themes related to deconstruction, religious trauma, spiritual abuse, and reclamation. Their 2026 Fall Support Groups include 'Reclamation for All,' 'Queers Reclaiming Together,' 'Musicians Reclaiming Together,' 'Therapists Reclaiming Together,' and 'Spiritual Abuse Recovery for Women+.' These groups aim to offer compassionate facilitators and small communities to explore healing, identity, faith transitions, relationships, and belonging, ensuring a space where participants can show up as their full selves.</w:t>
      </w:r>
      <w:r/>
    </w:p>
    <w:p>
      <w:pPr>
        <w:pStyle w:val="ListNumber"/>
        <w:spacing w:line="240" w:lineRule="auto"/>
        <w:ind w:left="720"/>
      </w:pPr>
      <w:r/>
      <w:hyperlink r:id="rId13">
        <w:r>
          <w:rPr>
            <w:color w:val="0000EE"/>
            <w:u w:val="single"/>
          </w:rPr>
          <w:t>https://www.psychologytoday.com/us/groups/deconstructing-purity-culture-chicago-il/285990</w:t>
        </w:r>
      </w:hyperlink>
      <w:r>
        <w:t xml:space="preserve"> - Sage Therapy hosts a support group titled 'Deconstructing Purity Culture' in Chicago, IL, designed for queer and trans adults (18+) with lived experience of religious trauma related to purity culture. Participants explore the impact of shame, trauma, and internalised beliefs on identity and sexuality while building self-compassion, agency, and more affirming ways of relating to themselves and others. The group is led by Millie Huckabee and offers a supportive environment for individuals seeking to deconstruct harmful purity culture teachings.</w:t>
      </w:r>
      <w:r/>
    </w:p>
    <w:p>
      <w:pPr>
        <w:pStyle w:val="ListNumber"/>
        <w:spacing w:line="240" w:lineRule="auto"/>
        <w:ind w:left="720"/>
      </w:pPr>
      <w:r/>
      <w:hyperlink r:id="rId15">
        <w:r>
          <w:rPr>
            <w:color w:val="0000EE"/>
            <w:u w:val="single"/>
          </w:rPr>
          <w:t>https://www.breema.com/about-breema/monthly-workshops</w:t>
        </w:r>
      </w:hyperlink>
      <w:r>
        <w:t xml:space="preserve"> - The Breema Center offers monthly workshops and weekend events focused on Breema, a holistic practice integrating bodywork, movement exercises (Self-Breema), and the Nine Principles of Harmony. These workshops are designed to nourish the body, mind, and feelings through Breema bodywork, Self-Breema exercises, and Breema's universally applicable practical philosophy. The centre provides both in-person and online classes, with partial attendance available. Continuing education credits are available for various professionals, including massage therapists, nurses, and mental health practitioners.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driverunion.com/articles/events-240/" TargetMode="External"/><Relationship Id="rId10" Type="http://schemas.openxmlformats.org/officeDocument/2006/relationships/hyperlink" Target="https://www.queerhumboldt.org/about-us" TargetMode="External"/><Relationship Id="rId11" Type="http://schemas.openxmlformats.org/officeDocument/2006/relationships/hyperlink" Target="https://www.reclamationcollective.com/queersreclaimingtogether" TargetMode="External"/><Relationship Id="rId12" Type="http://schemas.openxmlformats.org/officeDocument/2006/relationships/hyperlink" Target="https://www.reclamationcollective.com/support-groups" TargetMode="External"/><Relationship Id="rId13" Type="http://schemas.openxmlformats.org/officeDocument/2006/relationships/hyperlink" Target="https://www.psychologytoday.com/us/groups/deconstructing-purity-culture-chicago-il/285990" TargetMode="External"/><Relationship Id="rId14" Type="http://schemas.openxmlformats.org/officeDocument/2006/relationships/hyperlink" Target="https://www.breema.com/events/center" TargetMode="External"/><Relationship Id="rId15" Type="http://schemas.openxmlformats.org/officeDocument/2006/relationships/hyperlink" Target="https://www.breema.com/about-breema/monthly-worksho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