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Folsom Street Fair Tips for First-Time Visitors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heading to San Francisco's Folsom Street Fair can expect a bold, crowded and proudly adult celebration of leather, kink and queer culture. With the right preparation, from comfortable shoes and water to clear consent and a simple meeting plan, first-timers can enjoy the festival safely, respectfully and on their own terms.</w:t>
      </w:r>
      <w:r/>
    </w:p>
    <w:p>
      <w:pPr>
        <w:pStyle w:val="Heading2"/>
      </w:pPr>
      <w:r>
        <w:t>Essential Takeaways</w:t>
      </w:r>
      <w:r/>
      <w:r/>
    </w:p>
    <w:p>
      <w:pPr>
        <w:pStyle w:val="ListBullet"/>
        <w:spacing w:line="240" w:lineRule="auto"/>
        <w:ind w:left="720"/>
      </w:pPr>
      <w:r/>
      <w:r>
        <w:rPr>
          <w:b/>
        </w:rPr>
        <w:t>Plan for crowds:</w:t>
      </w:r>
      <w:r>
        <w:t xml:space="preserve"> The outdoor fair fills several South of Market blocks, so expect queues, heat and close quarters.</w:t>
      </w:r>
      <w:r/>
    </w:p>
    <w:p>
      <w:pPr>
        <w:pStyle w:val="ListBullet"/>
        <w:spacing w:line="240" w:lineRule="auto"/>
        <w:ind w:left="720"/>
      </w:pPr>
      <w:r/>
      <w:r>
        <w:rPr>
          <w:b/>
        </w:rPr>
        <w:t>Consent is non-negotiable:</w:t>
      </w:r>
      <w:r>
        <w:t xml:space="preserve"> Ask before touching bodies, clothing, accessories or taking photographs.</w:t>
      </w:r>
      <w:r/>
    </w:p>
    <w:p>
      <w:pPr>
        <w:pStyle w:val="ListBullet"/>
        <w:spacing w:line="240" w:lineRule="auto"/>
        <w:ind w:left="720"/>
      </w:pPr>
      <w:r/>
      <w:r>
        <w:rPr>
          <w:b/>
        </w:rPr>
        <w:t>Pack lightly:</w:t>
      </w:r>
      <w:r>
        <w:t xml:space="preserve"> Carry water, sunscreen, cash, a phone, comfortable footwear and any personal essentials.</w:t>
      </w:r>
      <w:r/>
    </w:p>
    <w:p>
      <w:pPr>
        <w:pStyle w:val="ListBullet"/>
        <w:spacing w:line="240" w:lineRule="auto"/>
        <w:ind w:left="720"/>
      </w:pPr>
      <w:r/>
      <w:r>
        <w:rPr>
          <w:b/>
        </w:rPr>
        <w:t>Dress for the day:</w:t>
      </w:r>
      <w:r>
        <w:t xml:space="preserve"> Wear a legal covering layer and sturdy closed-toe shoes, then use clothing checks if available.</w:t>
      </w:r>
      <w:r/>
    </w:p>
    <w:p>
      <w:pPr>
        <w:pStyle w:val="ListBullet"/>
        <w:spacing w:line="240" w:lineRule="auto"/>
        <w:ind w:left="720"/>
      </w:pPr>
      <w:r/>
      <w:r>
        <w:rPr>
          <w:b/>
        </w:rPr>
        <w:t>Look after yourself:</w:t>
      </w:r>
      <w:r>
        <w:t xml:space="preserve"> Know where to find first aid, water, wellbeing support and public-health information.</w:t>
      </w:r>
      <w:r/>
      <w:r/>
    </w:p>
    <w:p>
      <w:pPr>
        <w:pStyle w:val="Heading2"/>
      </w:pPr>
      <w:r>
        <w:t>Folsom is more than a party</w:t>
      </w:r>
      <w:r/>
    </w:p>
    <w:p>
      <w:r/>
      <w:r>
        <w:t>At first glance, Folsom Street Fair can look like a riot of leather, latex, harnesses and bare skin. That spectacle is real, but it doesn't tell the whole story. The event is also a long-running expression of queer community, sexual freedom and resistance.</w:t>
      </w:r>
      <w:r/>
    </w:p>
    <w:p>
      <w:r/>
      <w:r>
        <w:t>The fair grew from San Francisco's leather scene and has continued through major changes in LGBTQ+ life, public health and sexual culture. Its history page presents the event as part celebration, part community institution, which helps explain why regulars speak about it with something close to affection rather than simply treating it as a novelty. According to Folsom Street Events, its wider work supports community organisations and charitable causes across the year.</w:t>
      </w:r>
      <w:r/>
    </w:p>
    <w:p>
      <w:r/>
      <w:r>
        <w:t>That history matters when you're visiting. You're not wandering into a fancy-dress street party; you're entering a space where many people are expressing an important part of themselves. A little curiosity goes a long way, while mockery gets old very quickly.</w:t>
      </w:r>
      <w:r/>
    </w:p>
    <w:p>
      <w:pPr>
        <w:pStyle w:val="Heading2"/>
      </w:pPr>
      <w:r>
        <w:t>What should first-timers expect?</w:t>
      </w:r>
      <w:r/>
    </w:p>
    <w:p>
      <w:r/>
      <w:r>
        <w:t>Expect an adult-only atmosphere with striking outfits, nudity and public displays of consensual fetish activity. You may see people posing, performing, socialising or simply relaxing in clothes they wouldn't wear anywhere else. The best response is usually calm, respectful and unshowy.</w:t>
      </w:r>
      <w:r/>
    </w:p>
    <w:p>
      <w:r/>
      <w:r>
        <w:t>The fair can also be physically demanding. Dense crowds, warm weather, long periods on your feet and limited personal space create a very different experience from an ordinary city festival. Official event information highlights the scale of the gathering and the importance of planning your route before arriving.</w:t>
      </w:r>
      <w:r/>
    </w:p>
    <w:p>
      <w:r/>
      <w:r>
        <w:t>Wear closed-toe shoes, bring sunscreen and carry a small sweat towel or spare T-shirt. Water is essential, particularly if you're wearing heavy leather, rubber or other heat-trapping gear. It sounds mundane, but a bottle of water may become the most valuable thing in your bag by mid-afternoon.</w:t>
      </w:r>
      <w:r/>
    </w:p>
    <w:p>
      <w:pPr>
        <w:pStyle w:val="Heading2"/>
      </w:pPr>
      <w:r>
        <w:t>Consent and privacy come first</w:t>
      </w:r>
      <w:r/>
    </w:p>
    <w:p>
      <w:r/>
      <w:r>
        <w:t>Folsom's relaxed atmosphere doesn't suspend ordinary boundaries. Don't touch a person's body, clothing, props or accessories without asking, even if the item looks deliberately theatrical. A harness, headpiece or tail may be part of someone's carefully chosen look, not an invitation for strangers to handle it.</w:t>
      </w:r>
      <w:r/>
    </w:p>
    <w:p>
      <w:r/>
      <w:r>
        <w:t>Photography deserves the same caution. Ask before taking a picture, and don't assume that a person posing in public wants to appear on your social feed. The official event ecosystem includes many exhibitors and community groups, but that doesn't make individual attendees public property.</w:t>
      </w:r>
      <w:r/>
    </w:p>
    <w:p>
      <w:r/>
      <w:r>
        <w:t>If somebody says no, move on without making it awkward. If someone repeatedly touches you or ignores your boundaries, speak to event staff or volunteers. That simple habit helps keep the fair welcoming for newcomers and regulars alike.</w:t>
      </w:r>
      <w:r/>
    </w:p>
    <w:p>
      <w:pPr>
        <w:pStyle w:val="Heading2"/>
      </w:pPr>
      <w:r>
        <w:t>Pack smart and plan your escape route</w:t>
      </w:r>
      <w:r/>
    </w:p>
    <w:p>
      <w:r/>
      <w:r>
        <w:t>A lightweight bag is far more useful than an overfilled one. Take your phone, cash, identification, water, sunscreen and any personal health items you genuinely need. Avoid glass, weapons and bulky luggage, and check the latest rules before travelling because entrance arrangements can change.</w:t>
      </w:r>
      <w:r/>
    </w:p>
    <w:p>
      <w:r/>
      <w:r>
        <w:t>Cash is still handy for smaller sellers, while a portable phone charger can save a lot of stress if you lose contact with friends. Agree on a meeting point before entering, since mobile signals can become unreliable and a packed crowd makes searching feel like looking for one specific buckle in a sea of black leather.</w:t>
      </w:r>
      <w:r/>
    </w:p>
    <w:p>
      <w:r/>
      <w:r>
        <w:t>Use public transport where possible and expect road closures or restricted access around the event. Folsom Street Events publishes practical visitor information, exhibitor details and updates, so check the official website close to the date rather than relying on an old social post.</w:t>
      </w:r>
      <w:r/>
    </w:p>
    <w:p>
      <w:pPr>
        <w:pStyle w:val="Heading2"/>
      </w:pPr>
      <w:r>
        <w:t>Make room for health, access and aftercare</w:t>
      </w:r>
      <w:r/>
    </w:p>
    <w:p>
      <w:r/>
      <w:r>
        <w:t>A good day out includes knowing where to find help. Look for first-aid points, water stations, volunteers and public-health services, and ask for assistance if you're lost, overheated or separated from your group. Event support is there for practical needs, not just emergencies.</w:t>
      </w:r>
      <w:r/>
    </w:p>
    <w:p>
      <w:r/>
      <w:r>
        <w:t>If you're planning sexual activity during the wider weekend, think beyond the fair itself. Bring the products you know work for you, discuss boundaries clearly, and consider testing, prevention and safer-sex supplies. Someone else's confidence or flamboyant outfit never replaces an actual conversation.</w:t>
      </w:r>
      <w:r/>
    </w:p>
    <w:p>
      <w:r/>
      <w:r>
        <w:t>The wider Folsom weekend can extend into parties, bars and meet-ups across San Francisco. Pace yourself, keep an eye on friends and don't feel pressured to do everything in one trip. Sometimes the most enjoyable first visit is the one that leaves you curious enough to return.</w:t>
      </w:r>
      <w:r/>
    </w:p>
    <w:p>
      <w:pPr>
        <w:pStyle w:val="Heading2"/>
      </w:pPr>
      <w:r>
        <w:t>A little preparation makes the freedom better</w:t>
      </w:r>
      <w:r/>
    </w:p>
    <w:p>
      <w:r/>
      <w:r>
        <w:t>Folsom works best when visitors balance openness with consideration. Come ready to see something unexpected, but remember that every person around you still deserves privacy, consent and room to enjoy the day.</w:t>
      </w:r>
      <w:r/>
    </w:p>
    <w:p>
      <w:r/>
      <w:r>
        <w:t>For newcomers, that combination of practical planning and generous manners is the real dress code. The outfits may be louder, but the basic rules are wonderfully simple.</w:t>
      </w:r>
      <w:r/>
    </w:p>
    <w:p>
      <w:r/>
      <w:r>
        <w:t>Enjoy the spectacle, respect the people in it and let the day unfold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https://www.out.com/events/folsom-street-fair-dos-donts-guide</w:t>
        </w:r>
      </w:hyperlink>
      <w:r>
        <w:t xml:space="preserve"> - Please view link - unable to able to access data</w:t>
      </w:r>
      <w:r/>
    </w:p>
    <w:p>
      <w:pPr>
        <w:pStyle w:val="ListNumber"/>
        <w:spacing w:line="240" w:lineRule="auto"/>
        <w:ind w:left="720"/>
      </w:pPr>
      <w:r/>
      <w:hyperlink r:id="rId10">
        <w:r>
          <w:rPr>
            <w:color w:val="0000EE"/>
            <w:u w:val="single"/>
          </w:rPr>
          <w:t>https://www.folsomstreet.org/history</w:t>
        </w:r>
      </w:hyperlink>
      <w:r>
        <w:t xml:space="preserve"> - The Folsom Street Fair, established in 1984, was conceived as a community response to the AIDS crisis and the threat of redevelopment in San Francisco's South of Market (SoMa) district. The inaugural event aimed to showcase the vitality of the SoMa community, countering perceptions of the area as blighted and in need of revitalisation. Organisers sought to create a platform for the leather and kink communities to connect, share information, and raise funds for local non-profits. The fair has since grown into a significant annual event, drawing attendees from around the world.</w:t>
      </w:r>
      <w:r/>
    </w:p>
    <w:p>
      <w:pPr>
        <w:pStyle w:val="ListNumber"/>
        <w:spacing w:line="240" w:lineRule="auto"/>
        <w:ind w:left="720"/>
      </w:pPr>
      <w:r/>
      <w:hyperlink r:id="rId11">
        <w:r>
          <w:rPr>
            <w:color w:val="0000EE"/>
            <w:u w:val="single"/>
          </w:rPr>
          <w:t>https://www.folsomstreet.org/folsom-street-fair-2023</w:t>
        </w:r>
      </w:hyperlink>
      <w:r>
        <w:t xml:space="preserve"> - The 40th Annual Folsom Street Fair took place on September 24, 2023, in San Francisco's SoMa district. The event featured various community stages, including the Stud x Oaklash Drag Stage, Playground Stage hosted by Alotta Boutté, DJ &amp; Gogo Stage presented by Fawkstales, Rope Stage by Twisted Windows and KinkPOC Bay Area, Folsom Street Live!, The Eagle Stage at FSF, Wrestle Stage by Full Queer, and BDSM Demos hosted by Society of Janus. These stages offered a diverse range of performances and activities, celebrating the rich culture of the leather and kink communities.</w:t>
      </w:r>
      <w:r/>
    </w:p>
    <w:p>
      <w:pPr>
        <w:pStyle w:val="ListNumber"/>
        <w:spacing w:line="240" w:lineRule="auto"/>
        <w:ind w:left="720"/>
      </w:pPr>
      <w:r/>
      <w:hyperlink r:id="rId12">
        <w:r>
          <w:rPr>
            <w:color w:val="0000EE"/>
            <w:u w:val="single"/>
          </w:rPr>
          <w:t>https://www.folsomstreet.org/folsom-street-fair-2023-exhibitors</w:t>
        </w:r>
      </w:hyperlink>
      <w:r>
        <w:t xml:space="preserve"> - The 2023 Folsom Street Fair showcased a variety of exhibitors, including Ammarado Apparel, Apretude, Babygirl Inc, BarbarianDesigns, Bare Chest Calendar, Bay Area Open Minds, Bearpad, BearThug, Bitches Love Leather, Boundless Events, Boy Butter, Breathe Toys, BunnyFlogger.com, ByrdBeaks, Cactus Cult Leather, Corpse House, Cumply, DanceSafe, Demon Kitty, DOLT, Double Scorpio, Dreamtender Leather, and Emma Alamo. These exhibitors offered a range of products and services catering to the diverse interests of the fair's attendees.</w:t>
      </w:r>
      <w:r/>
    </w:p>
    <w:p>
      <w:pPr>
        <w:pStyle w:val="ListNumber"/>
        <w:spacing w:line="240" w:lineRule="auto"/>
        <w:ind w:left="720"/>
      </w:pPr>
      <w:r/>
      <w:hyperlink r:id="rId12">
        <w:r>
          <w:rPr>
            <w:color w:val="0000EE"/>
            <w:u w:val="single"/>
          </w:rPr>
          <w:t>https://www.folsomstreet.org/folsom-street-fair-2023-exhibitors</w:t>
        </w:r>
      </w:hyperlink>
      <w:r>
        <w:t xml:space="preserve"> - The 2023 Folsom Street Fair featured a diverse array of exhibitors, including Ammarado Apparel, Apretude, Babygirl Inc, BarbarianDesigns, Bare Chest Calendar, Bay Area Open Minds, Bearpad, BearThug, Bitches Love Leather, Boundless Events, Boy Butter, Breathe Toys, BunnyFlogger.com, ByrdBeaks, Cactus Cult Leather, Corpse House, Cumply, DanceSafe, Demon Kitty, DOLT, Double Scorpio, Dreamtender Leather, and Emma Alamo. These exhibitors provided a variety of products and services, reflecting the eclectic and inclusive nature of the fair.</w:t>
      </w:r>
      <w:r/>
    </w:p>
    <w:p>
      <w:pPr>
        <w:pStyle w:val="ListNumber"/>
        <w:spacing w:line="240" w:lineRule="auto"/>
        <w:ind w:left="720"/>
      </w:pPr>
      <w:r/>
      <w:hyperlink r:id="rId12">
        <w:r>
          <w:rPr>
            <w:color w:val="0000EE"/>
            <w:u w:val="single"/>
          </w:rPr>
          <w:t>https://www.folsomstreet.org/folsom-street-fair-2023-exhibitors</w:t>
        </w:r>
      </w:hyperlink>
      <w:r>
        <w:t xml:space="preserve"> - The 2023 Folsom Street Fair featured a diverse array of exhibitors, including Ammarado Apparel, Apretude, Babygirl Inc, BarbarianDesigns, Bare Chest Calendar, Bay Area Open Minds, Bearpad, BearThug, Bitches Love Leather, Boundless Events, Boy Butter, Breathe Toys, BunnyFlogger.com, ByrdBeaks, Cactus Cult Leather, Corpse House, Cumply, DanceSafe, Demon Kitty, DOLT, Double Scorpio, Dreamtender Leather, and Emma Alamo. These exhibitors provided a variety of products and services, reflecting the eclectic and inclusive nature of the fair.</w:t>
      </w:r>
      <w:r/>
    </w:p>
    <w:p>
      <w:pPr>
        <w:pStyle w:val="ListNumber"/>
        <w:spacing w:line="240" w:lineRule="auto"/>
        <w:ind w:left="720"/>
      </w:pPr>
      <w:r/>
      <w:hyperlink r:id="rId12">
        <w:r>
          <w:rPr>
            <w:color w:val="0000EE"/>
            <w:u w:val="single"/>
          </w:rPr>
          <w:t>https://www.folsomstreet.org/folsom-street-fair-2023-exhibitors</w:t>
        </w:r>
      </w:hyperlink>
      <w:r>
        <w:t xml:space="preserve"> - The 2023 Folsom Street Fair featured a diverse array of exhibitors, including Ammarado Apparel, Apretude, Babygirl Inc, BarbarianDesigns, Bare Chest Calendar, Bay Area Open Minds, Bearpad, BearThug, Bitches Love Leather, Boundless Events, Boy Butter, Breathe Toys, BunnyFlogger.com, ByrdBeaks, Cactus Cult Leather, Corpse House, Cumply, DanceSafe, Demon Kitty, DOLT, Double Scorpio, Dreamtender Leather, and Emma Alamo. These exhibitors provided a variety of products and services, reflecting the eclectic and inclusive nature of the fair.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events/folsom-street-fair-dos-donts-guide" TargetMode="External"/><Relationship Id="rId10" Type="http://schemas.openxmlformats.org/officeDocument/2006/relationships/hyperlink" Target="https://www.folsomstreet.org/history" TargetMode="External"/><Relationship Id="rId11" Type="http://schemas.openxmlformats.org/officeDocument/2006/relationships/hyperlink" Target="https://www.folsomstreet.org/folsom-street-fair-2023" TargetMode="External"/><Relationship Id="rId12" Type="http://schemas.openxmlformats.org/officeDocument/2006/relationships/hyperlink" Target="https://www.folsomstreet.org/folsom-street-fair-2023-exhibit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