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Castro Street Fair After Party Guide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neighbours and nightlife fans can now carry the Castro Street Fair into the evening, as San Francisco’s 2026 celebration joins forces with The Castro Theatre and Polyglamorous for a landmark dance event. The all-ages after party brings Octo Octa, local residents and a freshly revived venue into one joyful queer cultural gathering.</w:t>
      </w:r>
      <w:r/>
    </w:p>
    <w:p>
      <w:pPr>
        <w:pStyle w:val="Heading2"/>
      </w:pPr>
      <w:r>
        <w:t>Essential Takeaways</w:t>
      </w:r>
      <w:r/>
      <w:r/>
    </w:p>
    <w:p>
      <w:pPr>
        <w:pStyle w:val="ListBullet"/>
        <w:spacing w:line="240" w:lineRule="auto"/>
        <w:ind w:left="720"/>
      </w:pPr>
      <w:r/>
      <w:r>
        <w:rPr>
          <w:b/>
        </w:rPr>
        <w:t>Date and timing:</w:t>
      </w:r>
      <w:r>
        <w:t xml:space="preserve"> The after party takes place on Sunday, 4 October, with doors at 5.30pm and music from 6pm.</w:t>
      </w:r>
      <w:r/>
    </w:p>
    <w:p>
      <w:pPr>
        <w:pStyle w:val="ListBullet"/>
        <w:spacing w:line="240" w:lineRule="auto"/>
        <w:ind w:left="720"/>
      </w:pPr>
      <w:r/>
      <w:r>
        <w:rPr>
          <w:b/>
        </w:rPr>
        <w:t>Line-up:</w:t>
      </w:r>
      <w:r>
        <w:t xml:space="preserve"> International DJ Octo Octa will perform alongside Polyglamorous residents BEYA and Mark O’Brien.</w:t>
      </w:r>
      <w:r/>
    </w:p>
    <w:p>
      <w:pPr>
        <w:pStyle w:val="ListBullet"/>
        <w:spacing w:line="240" w:lineRule="auto"/>
        <w:ind w:left="720"/>
      </w:pPr>
      <w:r/>
      <w:r>
        <w:rPr>
          <w:b/>
        </w:rPr>
        <w:t>All-ages access:</w:t>
      </w:r>
      <w:r>
        <w:t xml:space="preserve"> The event is designed for everyone, making it an unusually open-ended dance-floor celebration.</w:t>
      </w:r>
      <w:r/>
    </w:p>
    <w:p>
      <w:pPr>
        <w:pStyle w:val="ListBullet"/>
        <w:spacing w:line="240" w:lineRule="auto"/>
        <w:ind w:left="720"/>
      </w:pPr>
      <w:r/>
      <w:r>
        <w:rPr>
          <w:b/>
        </w:rPr>
        <w:t>Historic setting:</w:t>
      </w:r>
      <w:r>
        <w:t xml:space="preserve"> The newly rehabilitated Castro Theatre adds a striking backdrop and a sense of occasion.</w:t>
      </w:r>
      <w:r/>
    </w:p>
    <w:p>
      <w:pPr>
        <w:pStyle w:val="ListBullet"/>
        <w:spacing w:line="240" w:lineRule="auto"/>
        <w:ind w:left="720"/>
      </w:pPr>
      <w:r/>
      <w:r>
        <w:rPr>
          <w:b/>
        </w:rPr>
        <w:t>Tickets:</w:t>
      </w:r>
      <w:r>
        <w:t xml:space="preserve"> Admission is available through Ticketmaster, subject to availability.</w:t>
      </w:r>
      <w:r/>
      <w:r/>
    </w:p>
    <w:p>
      <w:pPr>
        <w:pStyle w:val="Heading2"/>
      </w:pPr>
      <w:r>
        <w:t>The Castro Street Fair is heading indoors after dark</w:t>
      </w:r>
      <w:r/>
    </w:p>
    <w:p>
      <w:r/>
      <w:r>
        <w:t>The strongest appeal is simple: the Castro Street Fair won't end when the streets quieten down. Following the 52nd annual fair on Sunday, 4 October, the official after party will move into The Castro Theatre, where the evening's energy can continue beneath the venue's familiar glow.</w:t>
      </w:r>
      <w:r/>
    </w:p>
    <w:p>
      <w:r/>
      <w:r>
        <w:t>According to the San Francisco Bay Times, the event is being presented by Polyglamorous, a queer dance party collective known for welcoming crowds and adventurous underground music. It's a neat fit for a festival built around connection, community and the feeling that San Francisco still knows how to make a public celebration feel personal.</w:t>
      </w:r>
      <w:r/>
    </w:p>
    <w:p>
      <w:pPr>
        <w:pStyle w:val="Heading2"/>
      </w:pPr>
      <w:r>
        <w:t>A historic venue gets a new kind of spotlight</w:t>
      </w:r>
      <w:r/>
    </w:p>
    <w:p>
      <w:r/>
      <w:r>
        <w:t>The Castro Theatre is entering a fresh chapter after an extensive rehabilitation intended to preserve its landmark character while making room for more live performances and cultural programming. That makes the after party more than a convenient venue switch. It signals how the building can serve as both a treasured cinema landmark and a living part of the city's nightlife.</w:t>
      </w:r>
      <w:r/>
    </w:p>
    <w:p>
      <w:r/>
      <w:r>
        <w:t>Another Planet Entertainment is supporting the partnership, helping bring the fair's daytime programme into an evening setting. The result should feel polished without losing the slightly scrappy, local warmth that makes Castro events so appealing.</w:t>
      </w:r>
      <w:r/>
    </w:p>
    <w:p>
      <w:pPr>
        <w:pStyle w:val="Heading2"/>
      </w:pPr>
      <w:r>
        <w:t>Octo Octa brings movement, warmth and serious house credentials</w:t>
      </w:r>
      <w:r/>
    </w:p>
    <w:p>
      <w:r/>
      <w:r>
        <w:t>Headliner Octo Octa, the stage name of Maya Bouldry-Morrison, is known for house music that combines detailed production with an instinctive sense of release. Her sets tend to feel emotionally generous rather than overly clinical, which sounds exactly right for a party centred on togetherness.</w:t>
      </w:r>
      <w:r/>
    </w:p>
    <w:p>
      <w:r/>
      <w:r>
        <w:t>She'll be joined by BEYA and Mark O'Brien, both Polyglamorous residents. The collective has been building its following since launching at Oasis in 2015, with events including Pink Block and Sneaks. For regulars, this is a chance to see familiar local talent in a grander setting. For newcomers, it's a friendly doorway into San Francisco's queer dance scene.</w:t>
      </w:r>
      <w:r/>
    </w:p>
    <w:p>
      <w:pPr>
        <w:pStyle w:val="Heading2"/>
      </w:pPr>
      <w:r>
        <w:t>Why this partnership matters to San Francisco</w:t>
      </w:r>
      <w:r/>
    </w:p>
    <w:p>
      <w:r/>
      <w:r>
        <w:t>The Castro Street Fair was founded by Harvey Milk in 1974, and its continuing strength comes from linking celebration with the businesses, artists and venues that keep the neighbourhood alive. The 2026 theme, "Where We Belong", gives the collaboration an especially clear emotional centre.</w:t>
      </w:r>
      <w:r/>
    </w:p>
    <w:p>
      <w:r/>
      <w:r>
        <w:t>The Castro Street Fair's official materials frame this year's event as a celebration of community and place. Bringing Polyglamorous into the Castro for the first time extends that idea beyond the fair's traditional footprint, while also giving the collective a new audience and the theatre a distinctly local night to host.</w:t>
      </w:r>
      <w:r/>
    </w:p>
    <w:p>
      <w:pPr>
        <w:pStyle w:val="Heading2"/>
      </w:pPr>
      <w:r>
        <w:t>What to know before you go</w:t>
      </w:r>
      <w:r/>
    </w:p>
    <w:p>
      <w:r/>
      <w:r>
        <w:t>Doors open at 5.30pm, with the show starting at 6pm, so the timing makes it possible to spend the afternoon at the fair before heading inside. Because the event is all ages, it's also more accessible than many late-night club bookings, although anyone planning a long day should still think about transport, comfortable shoes and a little downtime.</w:t>
      </w:r>
      <w:r/>
    </w:p>
    <w:p>
      <w:r/>
      <w:r>
        <w:t>Tickets are available through Ticketmaster. Check the latest listing before travelling, as entry details, availability and venue guidance can change. If you're choosing between daytime street wandering and an evening on the dance floor, the best answer may be both. San Francisco doesn't often hand you a better excuse.</w:t>
      </w:r>
      <w:r/>
    </w:p>
    <w:p>
      <w:r/>
      <w:r>
        <w:t>It’s a small but meaningful expansion of the fair’s spirit, with the city’s streets leading naturally to the dance floor.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4">
        <w:r>
          <w:rPr>
            <w:color w:val="0000EE"/>
            <w:u w:val="single"/>
          </w:rPr>
          <w:t>[3]</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9">
        <w:r>
          <w:rPr>
            <w:color w:val="0000EE"/>
            <w:u w:val="single"/>
          </w:rPr>
          <w:t>[2]</w:t>
        </w:r>
      </w:hyperlink>
      <w:r>
        <w:t xml:space="preserve">, </w:t>
      </w:r>
      <w:hyperlink r:id="rId14">
        <w:r>
          <w:rPr>
            <w:color w:val="0000EE"/>
            <w:u w:val="single"/>
          </w:rPr>
          <w:t>[3]</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castro-street-fair-partners-with-another-planet-entertainment-and-castro-theatre-for-official-after-party-polyglamorous/?utm_source=rss&amp;utm_medium=rss&amp;utm_campaign=castro-street-fair-partners-with-another-planet-entertainment-and-castro-theatre-for-official-after-party-polyglamorous</w:t>
        </w:r>
      </w:hyperlink>
      <w:r>
        <w:t xml:space="preserve"> - Please view link - unable to able to access data</w:t>
      </w:r>
      <w:r/>
    </w:p>
    <w:p>
      <w:pPr>
        <w:pStyle w:val="ListNumber"/>
        <w:spacing w:line="240" w:lineRule="auto"/>
        <w:ind w:left="720"/>
      </w:pPr>
      <w:r/>
      <w:hyperlink r:id="rId9">
        <w:r>
          <w:rPr>
            <w:color w:val="0000EE"/>
            <w:u w:val="single"/>
          </w:rPr>
          <w:t>https://sfbaytimes.com/castro-street-fair-partners-with-another-planet-entertainment-and-castro-theatre-for-official-after-party-polyglamorous/?utm_source=rss&amp;utm_medium=rss&amp;utm_campaign=castro-street-fair-partners-with-another-planet-entertainment-and-castro-theatre-for-official-after-party-polyglamorous</w:t>
        </w:r>
      </w:hyperlink>
      <w:r>
        <w:t xml:space="preserve"> - The Castro Street Fair has announced a partnership with Another Planet Entertainment and the Castro Theatre to host the Official Castro Street Fair After Party, presented by the San Francisco queer dance party Polyglamorous. The event is scheduled for Sunday, October 4, 2026, following the 52nd Annual Castro Street Fair. The after party will feature internationally acclaimed DJ Octo Octa, along with Polyglamorous residents BEYA and Mark O’Brien. The event is open to all ages, with doors opening at 5:30 pm and the show beginning at 6 pm. Tickets are available through Ticketmaster.</w:t>
      </w:r>
      <w:r/>
    </w:p>
    <w:p>
      <w:pPr>
        <w:pStyle w:val="ListNumber"/>
        <w:spacing w:line="240" w:lineRule="auto"/>
        <w:ind w:left="720"/>
      </w:pPr>
      <w:r/>
      <w:hyperlink r:id="rId14">
        <w:r>
          <w:rPr>
            <w:color w:val="0000EE"/>
            <w:u w:val="single"/>
          </w:rPr>
          <w:t>https://castrostreetfair.org/2026/09/10/52nd-castro-street-fair-reveals-full-2026-key-art/</w:t>
        </w:r>
      </w:hyperlink>
      <w:r>
        <w:t xml:space="preserve"> - The Castro Street Fair has unveiled the full key art for its 52nd annual celebration, featuring the theme 'Where We Belong'. The artwork, created by artist Ece Kalabak, showcases the Castro neighborhood's Victorian homes, the iconic Castro Theatre sign, and a diverse crowd of characters. The visual identity will be used across various platforms leading up to the Fair on Sunday, October 4, 2026, from 11 a.m. to 6 p.m. in San Francisco's Castro District.</w:t>
      </w:r>
      <w:r/>
    </w:p>
    <w:p>
      <w:pPr>
        <w:pStyle w:val="ListNumber"/>
        <w:spacing w:line="240" w:lineRule="auto"/>
        <w:ind w:left="720"/>
      </w:pPr>
      <w:r/>
      <w:hyperlink r:id="rId10">
        <w:r>
          <w:rPr>
            <w:color w:val="0000EE"/>
            <w:u w:val="single"/>
          </w:rPr>
          <w:t>https://castrostreetfair.org/2026/06/01/52nd-annual-castro-street-fair-announces-2026-theme-where-we-belong/</w:t>
        </w:r>
      </w:hyperlink>
      <w:r>
        <w:t xml:space="preserve"> - The Castro Street Fair has announced 'Where We Belong' as the theme for its 52nd annual celebration, taking place on Sunday, October 4, 2026, from 11:00 a.m. to 6:00 p.m. in San Francisco's Castro District. Founded by Harvey Milk in 1974, the Fair continues to bring together LGBTQIA+ people, neighbors, families, artists, performers, merchants, community organizations, and allies for a joyful celebration of queer life and community connection.</w:t>
      </w:r>
      <w:r/>
    </w:p>
    <w:p>
      <w:pPr>
        <w:pStyle w:val="ListNumber"/>
        <w:spacing w:line="240" w:lineRule="auto"/>
        <w:ind w:left="720"/>
      </w:pPr>
      <w:r/>
      <w:hyperlink r:id="rId11">
        <w:r>
          <w:rPr>
            <w:color w:val="0000EE"/>
            <w:u w:val="single"/>
          </w:rPr>
          <w:t>https://castrostreetfair.org/fair/</w:t>
        </w:r>
      </w:hyperlink>
      <w:r>
        <w:t xml:space="preserve"> - The Castro Street Fair is scheduled for Sunday, October 4, 2026, from 11:00 AM to 6:00 PM at Castro &amp; Market Street in San Francisco. The event is open to all, with a suggested donation of $10 to $20. Proceeds from donations support community beneficiaries and the Castro Merchants Association in maintaining the Rainbow Flag in Harvey Milk Plaza. Since 1998, the Fair has given over $1.6 million back to the community beneficiaries.</w:t>
      </w:r>
      <w:r/>
    </w:p>
    <w:p>
      <w:pPr>
        <w:pStyle w:val="ListNumber"/>
        <w:spacing w:line="240" w:lineRule="auto"/>
        <w:ind w:left="720"/>
      </w:pPr>
      <w:r/>
      <w:hyperlink r:id="rId12">
        <w:r>
          <w:rPr>
            <w:color w:val="0000EE"/>
            <w:u w:val="single"/>
          </w:rPr>
          <w:t>https://sfnewstoday.com/news/castro-street-fair-san-francisco-2026/</w:t>
        </w:r>
      </w:hyperlink>
      <w:r>
        <w:t xml:space="preserve"> - The 52nd Castro Street Fair is set to take place on Sunday, October 4, 2026, from 11 a.m. to 6 p.m. around Castro and Market Streets in San Francisco. The event will feature local vendors, food, live performances, and street dancing. While there is no fixed admission ticket, organisers suggest a donation of $10 to $20. The fair will cause street closures, including Market Street from Noe Street to Castro Street.</w:t>
      </w:r>
      <w:r/>
    </w:p>
    <w:p>
      <w:pPr>
        <w:pStyle w:val="ListNumber"/>
        <w:spacing w:line="240" w:lineRule="auto"/>
        <w:ind w:left="720"/>
      </w:pPr>
      <w:r/>
      <w:hyperlink r:id="rId13">
        <w:r>
          <w:rPr>
            <w:color w:val="0000EE"/>
            <w:u w:val="single"/>
          </w:rPr>
          <w:t>https://www.youtube.com/watch?v=skEuqPaviXc</w:t>
        </w:r>
      </w:hyperlink>
      <w:r>
        <w:t xml:space="preserve"> - A video showcasing the Castro District Street Fair in San Francisco, highlighting the community celebration founded by Harvey Milk in 1974. The fair promotes gay-owned businesses and celebrates the vitality of the Castro neighborhood, featuring live performances, street dancing, and local vendors.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castro-street-fair-partners-with-another-planet-entertainment-and-castro-theatre-for-official-after-party-polyglamorous/?utm_source=rss&amp;utm_medium=rss&amp;utm_campaign=castro-street-fair-partners-with-another-planet-entertainment-and-castro-theatre-for-official-after-party-polyglamorous" TargetMode="External"/><Relationship Id="rId10" Type="http://schemas.openxmlformats.org/officeDocument/2006/relationships/hyperlink" Target="https://castrostreetfair.org/2026/06/01/52nd-annual-castro-street-fair-announces-2026-theme-where-we-belong/" TargetMode="External"/><Relationship Id="rId11" Type="http://schemas.openxmlformats.org/officeDocument/2006/relationships/hyperlink" Target="https://castrostreetfair.org/fair/" TargetMode="External"/><Relationship Id="rId12" Type="http://schemas.openxmlformats.org/officeDocument/2006/relationships/hyperlink" Target="https://sfnewstoday.com/news/castro-street-fair-san-francisco-2026/" TargetMode="External"/><Relationship Id="rId13" Type="http://schemas.openxmlformats.org/officeDocument/2006/relationships/hyperlink" Target="https://www.youtube.com/watch?v=skEuqPaviXc" TargetMode="External"/><Relationship Id="rId14" Type="http://schemas.openxmlformats.org/officeDocument/2006/relationships/hyperlink" Target="https://castrostreetfair.org/2026/09/10/52nd-castro-street-fair-reveals-full-2026-key-a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