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Tie Dinner Dallas Guide: Why 2026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sponsors and allies will gather at Dallas’s Sheraton Dallas on 14 November 2026 for the 45th Annual Black Tie Dinner. With a Renaissance theme celebrating LGBTQ+ art, culture and resilience, the evening pairs formal glamour with a practical purpose: supporting organisations that make North Texas healthier, safer and more inclusive.</w:t>
      </w:r>
      <w:r/>
    </w:p>
    <w:p>
      <w:pPr>
        <w:pStyle w:val="Heading2"/>
      </w:pPr>
      <w:r>
        <w:t>Essential Takeaways</w:t>
      </w:r>
      <w:r/>
      <w:r/>
    </w:p>
    <w:p>
      <w:pPr>
        <w:pStyle w:val="ListBullet"/>
        <w:spacing w:line="240" w:lineRule="auto"/>
        <w:ind w:left="720"/>
      </w:pPr>
      <w:r/>
      <w:r>
        <w:rPr>
          <w:b/>
        </w:rPr>
        <w:t>Where and when:</w:t>
      </w:r>
      <w:r>
        <w:t xml:space="preserve"> The 45th Black Tie Dinner is scheduled for 14 November 2026 at the Sheraton Dallas.</w:t>
      </w:r>
      <w:r/>
    </w:p>
    <w:p>
      <w:pPr>
        <w:pStyle w:val="ListBullet"/>
        <w:spacing w:line="240" w:lineRule="auto"/>
        <w:ind w:left="720"/>
      </w:pPr>
      <w:r/>
      <w:r>
        <w:rPr>
          <w:b/>
        </w:rPr>
        <w:t>This year’s theme:</w:t>
      </w:r>
      <w:r>
        <w:t xml:space="preserve"> Renaissance highlights LGBTQ+ creativity, culture, resistance and renewal.</w:t>
      </w:r>
      <w:r/>
    </w:p>
    <w:p>
      <w:pPr>
        <w:pStyle w:val="ListBullet"/>
        <w:spacing w:line="240" w:lineRule="auto"/>
        <w:ind w:left="720"/>
      </w:pPr>
      <w:r/>
      <w:r>
        <w:rPr>
          <w:b/>
        </w:rPr>
        <w:t>Long-term impact:</w:t>
      </w:r>
      <w:r>
        <w:t xml:space="preserve"> The event has distributed more than $33 million to regional organisations.</w:t>
      </w:r>
      <w:r/>
    </w:p>
    <w:p>
      <w:pPr>
        <w:pStyle w:val="ListBullet"/>
        <w:spacing w:line="240" w:lineRule="auto"/>
        <w:ind w:left="720"/>
      </w:pPr>
      <w:r/>
      <w:r>
        <w:rPr>
          <w:b/>
        </w:rPr>
        <w:t>Ways to attend:</w:t>
      </w:r>
      <w:r>
        <w:t xml:space="preserve"> Guests can buy individual tickets, host tables or explore sponsorship and underwriting opportunities.</w:t>
      </w:r>
      <w:r/>
    </w:p>
    <w:p>
      <w:pPr>
        <w:pStyle w:val="ListBullet"/>
        <w:spacing w:line="240" w:lineRule="auto"/>
        <w:ind w:left="720"/>
      </w:pPr>
      <w:r/>
      <w:r>
        <w:rPr>
          <w:b/>
        </w:rPr>
        <w:t>Why it matters:</w:t>
      </w:r>
      <w:r>
        <w:t xml:space="preserve"> Funds support work spanning healthcare, housing, advocacy and education.</w:t>
      </w:r>
      <w:r/>
      <w:r/>
    </w:p>
    <w:p>
      <w:pPr>
        <w:pStyle w:val="Heading2"/>
      </w:pPr>
      <w:r>
        <w:t>Dallas’s formal night has a bigger purpose</w:t>
      </w:r>
      <w:r/>
    </w:p>
    <w:p>
      <w:r/>
      <w:r>
        <w:t>The ballroom may sparkle, but the real story is what happens beyond the dinner itself. Black Tie Dinner has become a major annual gathering for Dallas’s LGBTQ+ community and its allies, combining a polished social occasion with fundraising for essential services.</w:t>
      </w:r>
      <w:r/>
    </w:p>
    <w:p>
      <w:r/>
      <w:r>
        <w:t>That contrast is part of the evening’s appeal. There’s the soft flash of formalwear, the bustle of a full room and the familiar excitement of a big night out, but underneath it sits a serious commitment to North Texans who need practical support. The event’s organisers say its work has helped channel millions into healthcare, housing, advocacy and education. (D Magazine)</w:t>
      </w:r>
      <w:r/>
    </w:p>
    <w:p>
      <w:pPr>
        <w:pStyle w:val="Heading2"/>
      </w:pPr>
      <w:r>
        <w:t>Why the Renaissance theme feels timely</w:t>
      </w:r>
      <w:r/>
    </w:p>
    <w:p>
      <w:r/>
      <w:r>
        <w:t>This year’s Renaissance theme points towards renewal rather than nostalgia. It celebrates LGBTQ+ art and culture while recognising the persistence that has helped the community build, protect and expand its place in North Texas.</w:t>
      </w:r>
      <w:r/>
    </w:p>
    <w:p>
      <w:r/>
      <w:r>
        <w:t>Event listings describe the 2026 dinner as a celebration of creativity, pride and collective strength. That gives the theme plenty of room to breathe, from the visual possibilities of the evening to the stories likely to shape the programme. In other words, expect more than a decorative flourish. (HappeningNext)</w:t>
      </w:r>
      <w:r/>
    </w:p>
    <w:p>
      <w:r/>
      <w:r>
        <w:t>The idea also fits the wider Black Tie Dinner tradition. Historical accounts of the event emphasise its role as a gathering where visibility, celebration and community investment meet. A formal dinner can sound grand, but its most powerful message is refreshingly simple: showing up still counts. (The Dallas Way)</w:t>
      </w:r>
      <w:r/>
    </w:p>
    <w:p>
      <w:pPr>
        <w:pStyle w:val="Heading2"/>
      </w:pPr>
      <w:r>
        <w:t>One table can help fund lasting change</w:t>
      </w:r>
      <w:r/>
    </w:p>
    <w:p>
      <w:r/>
      <w:r>
        <w:t>Black Tie Dinner’s fundraising model turns attendance into something more substantial than a single night on the calendar. Sponsorships, hosted tables and ticket sales help support organisations working across several areas of community life, from medical care and housing to education and advocacy.</w:t>
      </w:r>
      <w:r/>
    </w:p>
    <w:p>
      <w:r/>
      <w:r>
        <w:t>That breadth matters because community needs rarely arrive in neat categories. A person may need healthcare, stable housing and legal or social support at the same time. The event’s long-running contribution model reflects that reality, backing a network rather than a single cause. (D Magazine)</w:t>
      </w:r>
      <w:r/>
    </w:p>
    <w:p>
      <w:r/>
      <w:r>
        <w:t>The dinner is also part of a broader Black Tie weekend in Dallas, giving visitors and locals more opportunities to connect around LGBTQ+ culture and community. For guests travelling in, that can turn one formal event into a fuller city break, while regular attendees get another reason to make a weekend of it. (Gay Travel 4 U)</w:t>
      </w:r>
      <w:r/>
    </w:p>
    <w:p>
      <w:pPr>
        <w:pStyle w:val="Heading2"/>
      </w:pPr>
      <w:r>
        <w:t>How to take part in the 2026 dinner</w:t>
      </w:r>
      <w:r/>
    </w:p>
    <w:p>
      <w:r/>
      <w:r>
        <w:t>There are several ways to be involved, depending on your budget and role. Individual tickets offer the simplest route into the room, while table hosting suits groups, colleagues, friends or organisations that want to attend together.</w:t>
      </w:r>
      <w:r/>
    </w:p>
    <w:p>
      <w:r/>
      <w:r>
        <w:t>Businesses can look at underwriting and sponsorship opportunities, which place brands alongside a high-profile community event while contributing directly to its wider purpose. It’s worth checking the official Black Tie Dinner website for current packages, availability and event details before making plans. (D Magazine)</w:t>
      </w:r>
      <w:r/>
    </w:p>
    <w:p>
      <w:r/>
      <w:r>
        <w:t>If you’re attending as a guest, formal dress is naturally part of the fun, but the most important preparation is choosing how you want to participate. Come for the atmosphere, bring friends, support the mission or use the evening to meet people doing meaningful work across North Texas.</w:t>
      </w:r>
      <w:r/>
    </w:p>
    <w:p>
      <w:pPr>
        <w:pStyle w:val="Heading2"/>
      </w:pPr>
      <w:r>
        <w:t>A celebration built on showing up</w:t>
      </w:r>
      <w:r/>
    </w:p>
    <w:p>
      <w:r/>
      <w:r>
        <w:t>The 45th anniversary gives the event a moment to look back, but the Renaissance theme keeps its attention firmly on what comes next. That balance, between history and forward motion, is likely to make the 2026 dinner especially resonant.</w:t>
      </w:r>
      <w:r/>
    </w:p>
    <w:p>
      <w:r/>
      <w:r>
        <w:t>Black Tie Dinner has lasted because it offers more than a glamorous date in the Dallas calendar. It gives people a reason to gather, celebrate openly and turn that shared energy into support that continues long after the last toast. (D Magazine)</w:t>
      </w:r>
      <w:r/>
    </w:p>
    <w:p>
      <w:r/>
      <w:r>
        <w:t>For many attendees, that may be the most memorable part of the night. The clothes and ballroom will make an impression, but the feeling of having helped build something safer and stronger tends to last longer.</w:t>
      </w:r>
      <w:r/>
    </w:p>
    <w:p>
      <w:r/>
      <w:r>
        <w:t>It's a formal night with a lasting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[7]</w:t>
        </w:r>
      </w:hyperlink>
      <w:r>
        <w:t xml:space="preserve">, </w:t>
      </w:r>
      <w:hyperlink r:id="rId9">
        <w:r>
          <w:rPr>
            <w:color w:val="0000EE"/>
            <w:u w:val="single"/>
          </w:rPr>
          <w:t>[2]</w:t>
        </w:r>
      </w:hyperlink>
      <w:r>
        <w:t xml:space="preserve">- Paragraph 4: </w:t>
      </w:r>
      <w:hyperlink r:id="rId14">
        <w:r>
          <w:rPr>
            <w:color w:val="0000EE"/>
            <w:u w:val="single"/>
          </w:rPr>
          <w:t>[5]</w:t>
        </w:r>
      </w:hyperlink>
      <w:r>
        <w:t xml:space="preserve">, </w:t>
      </w:r>
      <w:hyperlink r:id="rId9">
        <w:r>
          <w:rPr>
            <w:color w:val="0000EE"/>
            <w:u w:val="single"/>
          </w:rPr>
          <w:t>[2]</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[6]</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https://www.dmagazine.com/sponsored/2026/09/45-years-of-showing-up-this-is-black-tie-dinner/</w:t>
        </w:r>
      </w:hyperlink>
      <w:r>
        <w:t xml:space="preserve"> - Please view link - unable to able to access data</w:t>
      </w:r>
      <w:r/>
    </w:p>
    <w:p>
      <w:pPr>
        <w:pStyle w:val="ListNumber"/>
        <w:spacing w:line="240" w:lineRule="auto"/>
        <w:ind w:left="720"/>
      </w:pPr>
      <w:r/>
      <w:hyperlink r:id="rId9">
        <w:r>
          <w:rPr>
            <w:color w:val="0000EE"/>
            <w:u w:val="single"/>
          </w:rPr>
          <w:t>https://www.dmagazine.com/sponsored/2026/09/45-years-of-showing-up-this-is-black-tie-dinner/</w:t>
        </w:r>
      </w:hyperlink>
      <w:r>
        <w:t xml:space="preserve"> - This article highlights the 45th Annual Black Tie Dinner, scheduled for November 14, 2026, at the Sheraton Dallas Hotel. The event's theme, 'Renaissance,' celebrates LGBTQ+ art, culture, and the spirit of resistance. Since its inception, the dinner has raised over $33 million for organizations providing healthcare, housing, advocacy, and education across North Texas. The article emphasises the community's impact, stating that real people have healthier, safer, and more supported lives due to the community's involvement. Opportunities for underwriting, sponsorship, and table hosting are available at blacktie.org.</w:t>
      </w:r>
      <w:r/>
    </w:p>
    <w:p>
      <w:pPr>
        <w:pStyle w:val="ListNumber"/>
        <w:spacing w:line="240" w:lineRule="auto"/>
        <w:ind w:left="720"/>
      </w:pPr>
      <w:r/>
      <w:hyperlink r:id="rId10">
        <w:r>
          <w:rPr>
            <w:color w:val="0000EE"/>
            <w:u w:val="single"/>
          </w:rPr>
          <w:t>https://en.wikipedia.org/wiki/Black_Tie_Dinner</w:t>
        </w:r>
      </w:hyperlink>
      <w:r>
        <w:t xml:space="preserve"> - The Black Tie Dinner is an annual charity event in Dallas, Texas, established in 1982, aiming to raise funds for the North Texas LGBTQ+ community. It is one of the largest LGBTQ+ fundraising dinners in the United States, attracting over 2,500 guests each year and distributing over $1 million annually. The event supports up to 20 local LGBTQ+ organisations and the Human Rights Campaign Foundation. Over the years, it has featured numerous high-profile personalities and has raised over $30 million since its inception.</w:t>
      </w:r>
      <w:r/>
    </w:p>
    <w:p>
      <w:pPr>
        <w:pStyle w:val="ListNumber"/>
        <w:spacing w:line="240" w:lineRule="auto"/>
        <w:ind w:left="720"/>
      </w:pPr>
      <w:r/>
      <w:hyperlink r:id="rId11">
        <w:r>
          <w:rPr>
            <w:color w:val="0000EE"/>
            <w:u w:val="single"/>
          </w:rPr>
          <w:t>https://happeningnext.com/event/renaissance-45th-annual-black-tie-dinner-eid3a0dodu44n</w:t>
        </w:r>
      </w:hyperlink>
      <w:r>
        <w:t xml:space="preserve"> - The 45th Annual Black Tie Dinner, themed 'Renaissance,' is scheduled for November 14, 2026, at the Sheraton Dallas Hotel. The event aims to celebrate LGBTQ+ art, culture, and the spirit of resistance. Attendees can expect a formal programme, live entertainment, and opportunities to support LGBTQ+ organisations. Tickets and tables are available for purchase, with more information provided on the event's website.</w:t>
      </w:r>
      <w:r/>
    </w:p>
    <w:p>
      <w:pPr>
        <w:pStyle w:val="ListNumber"/>
        <w:spacing w:line="240" w:lineRule="auto"/>
        <w:ind w:left="720"/>
      </w:pPr>
      <w:r/>
      <w:hyperlink r:id="rId14">
        <w:r>
          <w:rPr>
            <w:color w:val="0000EE"/>
            <w:u w:val="single"/>
          </w:rPr>
          <w:t>https://www.gaytravel4u.com/event/black-tie-weekend-dallas/</w:t>
        </w:r>
      </w:hyperlink>
      <w:r>
        <w:t xml:space="preserve"> - Black Tie Weekend Dallas 2026 is a comprehensive event from November 13 to 15, 2026, encompassing the Black Tie Dinner, multiple awards, and after-parties. The weekend offers attendees the chance to stay at the Sheraton Dallas Downtown, a recently refurbished hotel with a spacious outdoor pool and prime location. The event provides a platform to experience Dallas's vibrant LGBTQ+ scene, including the Cedar Springs Road area, known for its diverse restaurants, shops, and nightlife.</w:t>
      </w:r>
      <w:r/>
    </w:p>
    <w:p>
      <w:pPr>
        <w:pStyle w:val="ListNumber"/>
        <w:spacing w:line="240" w:lineRule="auto"/>
        <w:ind w:left="720"/>
      </w:pPr>
      <w:r/>
      <w:hyperlink r:id="rId12">
        <w:r>
          <w:rPr>
            <w:color w:val="0000EE"/>
            <w:u w:val="single"/>
          </w:rPr>
          <w:t>https://hesaiddallas.com/2026/05/11/black-tie-dinner-enters-its-renaissance-era/</w:t>
        </w:r>
      </w:hyperlink>
      <w:r>
        <w:t xml:space="preserve"> - In May 2026, the Black Tie Dinner unveiled its 2026 theme, 'Renaissance,' symbolising renewal and resilience within the LGBTQ+ community. The announcement was made at Park Place Motorcars Dallas, reflecting the event's commitment to evolution and momentum. Chair Dee Coleman described the theme as a reflection of the community's progress and future, especially in North Texas. The event is set to take place on November 14, 2026, at the Sheraton Dallas Hotel.</w:t>
      </w:r>
      <w:r/>
    </w:p>
    <w:p>
      <w:pPr>
        <w:pStyle w:val="ListNumber"/>
        <w:spacing w:line="240" w:lineRule="auto"/>
        <w:ind w:left="720"/>
      </w:pPr>
      <w:r/>
      <w:hyperlink r:id="rId13">
        <w:r>
          <w:rPr>
            <w:color w:val="0000EE"/>
            <w:u w:val="single"/>
          </w:rPr>
          <w:t>https://www.thedallasway.org/stories/written/written-stories/2015/5/10/the-black-tie-dinner</w:t>
        </w:r>
      </w:hyperlink>
      <w:r>
        <w:t xml:space="preserve"> - The Black Tie Dinner is an annual charity event in Dallas, Texas, established in 1982, aiming to raise funds for the North Texas LGBTQ+ community and the Human Rights Campaign Foundation. It is the largest LGBTQ+ fundraising dinner in the nation, both in attendance and distribution, with approximately 3,000 guests and an annual distribution of over $1 million. Each year, the dinner selects up to 20 LGBTQ+ focused organisations in the North Texas area to receive proceeds, in addition to the Human Rights Campaign Foundation.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magazine.com/sponsored/2026/09/45-years-of-showing-up-this-is-black-tie-dinner/" TargetMode="External"/><Relationship Id="rId10" Type="http://schemas.openxmlformats.org/officeDocument/2006/relationships/hyperlink" Target="https://en.wikipedia.org/wiki/Black_Tie_Dinner" TargetMode="External"/><Relationship Id="rId11" Type="http://schemas.openxmlformats.org/officeDocument/2006/relationships/hyperlink" Target="https://happeningnext.com/event/renaissance-45th-annual-black-tie-dinner-eid3a0dodu44n" TargetMode="External"/><Relationship Id="rId12" Type="http://schemas.openxmlformats.org/officeDocument/2006/relationships/hyperlink" Target="https://hesaiddallas.com/2026/05/11/black-tie-dinner-enters-its-renaissance-era/" TargetMode="External"/><Relationship Id="rId13" Type="http://schemas.openxmlformats.org/officeDocument/2006/relationships/hyperlink" Target="https://www.thedallasway.org/stories/written/written-stories/2015/5/10/the-black-tie-dinner" TargetMode="External"/><Relationship Id="rId14" Type="http://schemas.openxmlformats.org/officeDocument/2006/relationships/hyperlink" Target="https://www.gaytravel4u.com/event/black-tie-weekend-dall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