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Visibility Day Still Matters Beyond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marking Bisexual Visibility Day with messages of solidarity, recognition and pride, highlighting why bisexual identity deserves understanding all year round. The annual observance offers a valuable reminder that sexuality can't be judged by someone's current relationship, appearance or dating history, especially for people still finding the words that fit them.</w:t>
      </w:r>
      <w:r/>
    </w:p>
    <w:p>
      <w:pPr>
        <w:pStyle w:val="Heading2"/>
      </w:pPr>
      <w:r>
        <w:t>Visibility is more than a date in the calendar</w:t>
      </w:r>
      <w:r/>
    </w:p>
    <w:p>
      <w:r/>
      <w:r>
        <w:t>Bisexual Visibility Day arrives each year on 23 September, bringing attention to bisexual people and the experiences that can be overlooked within wider conversations about LGBTQ+ rights. Boston's official notice describes the day as an opportunity to recognise bisexual communities and challenge misunderstanding around bisexuality.</w:t>
      </w:r>
      <w:r/>
    </w:p>
    <w:p>
      <w:r/>
      <w:r>
        <w:t>That matters because visibility isn't simply about colourful campaigns or a burst of social media posts. It's also about being able to speak honestly, find community and feel that your identity doesn't need a courtroom-style defence. For many people, that quiet reassurance can be surprisingly powerful.</w:t>
      </w:r>
      <w:r/>
    </w:p>
    <w:p>
      <w:pPr>
        <w:pStyle w:val="Heading2"/>
      </w:pPr>
      <w:r>
        <w:t>The relationship test is still a tired myth</w:t>
      </w:r>
      <w:r/>
    </w:p>
    <w:p>
      <w:r/>
      <w:r>
        <w:t>One of the most persistent misconceptions is that a bisexual person's identity changes depending on who they're dating. A person in a relationship with a different-gender partner may be labelled straight, while someone with a same-gender partner may be assumed to be gay.</w:t>
      </w:r>
      <w:r/>
    </w:p>
    <w:p>
      <w:r/>
      <w:r>
        <w:t>Bisexuality Visibility Day campaigns regularly push back against that narrow thinking, stressing that attraction isn't erased by a current relationship. As LGBTQ+ awareness organisations have noted, identity belongs to the person experiencing it, not to the assumptions made by spectators.</w:t>
      </w:r>
      <w:r/>
    </w:p>
    <w:p>
      <w:pPr>
        <w:pStyle w:val="Heading2"/>
      </w:pPr>
      <w:r>
        <w:t>There isn't one way to be bisexual</w:t>
      </w:r>
      <w:r/>
    </w:p>
    <w:p>
      <w:r/>
      <w:r>
        <w:t>Some people recognise their bisexuality early, while others reach that understanding later. Some have dated several genders, some have dated nobody, and others are still questioning. None of those experiences creates a checklist for being "bisexual enough".</w:t>
      </w:r>
      <w:r/>
    </w:p>
    <w:p>
      <w:r/>
      <w:r>
        <w:t>That point is especially useful for young people, who may feel pressure to arrive at a perfectly polished identity before they're ready. Supportive friends don't demand proof. They listen, avoid assumptions and allow people room to explore their feelings at their own pace.</w:t>
      </w:r>
      <w:r/>
    </w:p>
    <w:p>
      <w:pPr>
        <w:pStyle w:val="Heading2"/>
      </w:pPr>
      <w:r>
        <w:t>Why inclusive language makes a difference</w:t>
      </w:r>
      <w:r/>
    </w:p>
    <w:p>
      <w:r/>
      <w:r>
        <w:t>Small changes in everyday conversation can help. Instead of guessing someone's sexuality from their partner, ask how they'd like to describe themselves, or leave space for them not to label it at all. Avoid jokes suggesting bisexual people are confused, greedy or simply passing through on the way to another identity.</w:t>
      </w:r>
      <w:r/>
    </w:p>
    <w:p>
      <w:r/>
      <w:r>
        <w:t>Schools, workplaces and community groups can also make visibility feel real by acknowledging bisexual people in inclusion policies and events, rather than treating bisexuality as an afterthought. The effect may seem modest, but being named and represented can make an environment feel markedly safer.</w:t>
      </w:r>
      <w:r/>
    </w:p>
    <w:p>
      <w:pPr>
        <w:pStyle w:val="Heading2"/>
      </w:pPr>
      <w:r>
        <w:t>Pride should continue after the celebration</w:t>
      </w:r>
      <w:r/>
    </w:p>
    <w:p>
      <w:r/>
      <w:r>
        <w:t>A single day can't undo years of stereotyping, but it can open the door to better conversations. Bisexual Visibility Day gives people a chance to celebrate, educate and remind one another that bisexual lives are part of every kind of community, from families and campuses to offices and neighbourhoods.</w:t>
      </w:r>
      <w:r/>
    </w:p>
    <w:p>
      <w:r/>
      <w:r>
        <w:t>The strongest message is also the simplest: people shouldn't have to prove who they are to deserve respect. Visibility is useful when it continues in ordinary moments, long after the flags come down and the hashtags fade.</w:t>
      </w:r>
      <w:r/>
    </w:p>
    <w:p>
      <w:r/>
      <w:r>
        <w:t>It's a day of recognition, but the welcome should last all year.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1">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1">
        <w:r>
          <w:rPr>
            <w:color w:val="0000EE"/>
            <w:u w:val="single"/>
          </w:rPr>
          <w:t>[3]</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https://www.hercampus.com/school/buffalo/a-letter-to-the-bi-baddies-of-the-world/</w:t>
        </w:r>
      </w:hyperlink>
      <w:r>
        <w:t xml:space="preserve"> - Please view link - unable to able to access data</w:t>
      </w:r>
      <w:r/>
    </w:p>
    <w:p>
      <w:pPr>
        <w:pStyle w:val="ListNumber"/>
        <w:spacing w:line="240" w:lineRule="auto"/>
        <w:ind w:left="720"/>
      </w:pPr>
      <w:r/>
      <w:hyperlink r:id="rId10">
        <w:r>
          <w:rPr>
            <w:color w:val="0000EE"/>
            <w:u w:val="single"/>
          </w:rPr>
          <w:t>https://content.boston.gov/news/september-23rd-bisexuality-visibility-day</w:t>
        </w:r>
      </w:hyperlink>
      <w:r>
        <w:t xml:space="preserve"> - Bisexuality Visibility Day, observed annually on September 23rd, celebrates the lives and experiences of bisexual+ individuals while raising awareness of the challenges they face. Established in 1999 by activists Wendy Curry, Michael Page, and Gigi Raven Wilbur, the day aims to combat stigma and promote understanding. Studies indicate that bisexual+ individuals are significantly less likely to come out to family and friends due to societal misunderstandings. The term 'bisexual+' encompasses various identities, including pansexual and queer, reflecting the diversity within the community. The day encourages education, challenges stereotypes, and amplifies bisexual voices.</w:t>
      </w:r>
      <w:r/>
    </w:p>
    <w:p>
      <w:pPr>
        <w:pStyle w:val="ListNumber"/>
        <w:spacing w:line="240" w:lineRule="auto"/>
        <w:ind w:left="720"/>
      </w:pPr>
      <w:r/>
      <w:hyperlink r:id="rId11">
        <w:r>
          <w:rPr>
            <w:color w:val="0000EE"/>
            <w:u w:val="single"/>
          </w:rPr>
          <w:t>https://www.lgbtgreat.com/bisexuality-visibility-day-proudly-standing-together</w:t>
        </w:r>
      </w:hyperlink>
      <w:r>
        <w:t xml:space="preserve"> - Bisexuality Visibility Day, celebrated annually on September 23rd, honours bisexual individuals and highlights the challenges they face. Founded in 1999 by activists Wendy Curry, Michael Page, and Gigi Raven Wilbur, the day aims to combat bisexual invisibility and affirm bisexuality as a valid sexual orientation. The term 'bisexual+' is used to include identities such as pansexual, fluid, queer, and polysexual. Despite comprising a significant portion of the LGBTQ+ community, bisexual individuals often encounter erasure and discrimination, making the observance of this day crucial for visibility and support.</w:t>
      </w:r>
      <w:r/>
    </w:p>
    <w:p>
      <w:pPr>
        <w:pStyle w:val="ListNumber"/>
        <w:spacing w:line="240" w:lineRule="auto"/>
        <w:ind w:left="720"/>
      </w:pPr>
      <w:r/>
      <w:hyperlink r:id="rId11">
        <w:r>
          <w:rPr>
            <w:color w:val="0000EE"/>
            <w:u w:val="single"/>
          </w:rPr>
          <w:t>https://www.lgbtgreat.com/bisexuality-visibility-day-proudly-standing-together</w:t>
        </w:r>
      </w:hyperlink>
      <w:r>
        <w:t xml:space="preserve"> - Bisexuality Visibility Day, celebrated annually on September 23rd, honours bisexual individuals and highlights the challenges they face. Founded in 1999 by activists Wendy Curry, Michael Page, and Gigi Raven Wilbur, the day aims to combat bisexual invisibility and affirm bisexuality as a valid sexual orientation. The term 'bisexual+' is used to include identities such as pansexual, fluid, queer, and polysexual. Despite comprising a significant portion of the LGBTQ+ community, bisexual individuals often encounter erasure and discrimination, making the observance of this day crucial for visibility and support.</w:t>
      </w:r>
      <w:r/>
    </w:p>
    <w:p>
      <w:pPr>
        <w:pStyle w:val="ListNumber"/>
        <w:spacing w:line="240" w:lineRule="auto"/>
        <w:ind w:left="720"/>
      </w:pPr>
      <w:r/>
      <w:hyperlink r:id="rId11">
        <w:r>
          <w:rPr>
            <w:color w:val="0000EE"/>
            <w:u w:val="single"/>
          </w:rPr>
          <w:t>https://www.lgbtgreat.com/bisexuality-visibility-day-proudly-standing-together</w:t>
        </w:r>
      </w:hyperlink>
      <w:r>
        <w:t xml:space="preserve"> - Bisexuality Visibility Day, celebrated annually on September 23rd, honours bisexual individuals and highlights the challenges they face. Founded in 1999 by activists Wendy Curry, Michael Page, and Gigi Raven Wilbur, the day aims to combat bisexual invisibility and affirm bisexuality as a valid sexual orientation. The term 'bisexual+' is used to include identities such as pansexual, fluid, queer, and polysexual. Despite comprising a significant portion of the LGBTQ+ community, bisexual individuals often encounter erasure and discrimination, making the observance of this day crucial for visibility and support.</w:t>
      </w:r>
      <w:r/>
    </w:p>
    <w:p>
      <w:pPr>
        <w:pStyle w:val="ListNumber"/>
        <w:spacing w:line="240" w:lineRule="auto"/>
        <w:ind w:left="720"/>
      </w:pPr>
      <w:r/>
      <w:hyperlink r:id="rId11">
        <w:r>
          <w:rPr>
            <w:color w:val="0000EE"/>
            <w:u w:val="single"/>
          </w:rPr>
          <w:t>https://www.lgbtgreat.com/bisexuality-visibility-day-proudly-standing-together</w:t>
        </w:r>
      </w:hyperlink>
      <w:r>
        <w:t xml:space="preserve"> - Bisexuality Visibility Day, celebrated annually on September 23rd, honours bisexual individuals and highlights the challenges they face. Founded in 1999 by activists Wendy Curry, Michael Page, and Gigi Raven Wilbur, the day aims to combat bisexual invisibility and affirm bisexuality as a valid sexual orientation. The term 'bisexual+' is used to include identities such as pansexual, fluid, queer, and polysexual. Despite comprising a significant portion of the LGBTQ+ community, bisexual individuals often encounter erasure and discrimination, making the observance of this day crucial for visibility and support.</w:t>
      </w:r>
      <w:r/>
    </w:p>
    <w:p>
      <w:pPr>
        <w:pStyle w:val="ListNumber"/>
        <w:spacing w:line="240" w:lineRule="auto"/>
        <w:ind w:left="720"/>
      </w:pPr>
      <w:r/>
      <w:hyperlink r:id="rId11">
        <w:r>
          <w:rPr>
            <w:color w:val="0000EE"/>
            <w:u w:val="single"/>
          </w:rPr>
          <w:t>https://www.lgbtgreat.com/bisexuality-visibility-day-proudly-standing-together</w:t>
        </w:r>
      </w:hyperlink>
      <w:r>
        <w:t xml:space="preserve"> - Bisexuality Visibility Day, celebrated annually on September 23rd, honours bisexual individuals and highlights the challenges they face. Founded in 1999 by activists Wendy Curry, Michael Page, and Gigi Raven Wilbur, the day aims to combat bisexual invisibility and affirm bisexuality as a valid sexual orientation. The term 'bisexual+' is used to include identities such as pansexual, fluid, queer, and polysexual. Despite comprising a significant portion of the LGBTQ+ community, bisexual individuals often encounter erasure and discrimination, making the observance of this day crucial for visibility and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buffalo/a-letter-to-the-bi-baddies-of-the-world/" TargetMode="External"/><Relationship Id="rId10" Type="http://schemas.openxmlformats.org/officeDocument/2006/relationships/hyperlink" Target="https://content.boston.gov/news/september-23rd-bisexuality-visibility-day" TargetMode="External"/><Relationship Id="rId11" Type="http://schemas.openxmlformats.org/officeDocument/2006/relationships/hyperlink" Target="https://www.lgbtgreat.com/bisexuality-visibility-day-proudly-standing-togeth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